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documentaries for stories of love and resilience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LGBTQ+ documentaries for more than history lessons. From intimate love stories to portraits of protest, these Sundance-supported films show how queer lives are shaped by joy, danger, family and self-discovery, making them especially meaningful during LGBTQ+ History Month and beyond.</w:t>
      </w:r>
      <w:r/>
    </w:p>
    <w:p>
      <w:pPr>
        <w:pStyle w:val="Heading2"/>
      </w:pPr>
      <w:r>
        <w:t>Essential Takeaways</w:t>
      </w:r>
      <w:r/>
      <w:r/>
    </w:p>
    <w:p>
      <w:pPr>
        <w:pStyle w:val="ListBullet"/>
        <w:spacing w:line="240" w:lineRule="auto"/>
        <w:ind w:left="720"/>
      </w:pPr>
      <w:r/>
      <w:r>
        <w:rPr>
          <w:b/>
        </w:rPr>
        <w:t>A wide emotional range:</w:t>
      </w:r>
      <w:r>
        <w:t xml:space="preserve"> The collection moves from tender romance and friendship to activism, loss and political struggle.</w:t>
      </w:r>
      <w:r/>
    </w:p>
    <w:p>
      <w:pPr>
        <w:pStyle w:val="ListBullet"/>
        <w:spacing w:line="240" w:lineRule="auto"/>
        <w:ind w:left="720"/>
      </w:pPr>
      <w:r/>
      <w:r>
        <w:rPr>
          <w:b/>
        </w:rPr>
        <w:t>Personal stories matter:</w:t>
      </w:r>
      <w:r>
        <w:t xml:space="preserve"> Many films focus on quiet turning points that rarely receive mainstream attention.</w:t>
      </w:r>
      <w:r/>
    </w:p>
    <w:p>
      <w:pPr>
        <w:pStyle w:val="ListBullet"/>
        <w:spacing w:line="240" w:lineRule="auto"/>
        <w:ind w:left="720"/>
      </w:pPr>
      <w:r/>
      <w:r>
        <w:rPr>
          <w:b/>
        </w:rPr>
        <w:t>Global perspectives:</w:t>
      </w:r>
      <w:r>
        <w:t xml:space="preserve"> The documentaries include LGBTQ+ experiences across borders, cultures and generations.</w:t>
      </w:r>
      <w:r/>
    </w:p>
    <w:p>
      <w:pPr>
        <w:pStyle w:val="ListBullet"/>
        <w:spacing w:line="240" w:lineRule="auto"/>
        <w:ind w:left="720"/>
      </w:pPr>
      <w:r/>
      <w:r>
        <w:rPr>
          <w:b/>
        </w:rPr>
        <w:t>History with a human face:</w:t>
      </w:r>
      <w:r>
        <w:t xml:space="preserve"> Marches and legal victories sit alongside family conversations, artistic expression and everyday survival.</w:t>
      </w:r>
      <w:r/>
    </w:p>
    <w:p>
      <w:pPr>
        <w:pStyle w:val="ListBullet"/>
        <w:spacing w:line="240" w:lineRule="auto"/>
        <w:ind w:left="720"/>
      </w:pPr>
      <w:r/>
      <w:r>
        <w:rPr>
          <w:b/>
        </w:rPr>
        <w:t>Choose your mood:</w:t>
      </w:r>
      <w:r>
        <w:t xml:space="preserve"> Viewers can find films that feel uplifting, challenging, intimate or quietly hopeful.</w:t>
      </w:r>
      <w:r/>
      <w:r/>
    </w:p>
    <w:p>
      <w:pPr>
        <w:pStyle w:val="Heading2"/>
      </w:pPr>
      <w:r>
        <w:t>These documentaries look beyond the headlines</w:t>
      </w:r>
      <w:r/>
    </w:p>
    <w:p>
      <w:r/>
      <w:r>
        <w:t>The strongest LGBTQ+ documentaries don't simply catalogue political milestones. They bring viewers into the rooms, streets and private moments where identity is negotiated every day, often with a mixture of nerves, humour and stubborn hope. Sundance Institute's Documentary Film Program has supported this kind of nonfiction filmmaking since 2002, helping filmmakers tell stories that might otherwise remain unseen.</w:t>
      </w:r>
      <w:r/>
    </w:p>
    <w:p>
      <w:r/>
      <w:r>
        <w:t>That breadth is what makes the selection feel so compelling. A film might follow public protest and social change, then turn towards a glance between two people, a difficult family conversation or the fragile confidence of someone stepping into a new life. According to Sundance, those smaller moments are central to understanding the wider LGBTQ+ experience.</w:t>
      </w:r>
      <w:r/>
    </w:p>
    <w:p>
      <w:pPr>
        <w:pStyle w:val="Heading2"/>
      </w:pPr>
      <w:r>
        <w:t>From public protest to private courage</w:t>
      </w:r>
      <w:r/>
    </w:p>
    <w:p>
      <w:r/>
      <w:r>
        <w:t>Some of the films are rooted in activism, political conflict and the long fight for equality. They show communities organising, speaking out and demanding visibility, while also acknowledging that progress can be uneven and painfully fragile. For viewers used to simplified accounts of LGBTQ+ history, that complexity is important.</w:t>
      </w:r>
      <w:r/>
    </w:p>
    <w:p>
      <w:r/>
      <w:r>
        <w:t>Other documentaries stay closer to home. The camera may linger on friendship, ageing, romance or artistic expression, creating a softer but no less powerful portrait of queer life. Sundance's wider LGBTQ+ film recommendations similarly emphasise films that combine social context with emotional intimacy, rather than treating identity as a single-issue subject.</w:t>
      </w:r>
      <w:r/>
    </w:p>
    <w:p>
      <w:pPr>
        <w:pStyle w:val="Heading2"/>
      </w:pPr>
      <w:r>
        <w:t>Stories stretch across generations and borders</w:t>
      </w:r>
      <w:r/>
    </w:p>
    <w:p>
      <w:r/>
      <w:r>
        <w:t>The selection also resists the idea that there is one universal LGBTQ+ story. It includes experiences shaped by different countries, languages, faiths, communities and generations, from young people discovering themselves to older adults finding companionship later in life.</w:t>
      </w:r>
      <w:r/>
    </w:p>
    <w:p>
      <w:r/>
      <w:r>
        <w:t>That international reach matters because visibility can look very different depending on where someone lives. In one setting, being open may involve public protest; in another, it may mean finding a trusted friend, preserving a private relationship or creating art that refuses to disappear. Previous Sundance-supported projects and industry coverage have highlighted this global range, showing how local stories can carry a much wider emotional truth.</w:t>
      </w:r>
      <w:r/>
    </w:p>
    <w:p>
      <w:pPr>
        <w:pStyle w:val="Heading2"/>
      </w:pPr>
      <w:r>
        <w:t>How to choose what to watch first</w:t>
      </w:r>
      <w:r/>
    </w:p>
    <w:p>
      <w:r/>
      <w:r>
        <w:t>If you're looking for something uplifting, start with films built around friendship, romance, community or self-discovery. These can offer warmth without ignoring the obstacles their subjects face. Sundance's seasonal recommendations often pair emotionally generous documentaries with more challenging work, so viewers can build a varied watchlist rather than settling into one mood.</w:t>
      </w:r>
      <w:r/>
    </w:p>
    <w:p>
      <w:r/>
      <w:r>
        <w:t>For a deeper historical or political perspective, choose a documentary centred on organising, protest or legal change. If you're watching with someone unfamiliar with LGBTQ+ history, an intimate character-led film may be the best starting point. It gives the subject a face and a voice, which can be more affecting than a timeline of events.</w:t>
      </w:r>
      <w:r/>
    </w:p>
    <w:p>
      <w:pPr>
        <w:pStyle w:val="Heading2"/>
      </w:pPr>
      <w:r>
        <w:t>Why these films still matter</w:t>
      </w:r>
      <w:r/>
    </w:p>
    <w:p>
      <w:r/>
      <w:r>
        <w:t>LGBTQ+ documentaries remain essential because visibility alone isn't enough. The most valuable films show people as complete human beings, capable of joy, contradiction, mischief, grief and love, rather than reducing them to symbols of struggle.</w:t>
      </w:r>
      <w:r/>
    </w:p>
    <w:p>
      <w:r/>
      <w:r>
        <w:t>That balance is also why these stories continue to travel beyond LGBTQ+ audiences. They invite anyone who has felt overlooked, misunderstood or forced to explain themselves to recognise something familiar. As Sundance's LGBTQ+ programming demonstrates, a good documentary can preserve history while making the present feel startlingly close.</w:t>
      </w:r>
      <w:r/>
    </w:p>
    <w:p>
      <w:r/>
      <w:r>
        <w:t>Explore the collection by mood, generation or region, and let the story that stays with you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0">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https://www.sundance.org/blogs/what-to-watch-for-lgbtq-history-month-16-sundance-institute-supported-documentaries-about-love-resilience-and-self-discovery/</w:t>
        </w:r>
      </w:hyperlink>
      <w:r>
        <w:t xml:space="preserve"> - Please view link - unable to able to access data</w:t>
      </w:r>
      <w:r/>
    </w:p>
    <w:p>
      <w:pPr>
        <w:pStyle w:val="ListNumber"/>
        <w:spacing w:line="240" w:lineRule="auto"/>
        <w:ind w:left="720"/>
      </w:pPr>
      <w:r/>
      <w:hyperlink r:id="rId9">
        <w:r>
          <w:rPr>
            <w:color w:val="0000EE"/>
            <w:u w:val="single"/>
          </w:rPr>
          <w:t>https://www.sundance.org/blogs/what-to-watch-for-lgbtq-history-month-16-sundance-institute-supported-documentaries-about-love-resilience-and-self-discovery/</w:t>
        </w:r>
      </w:hyperlink>
      <w:r>
        <w:t xml:space="preserve"> - This article highlights 16 documentaries supported by the Sundance Institute's Documentary Film Program, showcasing stories of love, resilience, and self-discovery within the LGBTQ+ community. The films cover diverse experiences, including a transgender teenager's journey, a Russian artist's defiant performances, and gay septuagenarians finding love in their later years. The piece also features insights from DFP staff members and provides information on how to watch these important films.</w:t>
      </w:r>
      <w:r/>
    </w:p>
    <w:p>
      <w:pPr>
        <w:pStyle w:val="ListNumber"/>
        <w:spacing w:line="240" w:lineRule="auto"/>
        <w:ind w:left="720"/>
      </w:pPr>
      <w:r/>
      <w:hyperlink r:id="rId11">
        <w:r>
          <w:rPr>
            <w:color w:val="0000EE"/>
            <w:u w:val="single"/>
          </w:rPr>
          <w:t>https://www.sundance.org/blogs/7-uplifting-sundance-supported-documentaries-the-dfp-team-recommends-this-fall/</w:t>
        </w:r>
      </w:hyperlink>
      <w:r>
        <w:t xml:space="preserve"> - This article presents seven uplifting documentaries supported by the Sundance Institute's Documentary Film Program, recommended for the fall season. The films include 'Hummingbirds,' a coming-of-age story about two best friends on the Texas-Mexico border; 'You Were My First Boyfriend,' which explores the director's teenage years; and 'The Truffle Hunters,' focusing on elderly men searching for truffles. Each film offers a unique perspective on human experiences and resilience.</w:t>
      </w:r>
      <w:r/>
    </w:p>
    <w:p>
      <w:pPr>
        <w:pStyle w:val="ListNumber"/>
        <w:spacing w:line="240" w:lineRule="auto"/>
        <w:ind w:left="720"/>
      </w:pPr>
      <w:r/>
      <w:hyperlink r:id="rId10">
        <w:r>
          <w:rPr>
            <w:color w:val="0000EE"/>
            <w:u w:val="single"/>
          </w:rPr>
          <w:t>https://www.sundance.org/blogs/the-best-sundance-supported-lgbtq-films-for-pride-month-3/</w:t>
        </w:r>
      </w:hyperlink>
      <w:r>
        <w:t xml:space="preserve"> - This article showcases several Sundance-supported LGBTQ+ films in celebration of Pride Month. It highlights 'The Times of Harvey Milk,' a documentary about the first openly gay elected official in the U.S.; 'Longtime Companion,' depicting the impact of AIDS on the gay community in the 1980s; and 'Hedwig and the Angry Inch,' a rock musical about a transgender singer. These films have been significant in representing LGBTQ+ stories in cinema.</w:t>
      </w:r>
      <w:r/>
    </w:p>
    <w:p>
      <w:pPr>
        <w:pStyle w:val="ListNumber"/>
        <w:spacing w:line="240" w:lineRule="auto"/>
        <w:ind w:left="720"/>
      </w:pPr>
      <w:r/>
      <w:hyperlink r:id="rId12">
        <w:r>
          <w:rPr>
            <w:color w:val="0000EE"/>
            <w:u w:val="single"/>
          </w:rPr>
          <w:t>https://www.out.com/film/sundance-lgbtq-documentaries</w:t>
        </w:r>
      </w:hyperlink>
      <w:r>
        <w:t xml:space="preserve"> - This article lists 15 iconic LGBTQ+ documentaries that have screened at the Sundance Film Festival. It includes titles like 'Before Stonewall,' exploring the history of the American LGBTQ+ community before the 1969 Stonewall riots, and other significant works that have contributed to LGBTQ+ representation in film.</w:t>
      </w:r>
      <w:r/>
    </w:p>
    <w:p>
      <w:pPr>
        <w:pStyle w:val="ListNumber"/>
        <w:spacing w:line="240" w:lineRule="auto"/>
        <w:ind w:left="720"/>
      </w:pPr>
      <w:r/>
      <w:hyperlink r:id="rId13">
        <w:r>
          <w:rPr>
            <w:color w:val="0000EE"/>
            <w:u w:val="single"/>
          </w:rPr>
          <w:t>https://dreamweaverarts.org/2014/07/18/lgbt-documentaries-awarded-support-from-arcus-foundation/</w:t>
        </w:r>
      </w:hyperlink>
      <w:r>
        <w:t xml:space="preserve"> - This article discusses nine LGBTQ+ themed documentary films that received support from the Arcus Foundation Fund at the Sundance Institute. The fund provides grants to independent filmmakers focusing on LGBTQ+ issues, offering support at various stages of development, production, and distribution.</w:t>
      </w:r>
      <w:r/>
    </w:p>
    <w:p>
      <w:pPr>
        <w:pStyle w:val="ListNumber"/>
        <w:spacing w:line="240" w:lineRule="auto"/>
        <w:ind w:left="720"/>
      </w:pPr>
      <w:r/>
      <w:hyperlink r:id="rId14">
        <w:r>
          <w:rPr>
            <w:color w:val="0000EE"/>
            <w:u w:val="single"/>
          </w:rPr>
          <w:t>https://www.sundance.org/blogs/your-guide-to-the-projects-by-lgbtq-filmmakers-at-the-2023-sundance-film-festival/</w:t>
        </w:r>
      </w:hyperlink>
      <w:r>
        <w:t xml:space="preserve"> - This article provides a guide to projects by LGBTQ+ filmmakers at the 2023 Sundance Film Festival. It features films like 'Milisuthando,' a poetic exploration of love, intimacy, race, and belonging in South Africa, and 'Mirror Party,' a short film by Bridey Elliott. The piece highlights the diversity and talent of LGBTQ+ filmmakers showcased at the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ndance.org/blogs/what-to-watch-for-lgbtq-history-month-16-sundance-institute-supported-documentaries-about-love-resilience-and-self-discovery/" TargetMode="External"/><Relationship Id="rId10" Type="http://schemas.openxmlformats.org/officeDocument/2006/relationships/hyperlink" Target="https://www.sundance.org/blogs/the-best-sundance-supported-lgbtq-films-for-pride-month-3/" TargetMode="External"/><Relationship Id="rId11" Type="http://schemas.openxmlformats.org/officeDocument/2006/relationships/hyperlink" Target="https://www.sundance.org/blogs/7-uplifting-sundance-supported-documentaries-the-dfp-team-recommends-this-fall/" TargetMode="External"/><Relationship Id="rId12" Type="http://schemas.openxmlformats.org/officeDocument/2006/relationships/hyperlink" Target="https://www.out.com/film/sundance-lgbtq-documentaries" TargetMode="External"/><Relationship Id="rId13" Type="http://schemas.openxmlformats.org/officeDocument/2006/relationships/hyperlink" Target="https://dreamweaverarts.org/2014/07/18/lgbt-documentaries-awarded-support-from-arcus-foundation/" TargetMode="External"/><Relationship Id="rId14" Type="http://schemas.openxmlformats.org/officeDocument/2006/relationships/hyperlink" Target="https://www.sundance.org/blogs/your-guide-to-the-projects-by-lgbtq-filmmakers-at-the-2023-sundance-film-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