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Hallokween 2026 Guide: Jan Sport Headlines NYC Fundraiser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heading to Hell's Kitchen for Hallokween 2026, where RuPaul's Drag Race favourite Jan Sport will headline a spirited New York City Gay Men's Chorus fundraiser. Expect drag, dancing, elaborate costumes and plenty of camp on Saturday 24 October, with every ticket helping support the chorus's LGBTQ+ arts and community work.</w:t>
      </w:r>
      <w:r/>
    </w:p>
    <w:p>
      <w:pPr>
        <w:pStyle w:val="Heading2"/>
      </w:pPr>
      <w:r>
        <w:t>Essential Takeaways</w:t>
      </w:r>
      <w:r/>
      <w:r/>
    </w:p>
    <w:p>
      <w:pPr>
        <w:pStyle w:val="ListBullet"/>
        <w:spacing w:line="240" w:lineRule="auto"/>
        <w:ind w:left="720"/>
      </w:pPr>
      <w:r/>
      <w:r>
        <w:rPr>
          <w:b/>
        </w:rPr>
        <w:t>Date and time:</w:t>
      </w:r>
      <w:r>
        <w:t xml:space="preserve"> Hallokween takes place on Saturday 24 October 2026, from 7pm to 10pm.</w:t>
      </w:r>
      <w:r/>
    </w:p>
    <w:p>
      <w:pPr>
        <w:pStyle w:val="ListBullet"/>
        <w:spacing w:line="240" w:lineRule="auto"/>
        <w:ind w:left="720"/>
      </w:pPr>
      <w:r/>
      <w:r>
        <w:rPr>
          <w:b/>
        </w:rPr>
        <w:t>Location:</w:t>
      </w:r>
      <w:r>
        <w:t xml:space="preserve"> The event returns to Hush on West 52nd Street in Hell's Kitchen.</w:t>
      </w:r>
      <w:r/>
    </w:p>
    <w:p>
      <w:pPr>
        <w:pStyle w:val="ListBullet"/>
        <w:spacing w:line="240" w:lineRule="auto"/>
        <w:ind w:left="720"/>
      </w:pPr>
      <w:r/>
      <w:r>
        <w:rPr>
          <w:b/>
        </w:rPr>
        <w:t>Headliner:</w:t>
      </w:r>
      <w:r>
        <w:t xml:space="preserve"> Jan Sport brings vocal flair, comic energy and a sizeable Drag Race following.</w:t>
      </w:r>
      <w:r/>
    </w:p>
    <w:p>
      <w:pPr>
        <w:pStyle w:val="ListBullet"/>
        <w:spacing w:line="240" w:lineRule="auto"/>
        <w:ind w:left="720"/>
      </w:pPr>
      <w:r/>
      <w:r>
        <w:rPr>
          <w:b/>
        </w:rPr>
        <w:t>What to expect:</w:t>
      </w:r>
      <w:r>
        <w:t xml:space="preserve"> Guests can look forward to drag performances, dancing and a costume contest.</w:t>
      </w:r>
      <w:r/>
    </w:p>
    <w:p>
      <w:pPr>
        <w:pStyle w:val="ListBullet"/>
        <w:spacing w:line="240" w:lineRule="auto"/>
        <w:ind w:left="720"/>
      </w:pPr>
      <w:r/>
      <w:r>
        <w:rPr>
          <w:b/>
        </w:rPr>
        <w:t>The bigger purpose:</w:t>
      </w:r>
      <w:r>
        <w:t xml:space="preserve"> Proceeds support New York City Gay Men's Chorus programming and community work.</w:t>
      </w:r>
      <w:r/>
      <w:r/>
    </w:p>
    <w:p>
      <w:pPr>
        <w:pStyle w:val="Heading2"/>
      </w:pPr>
      <w:r>
        <w:t>Jan Sport is bringing star power to Hallokween</w:t>
      </w:r>
      <w:r/>
    </w:p>
    <w:p>
      <w:r/>
      <w:r>
        <w:t>Halloween in Hell's Kitchen already has a certain theatrical sparkle, but Jan Sport should give this year's Hallokween an extra burst of volume. The performer, singer and RuPaul's Drag Race favourite is set to headline the third annual event, bringing the sort of high-energy presence that suits a costume party with a cause.</w:t>
      </w:r>
      <w:r/>
    </w:p>
    <w:p>
      <w:r/>
      <w:r>
        <w:t>According to BroadwayWorld, the evening will combine live drag entertainment with dancing and a competitive costume contest. In other words, this isn't a quiet cultural fundraiser with a few cobwebs in the corner. It's designed as a proper night out, with glamour, mischief and a little friendly rivalry over who has made the strongest entrance.</w:t>
      </w:r>
      <w:r/>
    </w:p>
    <w:p>
      <w:r/>
      <w:r>
        <w:t>Jan Sport is also known for her vocal ability, which makes her a particularly natural fit for an event hosted by a celebrated singing organisation. Her television and stage credits include Drag The Musical, The Voice, America's Got Talent and Watch What Happens Live, while her digital series Jan's Jukebox has reached audiences around the world. BroadwayWorld and Jan Sport's background profile both highlight the breadth of that performance career.</w:t>
      </w:r>
      <w:r/>
    </w:p>
    <w:p>
      <w:pPr>
        <w:pStyle w:val="Heading2"/>
      </w:pPr>
      <w:r>
        <w:t>What happens at Hallokween 2026?</w:t>
      </w:r>
      <w:r/>
    </w:p>
    <w:p>
      <w:r/>
      <w:r>
        <w:t>Hallokween returns to Hush, at 348 West 52nd Street, on Saturday 24 October 2026. Doors and programming are scheduled for the 7pm to 10pm window, giving guests a compact evening packed with entertainment rather than an all-night marathon.</w:t>
      </w:r>
      <w:r/>
    </w:p>
    <w:p>
      <w:r/>
      <w:r>
        <w:t>The format is deliberately social. Guests can dance, watch the drag performances and enter the costume contest, so a little preparation will go a long way. Think bold silhouette, comfortable shoes and something that won't collapse after the first enthusiastic dance number.</w:t>
      </w:r>
      <w:r/>
    </w:p>
    <w:p>
      <w:r/>
      <w:r>
        <w:t>The New York City Gay Men's Chorus's event listing presents Hallokween as one of its seasonal community celebrations, while its wider programme shows how the organisation blends performance with fundraising. That mix is part of the appeal: the evening feels festive first, but its purpose is meaningful underneath the glitter.</w:t>
      </w:r>
      <w:r/>
    </w:p>
    <w:p>
      <w:pPr>
        <w:pStyle w:val="Heading2"/>
      </w:pPr>
      <w:r>
        <w:t>Why this fundraiser matters beyond the party</w:t>
      </w:r>
      <w:r/>
    </w:p>
    <w:p>
      <w:r/>
      <w:r>
        <w:t>The New York City Gay Men's Chorus has been using music to support LGBTQ+ visibility, equality and community since 1980. Its work reaches beyond individual concerts, creating spaces where singers and audiences can gather around shared experiences and a strong sense of belonging.</w:t>
      </w:r>
      <w:r/>
    </w:p>
    <w:p>
      <w:r/>
      <w:r>
        <w:t>That makes Hallokween more than a themed dance party. Funds raised help sustain the chorus's musical and community programming, including performances that tell LGBTQ+ stories and connect with audiences across New York. The organisation's own programme highlights show an ongoing commitment to both musical ambition and cultural memory.</w:t>
      </w:r>
      <w:r/>
    </w:p>
    <w:p>
      <w:r/>
      <w:r>
        <w:t>There is something appealingly direct about a fundraiser that asks people to dress up, dance and enjoy themselves. Instead of treating support as a solemn obligation, Hallokween turns it into a shared celebration. That can make giving feel less like a transaction and more like joining the room.</w:t>
      </w:r>
      <w:r/>
    </w:p>
    <w:p>
      <w:pPr>
        <w:pStyle w:val="Heading2"/>
      </w:pPr>
      <w:r>
        <w:t>How to make the most of the night</w:t>
      </w:r>
      <w:r/>
    </w:p>
    <w:p>
      <w:r/>
      <w:r>
        <w:t>Costume planning is the obvious place to start. Since the contest is part of the evening, choose an outfit with a clear idea, a strong visual detail and enough comfort to survive several hours on your feet. A spectacular look is useful, but one that lets you move is even better.</w:t>
      </w:r>
      <w:r/>
    </w:p>
    <w:p>
      <w:r/>
      <w:r>
        <w:t>Arrive with time to settle in, particularly if you're meeting friends or want to take photographs before the dance floor becomes busy. Hush's Hell's Kitchen location makes the event easy to fold into a wider night in the neighbourhood, although it's worth checking travel arrangements and venue information before setting off.</w:t>
      </w:r>
      <w:r/>
    </w:p>
    <w:p>
      <w:r/>
      <w:r>
        <w:t>Tickets are available online, according to BroadwayWorld and the chorus's event information. Prices and availability can change, so booking early is sensible if you want to attend with a group or have your costume strategy firmly in place.</w:t>
      </w:r>
      <w:r/>
    </w:p>
    <w:p>
      <w:pPr>
        <w:pStyle w:val="Heading2"/>
      </w:pPr>
      <w:r>
        <w:t>A lively autumn fixture for New York's LGBTQ+ community</w:t>
      </w:r>
      <w:r/>
    </w:p>
    <w:p>
      <w:r/>
      <w:r>
        <w:t>The third edition of Hallokween suggests that the event is becoming a regular part of the city's autumn calendar. Bringing in a recognisable drag performer such as Jan Sport gives the fundraiser a strong public hook, while the chorus provides a clear community purpose behind the spectacle.</w:t>
      </w:r>
      <w:r/>
    </w:p>
    <w:p>
      <w:r/>
      <w:r>
        <w:t>For fans of Drag Race, it's a chance to see a familiar performer in a live setting. For supporters of the chorus, it's an entertaining way to help fund work that continues throughout the year. And for anyone who enjoys Halloween at its most theatrical, the promise is simple: sequins, songs and a room full of people who understood the assignment.</w:t>
      </w:r>
      <w:r/>
    </w:p>
    <w:p>
      <w:r/>
      <w:r>
        <w:t>Dress boldly, dance generously and let the music do some good.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[4]</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[7]</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https://www.broadwayworld.com/article/RUPAULS-DRAG-RACEs-Jan-Sport-Will-Headline-New-York-City-Gay-Mens-Chorus-HALLOKWEEN-Fundraiser-20261023</w:t>
        </w:r>
      </w:hyperlink>
      <w:r>
        <w:t xml:space="preserve"> - Please view link - unable to able to access data</w:t>
      </w:r>
      <w:r/>
    </w:p>
    <w:p>
      <w:pPr>
        <w:pStyle w:val="ListNumber"/>
        <w:spacing w:line="240" w:lineRule="auto"/>
        <w:ind w:left="720"/>
      </w:pPr>
      <w:r/>
      <w:hyperlink r:id="rId9">
        <w:r>
          <w:rPr>
            <w:color w:val="0000EE"/>
            <w:u w:val="single"/>
          </w:rPr>
          <w:t>https://www.broadwayworld.com/article/RUPAULS-DRAG-RACEs-Jan-Sport-Will-Headline-New-York-City-Gay-Mens-Chorus-HALLOKWEEN-Fundraiser-20261023</w:t>
        </w:r>
      </w:hyperlink>
      <w:r>
        <w:t xml:space="preserve"> - The New York City Gay Men's Chorus has announced that drag performer and 'RuPaul's Drag Race' alum Jan Sport will headline their annual Halloween fundraiser, 'Hallokween,' on October 24, 2026, at Hush in Hell's Kitchen. The event will feature drag performances, costume contests, and dancing to support the chorus's community and musical programming. Tickets are available online. Jan Sport, known for her appearances on 'RuPaul's Drag Race' Season 12 and 'All Stars' Season 6, brings her vocal talent and energy to the event. She has also appeared on NBC's 'The Voice' and 'America's Got Talent' with her girl group Stephanie's Child, and starred in multiple iterations of 'Drag The Musical.'</w:t>
      </w:r>
      <w:r/>
    </w:p>
    <w:p>
      <w:pPr>
        <w:pStyle w:val="ListNumber"/>
        <w:spacing w:line="240" w:lineRule="auto"/>
        <w:ind w:left="720"/>
      </w:pPr>
      <w:r/>
      <w:hyperlink r:id="rId10">
        <w:r>
          <w:rPr>
            <w:color w:val="0000EE"/>
            <w:u w:val="single"/>
          </w:rPr>
          <w:t>https://nycgmc.org/performance/hallokween</w:t>
        </w:r>
      </w:hyperlink>
      <w:r>
        <w:t xml:space="preserve"> - The New York City Gay Men's Chorus is hosting 'Hallokween,' their annual Halloween fundraiser and costume dance party, on October 24, 2026, at Hush in Hell's Kitchen. The event features drag performances, costume contests, and dancing to support the chorus's community and musical programming. Tickets are available online. The chorus has been using music to champion LGBTQ+ equality, visibility, and community since 1980.</w:t>
      </w:r>
      <w:r/>
    </w:p>
    <w:p>
      <w:pPr>
        <w:pStyle w:val="ListNumber"/>
        <w:spacing w:line="240" w:lineRule="auto"/>
        <w:ind w:left="720"/>
      </w:pPr>
      <w:r/>
      <w:hyperlink r:id="rId12">
        <w:r>
          <w:rPr>
            <w:color w:val="0000EE"/>
            <w:u w:val="single"/>
          </w:rPr>
          <w:t>https://nycgmc.org/</w:t>
        </w:r>
      </w:hyperlink>
      <w:r>
        <w:t xml:space="preserve"> - The New York City Gay Men's Chorus is a world-renowned performing arts institution and a pioneering voice for the LGBTQIA+ community. They raise their voices to build community, celebrate pride, and inspire change. Their 47th concert season, titled 'In Full Flourish,' includes performances such as 'Cultivated: Ten Years of TONEWALL' on October 10, 2026, and 'Yuletide Gay(er)' on December 11 and 12, 2026.</w:t>
      </w:r>
      <w:r/>
    </w:p>
    <w:p>
      <w:pPr>
        <w:pStyle w:val="ListNumber"/>
        <w:spacing w:line="240" w:lineRule="auto"/>
        <w:ind w:left="720"/>
      </w:pPr>
      <w:r/>
      <w:hyperlink r:id="rId13">
        <w:r>
          <w:rPr>
            <w:color w:val="0000EE"/>
            <w:u w:val="single"/>
          </w:rPr>
          <w:t>https://nycgmc.org/performance/cultivated-ten-years-of-tonewall</w:t>
        </w:r>
      </w:hyperlink>
      <w:r>
        <w:t xml:space="preserve"> - TONEWALL, the New York City Gay Men's Chorus's award-winning pop a cappella ensemble, is celebrating its 10th anniversary with 'Cultivated: Ten Years of TONEWALL' on October 10, 2026, at Five Angels Theater. The concert features favorites by LGBTQ+ artists and allies, celebrating the ensemble's growth and community over the past decade.</w:t>
      </w:r>
      <w:r/>
    </w:p>
    <w:p>
      <w:pPr>
        <w:pStyle w:val="ListNumber"/>
        <w:spacing w:line="240" w:lineRule="auto"/>
        <w:ind w:left="720"/>
      </w:pPr>
      <w:r/>
      <w:hyperlink r:id="rId14">
        <w:r>
          <w:rPr>
            <w:color w:val="0000EE"/>
            <w:u w:val="single"/>
          </w:rPr>
          <w:t>https://nycgmc.org/performance/yuletide-gayer</w:t>
        </w:r>
      </w:hyperlink>
      <w:r>
        <w:t xml:space="preserve"> - The New York City Gay Men's Chorus is presenting 'Yuletide Gay(er)' on December 11 and 12, 2026, at NYU Skirball Center. The holiday concert features spectacular vocals, festive camp, and music made famous by artists like Cher, Bonnie Tyler, Mariah Carey, and Natalie Cole, blending Hanukkah traditions, Christmas shenanigans, and queer joy.</w:t>
      </w:r>
      <w:r/>
    </w:p>
    <w:p>
      <w:pPr>
        <w:pStyle w:val="ListNumber"/>
        <w:spacing w:line="240" w:lineRule="auto"/>
        <w:ind w:left="720"/>
      </w:pPr>
      <w:r/>
      <w:hyperlink r:id="rId11">
        <w:r>
          <w:rPr>
            <w:color w:val="0000EE"/>
            <w:u w:val="single"/>
          </w:rPr>
          <w:t>https://en.wikipedia.org/wiki/Jan_Sport</w:t>
        </w:r>
      </w:hyperlink>
      <w:r>
        <w:t xml:space="preserve"> - Jan Sport, born Charles Joseph Mantione on June 11, 1993, in Old Bridge, New Jersey, is an American drag queen and singer based in New York City. She gained international attention on 'RuPaul's Drag Race' Season 12 and returned for 'All Stars' Season 6, where she placed 7th overall. Jan has appeared on NBC's 'The Voice' alongside Jessie J, 'America's Got Talent' with her girl group Stephanie's Child, and starred in multiple iterations of 'Drag The Musical.' Her viral digital series 'Jan's Jukebox' has amassed over five million views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adwayworld.com/article/RUPAULS-DRAG-RACEs-Jan-Sport-Will-Headline-New-York-City-Gay-Mens-Chorus-HALLOKWEEN-Fundraiser-20261023" TargetMode="External"/><Relationship Id="rId10" Type="http://schemas.openxmlformats.org/officeDocument/2006/relationships/hyperlink" Target="https://nycgmc.org/performance/hallokween" TargetMode="External"/><Relationship Id="rId11" Type="http://schemas.openxmlformats.org/officeDocument/2006/relationships/hyperlink" Target="https://en.wikipedia.org/wiki/Jan_Sport" TargetMode="External"/><Relationship Id="rId12" Type="http://schemas.openxmlformats.org/officeDocument/2006/relationships/hyperlink" Target="https://nycgmc.org/" TargetMode="External"/><Relationship Id="rId13" Type="http://schemas.openxmlformats.org/officeDocument/2006/relationships/hyperlink" Target="https://nycgmc.org/performance/cultivated-ten-years-of-tonewall" TargetMode="External"/><Relationship Id="rId14" Type="http://schemas.openxmlformats.org/officeDocument/2006/relationships/hyperlink" Target="https://nycgmc.org/performance/yuletide-gay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