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Washington DC’s 17th Street High Heel Race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will gather in Washington, DC, on Tuesday 27 October for the 39th Annual 17th Street High Heel Race, a colourful LGBTQ+ celebration featuring racers, drag performers and plenty of cheering. Whether you're joining the starting line or watching from the pavement, the event offers a joyful evening of spectacle, community and seriously committed footwear.</w:t>
      </w:r>
      <w:r/>
    </w:p>
    <w:p>
      <w:pPr>
        <w:pStyle w:val="Heading2"/>
      </w:pPr>
      <w:r>
        <w:t>Essential Takeaways</w:t>
      </w:r>
      <w:r/>
      <w:r/>
    </w:p>
    <w:p>
      <w:pPr>
        <w:pStyle w:val="ListBullet"/>
        <w:spacing w:line="240" w:lineRule="auto"/>
        <w:ind w:left="720"/>
      </w:pPr>
      <w:r/>
      <w:r>
        <w:rPr>
          <w:b/>
        </w:rPr>
        <w:t>When:</w:t>
      </w:r>
      <w:r>
        <w:t xml:space="preserve"> The race is scheduled for Tuesday 27 October, from 6pm to 10pm.</w:t>
      </w:r>
      <w:r/>
    </w:p>
    <w:p>
      <w:pPr>
        <w:pStyle w:val="ListBullet"/>
        <w:spacing w:line="240" w:lineRule="auto"/>
        <w:ind w:left="720"/>
      </w:pPr>
      <w:r/>
      <w:r>
        <w:rPr>
          <w:b/>
        </w:rPr>
        <w:t>Where:</w:t>
      </w:r>
      <w:r>
        <w:t xml:space="preserve"> Spectators can line 17th Street between R Street and Church Street.</w:t>
      </w:r>
      <w:r/>
    </w:p>
    <w:p>
      <w:pPr>
        <w:pStyle w:val="ListBullet"/>
        <w:spacing w:line="240" w:lineRule="auto"/>
        <w:ind w:left="720"/>
      </w:pPr>
      <w:r/>
      <w:r>
        <w:rPr>
          <w:b/>
        </w:rPr>
        <w:t>Racing:</w:t>
      </w:r>
      <w:r>
        <w:t xml:space="preserve"> Participants can complete registration and sign the required authorisation form at the event tent on R Street.</w:t>
      </w:r>
      <w:r/>
    </w:p>
    <w:p>
      <w:pPr>
        <w:pStyle w:val="ListBullet"/>
        <w:spacing w:line="240" w:lineRule="auto"/>
        <w:ind w:left="720"/>
      </w:pPr>
      <w:r/>
      <w:r>
        <w:rPr>
          <w:b/>
        </w:rPr>
        <w:t>Who’s behind it:</w:t>
      </w:r>
      <w:r>
        <w:t xml:space="preserve"> The event is sponsored by Mayor Muriel Bowser and the Mayor’s Office of LGBTQ Affairs.</w:t>
      </w:r>
      <w:r/>
    </w:p>
    <w:p>
      <w:pPr>
        <w:pStyle w:val="ListBullet"/>
        <w:spacing w:line="240" w:lineRule="auto"/>
        <w:ind w:left="720"/>
      </w:pPr>
      <w:r/>
      <w:r>
        <w:rPr>
          <w:b/>
        </w:rPr>
        <w:t>Getting around:</w:t>
      </w:r>
      <w:r>
        <w:t xml:space="preserve"> Temporary transport arrangements may affect journeys near the race route, so checking local travel updates is sensible.</w:t>
      </w:r>
      <w:r/>
      <w:r/>
    </w:p>
    <w:p>
      <w:pPr>
        <w:pStyle w:val="Heading2"/>
      </w:pPr>
      <w:r>
        <w:t>Washington DC’s high heel race returns for another lively night</w:t>
      </w:r>
      <w:r/>
    </w:p>
    <w:p>
      <w:r/>
      <w:r>
        <w:t>For one evening, 17th Street becomes less about getting from A to B and more about sequins, speed and spectacularly impractical shoes. The 39th Annual 17th Street High Heel Race is set to bring thousands of spectators to the Dupont Circle area, where racers and drag queens will turn the street into a playful outdoor stage.</w:t>
      </w:r>
      <w:r/>
    </w:p>
    <w:p>
      <w:r/>
      <w:r>
        <w:t>According to the Washington Blade, the event runs from 6pm until 10pm, with the race drawing a large crowd along the route. It’s the kind of occasion where a sturdy pair of walking shoes for the journey home may be just as important as the heels on the course.</w:t>
      </w:r>
      <w:r/>
    </w:p>
    <w:p>
      <w:pPr>
        <w:pStyle w:val="Heading2"/>
      </w:pPr>
      <w:r>
        <w:t>How to enter the 17th Street High Heel Race</w:t>
      </w:r>
      <w:r/>
    </w:p>
    <w:p>
      <w:r/>
      <w:r>
        <w:t>Would-be racers don't need to complete the process months in advance. Registration is available at the event’s tent on R Street, where participants can fill out the 17th Street High Heel Racer’s Registration and Authorisation Form before taking part.</w:t>
      </w:r>
      <w:r/>
    </w:p>
    <w:p>
      <w:r/>
      <w:r>
        <w:t>That open, on-the-night arrangement keeps the event approachable, whether you're a seasoned competitor or simply fancy testing your balance in front of an enthusiastic crowd. Still, anyone hoping to race should allow time for registration and arrive prepared for busy pavements and a lively atmosphere.</w:t>
      </w:r>
      <w:r/>
    </w:p>
    <w:p>
      <w:pPr>
        <w:pStyle w:val="Heading2"/>
      </w:pPr>
      <w:r>
        <w:t>Where spectators should watch the action</w:t>
      </w:r>
      <w:r/>
    </w:p>
    <w:p>
      <w:r/>
      <w:r>
        <w:t>The main viewing area stretches along 17th Street from R Street to Church Street. That gives spectators plenty of space to find a spot, although the most popular sections are likely to become busy as the evening builds.</w:t>
      </w:r>
      <w:r/>
    </w:p>
    <w:p>
      <w:r/>
      <w:r>
        <w:t>The event is as much about encouragement and performance as it is about winning. Drag queens, cheering crowds and flamboyant outfits create a generous, celebratory mood, so even people who have no interest in racing can enjoy the evening from the kerbside.</w:t>
      </w:r>
      <w:r/>
    </w:p>
    <w:p>
      <w:pPr>
        <w:pStyle w:val="Heading2"/>
      </w:pPr>
      <w:r>
        <w:t>Travel advice for race night</w:t>
      </w:r>
      <w:r/>
    </w:p>
    <w:p>
      <w:r/>
      <w:r>
        <w:t>Large public events can make short journeys unexpectedly fiddly. WMATA has published information about a temporary detour connected with the 39th Annual 17th Street High Heel Race, so visitors should check current transport notices before setting off.</w:t>
      </w:r>
      <w:r/>
    </w:p>
    <w:p>
      <w:r/>
      <w:r>
        <w:t>If you're driving, parking and road access may be less convenient around the route. Public transport, walking from a nearby stop or allowing extra time for diversions should make the evening smoother. Comfortable shoes are also a wise choice for spectators, because the best views may involve more standing than planned.</w:t>
      </w:r>
      <w:r/>
    </w:p>
    <w:p>
      <w:pPr>
        <w:pStyle w:val="Heading2"/>
      </w:pPr>
      <w:r>
        <w:t>A colourful fixture with community at its centre</w:t>
      </w:r>
      <w:r/>
    </w:p>
    <w:p>
      <w:r/>
      <w:r>
        <w:t>The race is sponsored by Mayor Muriel Bowser and the Mayor’s Office of LGBTQ Affairs, underlining its place in Washington’s LGBTQ+ events calendar. Its longevity is part of the appeal: after nearly four decades, it has become a familiar annual meeting point for performers, residents, visitors and supporters.</w:t>
      </w:r>
      <w:r/>
    </w:p>
    <w:p>
      <w:r/>
      <w:r>
        <w:t>The best events don't need much explanation once the music starts and the crowd begins to cheer. This one simply asks people to show up, look fabulous and give the racers plenty of encouragement.</w:t>
      </w:r>
      <w:r/>
    </w:p>
    <w:p>
      <w:r/>
      <w:r>
        <w:t>It's a small stretch of Washington, but on race night it carries a very big pair of heels.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1">
        <w:r>
          <w:rPr>
            <w:color w:val="0000EE"/>
            <w:u w:val="single"/>
          </w:rPr>
          <w:t>[3]</w:t>
        </w:r>
      </w:hyperlink>
      <w:r>
        <w:t xml:space="preserve">- Paragraph 7: </w:t>
      </w:r>
      <w:hyperlink r:id="rId15">
        <w:r>
          <w:rPr>
            <w:color w:val="0000EE"/>
            <w:u w:val="single"/>
          </w:rPr>
          <w:t>[6]</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https://meaws.com/news/39th-annual-high-heel-race-set-for-oct-27/105839</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https://www.washingtonblade.com/2026/10/23/high-heel-race-set-october-27/</w:t>
        </w:r>
      </w:hyperlink>
      <w:r>
        <w:t xml:space="preserve"> - The Washington Blade reports that the 39th Annual 17th Street High Heel Race is scheduled for Tuesday, October 27, 2026, from 6 to 10 p.m. The event is sponsored by Mayor Muriel Bowser and the Mayor’s Office of LGBTQ Affairs. Participants interested in racing can register at the event's registration tent on R Street. Spectators are invited to cheer on the racers and drag queens along 17th Street from R Street to Church Street. Additional information is available on the mayor’s office website.</w:t>
      </w:r>
      <w:r/>
    </w:p>
    <w:p>
      <w:pPr>
        <w:pStyle w:val="ListNumber"/>
        <w:spacing w:line="240" w:lineRule="auto"/>
        <w:ind w:left="720"/>
      </w:pPr>
      <w:r/>
      <w:hyperlink r:id="rId11">
        <w:r>
          <w:rPr>
            <w:color w:val="0000EE"/>
            <w:u w:val="single"/>
          </w:rPr>
          <w:t>https://beta.dc.gov/events/39th-annual-17th-street-high-heel-race</w:t>
        </w:r>
      </w:hyperlink>
      <w:r>
        <w:t xml:space="preserve"> - The official DC government website provides details about the 39th Annual 17th Street High Heel Race, highlighting its significance in celebrating the diversity of DC’s LGBTQIA+ community. The event features thousands of costumed spectators cheering on drag queens, drag kings, and community members as they race down 17th Street NW. The race is scheduled for October 27, 2026, from 6:00 pm to 10:00 pm, located between R and P Streets NW near Dupont Circle.</w:t>
      </w:r>
      <w:r/>
    </w:p>
    <w:p>
      <w:pPr>
        <w:pStyle w:val="ListNumber"/>
        <w:spacing w:line="240" w:lineRule="auto"/>
        <w:ind w:left="720"/>
      </w:pPr>
      <w:r/>
      <w:hyperlink r:id="rId12">
        <w:r>
          <w:rPr>
            <w:color w:val="0000EE"/>
            <w:u w:val="single"/>
          </w:rPr>
          <w:t>https://pride365.org/event/2026-high-heel-race/</w:t>
        </w:r>
      </w:hyperlink>
      <w:r>
        <w:t xml:space="preserve"> - Pride365.org details the 39th Annual 17th Street High Heel Race, emphasizing its role as a vibrant LGBTQIA+ tradition in Washington, D.C. The event is set for October 27, 2026, from 6:00 pm to 10:00 pm, on 17th Street, between R and P Streets NW near Dupont Circle. The race is presented by Mayor Muriel Bowser and the Mayor’s Office of LGBTQ Affairs, celebrating the diversity of DC’s LGBTQIA+ community with lively local drag entertainment.</w:t>
      </w:r>
      <w:r/>
    </w:p>
    <w:p>
      <w:pPr>
        <w:pStyle w:val="ListNumber"/>
        <w:spacing w:line="240" w:lineRule="auto"/>
        <w:ind w:left="720"/>
      </w:pPr>
      <w:r/>
      <w:hyperlink r:id="rId14">
        <w:r>
          <w:rPr>
            <w:color w:val="0000EE"/>
            <w:u w:val="single"/>
          </w:rPr>
          <w:t>https://www.capitalpride.org/event/strut-stop/</w:t>
        </w:r>
      </w:hyperlink>
      <w:r>
        <w:t xml:space="preserve"> - The Capital Pride Alliance announces 'The Strut Stop Pop-Up Bar' event on October 27, 2026, from 6:00 pm to 10:00 pm, at ThreeFifty Bakery &amp; Coffee Bar Patio, 1641 R St NW. This event serves as a prelude to the 39th Annual 17th Street High Heel Race, offering attendees a spot to enjoy drinks and support Pride initiatives. All proceeds will benefit the Capital Pride Alliance and its year-round programming.</w:t>
      </w:r>
      <w:r/>
    </w:p>
    <w:p>
      <w:pPr>
        <w:pStyle w:val="ListNumber"/>
        <w:spacing w:line="240" w:lineRule="auto"/>
        <w:ind w:left="720"/>
      </w:pPr>
      <w:r/>
      <w:hyperlink r:id="rId15">
        <w:r>
          <w:rPr>
            <w:color w:val="0000EE"/>
            <w:u w:val="single"/>
          </w:rPr>
          <w:t>https://www.wmata.com/ride/alerts-and-advisories/temporary-detour-39th-annual-17th-st-high-heel-race-on-october-2.html</w:t>
        </w:r>
      </w:hyperlink>
      <w:r>
        <w:t xml:space="preserve"> - The Washington Metropolitan Area Transit Authority (WMATA) provides information about temporary detours and street closures due to the 39th Annual 17th Street High Heel Race on October 27, 2026. Affected bus routes include C91 LeDroit Park-Georgetown, with detours starting at 1:00 pm and lasting until 11:59 pm. Street closures will affect 17th Street from New Hampshire Ave to O Street, NW, and surrounding areas. Commuters are advised to allow additional travel time and avoid the area if possible.</w:t>
      </w:r>
      <w:r/>
    </w:p>
    <w:p>
      <w:pPr>
        <w:pStyle w:val="ListNumber"/>
        <w:spacing w:line="240" w:lineRule="auto"/>
        <w:ind w:left="720"/>
      </w:pPr>
      <w:r/>
      <w:hyperlink r:id="rId13">
        <w:r>
          <w:rPr>
            <w:color w:val="0000EE"/>
            <w:u w:val="single"/>
          </w:rPr>
          <w:t>https://www.youtube.com/watch?v=zgZeMAHwHTk</w:t>
        </w:r>
      </w:hyperlink>
      <w:r>
        <w:t xml:space="preserve"> - A video from the DC Mayor's Office showcasing the 38th Annual 17th Street High Heel Race held on October 28, 2025. The video features highlights from the event, including participants, costumes, and performances, providing a glimpse into the vibrant atmosphere of this annual LGBTQIA+ tradition in Washington, D.C.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39th-annual-high-heel-race-set-for-oct-27/105839" TargetMode="External"/><Relationship Id="rId10" Type="http://schemas.openxmlformats.org/officeDocument/2006/relationships/hyperlink" Target="https://www.washingtonblade.com/2026/10/23/high-heel-race-set-october-27/" TargetMode="External"/><Relationship Id="rId11" Type="http://schemas.openxmlformats.org/officeDocument/2006/relationships/hyperlink" Target="https://beta.dc.gov/events/39th-annual-17th-street-high-heel-race" TargetMode="External"/><Relationship Id="rId12" Type="http://schemas.openxmlformats.org/officeDocument/2006/relationships/hyperlink" Target="https://pride365.org/event/2026-high-heel-race/" TargetMode="External"/><Relationship Id="rId13" Type="http://schemas.openxmlformats.org/officeDocument/2006/relationships/hyperlink" Target="https://www.youtube.com/watch?v=zgZeMAHwHTk" TargetMode="External"/><Relationship Id="rId14" Type="http://schemas.openxmlformats.org/officeDocument/2006/relationships/hyperlink" Target="https://www.capitalpride.org/event/strut-stop/" TargetMode="External"/><Relationship Id="rId15" Type="http://schemas.openxmlformats.org/officeDocument/2006/relationships/hyperlink" Target="https://www.wmata.com/ride/alerts-and-advisories/temporary-detour-39th-annual-17th-st-high-heel-race-on-october-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