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Halloween Costume Ideas for Pop Culture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turning niche internet jokes, queer TV moments and unforgettable red-carpet looks into gay Halloween costume ideas for 2026. From glittery body art to Heated Rivalry-inspired couples dressing, these looks prove you don't need a huge budget, only a sharp reference, a little confidence and the willingness to explain the joke all night.</w:t>
      </w:r>
      <w:r/>
    </w:p>
    <w:p>
      <w:pPr>
        <w:pStyle w:val="Heading2"/>
      </w:pPr>
      <w:r>
        <w:t>Essential Takeaways</w:t>
      </w:r>
      <w:r/>
      <w:r/>
    </w:p>
    <w:p>
      <w:pPr>
        <w:pStyle w:val="ListBullet"/>
        <w:spacing w:line="240" w:lineRule="auto"/>
        <w:ind w:left="720"/>
      </w:pPr>
      <w:r/>
      <w:r>
        <w:rPr>
          <w:b/>
        </w:rPr>
        <w:t>Low-cost wins:</w:t>
      </w:r>
      <w:r>
        <w:t xml:space="preserve"> Bedazzled stickers, sunglasses and a strong pose can do much of the work.</w:t>
      </w:r>
      <w:r/>
    </w:p>
    <w:p>
      <w:pPr>
        <w:pStyle w:val="ListBullet"/>
        <w:spacing w:line="240" w:lineRule="auto"/>
        <w:ind w:left="720"/>
      </w:pPr>
      <w:r/>
      <w:r>
        <w:rPr>
          <w:b/>
        </w:rPr>
        <w:t>Niche references rule:</w:t>
      </w:r>
      <w:r>
        <w:t xml:space="preserve"> The best costumes reward people who recognise the moment instantly.</w:t>
      </w:r>
      <w:r/>
    </w:p>
    <w:p>
      <w:pPr>
        <w:pStyle w:val="ListBullet"/>
        <w:spacing w:line="240" w:lineRule="auto"/>
        <w:ind w:left="720"/>
      </w:pPr>
      <w:r/>
      <w:r>
        <w:rPr>
          <w:b/>
        </w:rPr>
        <w:t>Couples have options:</w:t>
      </w:r>
      <w:r>
        <w:t xml:space="preserve"> Heated Rivalry-inspired looks offer an easy route to matching costumes.</w:t>
      </w:r>
      <w:r/>
    </w:p>
    <w:p>
      <w:pPr>
        <w:pStyle w:val="ListBullet"/>
        <w:spacing w:line="240" w:lineRule="auto"/>
        <w:ind w:left="720"/>
      </w:pPr>
      <w:r/>
      <w:r>
        <w:rPr>
          <w:b/>
        </w:rPr>
        <w:t>Details matter:</w:t>
      </w:r>
      <w:r>
        <w:t xml:space="preserve"> A beret, knee-high socks or a glittering blazer can sell the whole character.</w:t>
      </w:r>
      <w:r/>
    </w:p>
    <w:p>
      <w:pPr>
        <w:pStyle w:val="ListBullet"/>
        <w:spacing w:line="240" w:lineRule="auto"/>
        <w:ind w:left="720"/>
      </w:pPr>
      <w:r/>
      <w:r>
        <w:rPr>
          <w:b/>
        </w:rPr>
        <w:t>Commitment is key:</w:t>
      </w:r>
      <w:r>
        <w:t xml:space="preserve"> The more confidently you play the part, the better the costume lands.</w:t>
      </w:r>
      <w:r/>
      <w:r/>
    </w:p>
    <w:p>
      <w:pPr>
        <w:pStyle w:val="Heading2"/>
      </w:pPr>
      <w:r>
        <w:t>The best gay Halloween costumes start with one brilliant reference</w:t>
      </w:r>
      <w:r/>
    </w:p>
    <w:p>
      <w:r/>
      <w:r>
        <w:t>The strongest gay Halloween costumes for 2026 aren't necessarily the most elaborate. They're the ones that make someone stop mid-party, squint for a second and then shout, "Oh my God, I get it."</w:t>
      </w:r>
      <w:r/>
    </w:p>
    <w:p>
      <w:r/>
      <w:r>
        <w:t>That could mean turning your chest into a sparkling craft project, recreating a viral celebrity appearance or arriving as a character only the most committed pop-culture watchers will recognise. As The HomoCulture's guide to Halloween costumes for gay men suggests, personality and presentation can matter just as much as expensive props.</w:t>
      </w:r>
      <w:r/>
    </w:p>
    <w:p>
      <w:r/>
      <w:r>
        <w:t>The appeal is obvious. A familiar outfit becomes funnier when it's slightly exaggerated, while a very specific reference feels like a private joke shared with an entire room. Your costume doesn't need to be universally understood. In fact, a little confusion can be part of the charm.</w:t>
      </w:r>
      <w:r/>
    </w:p>
    <w:p>
      <w:pPr>
        <w:pStyle w:val="Heading2"/>
      </w:pPr>
      <w:r>
        <w:t>Bedazzled pecs are cheap, cheeky and impossible to ignore</w:t>
      </w:r>
      <w:r/>
    </w:p>
    <w:p>
      <w:r/>
      <w:r>
        <w:t>For a last-minute look, few ideas beat a bare chest covered in sparkling stickers. It's quick, affordable and has the immediate visual impact of a human disco ball, provided you're comfortable wearing it.</w:t>
      </w:r>
      <w:r/>
    </w:p>
    <w:p>
      <w:r/>
      <w:r>
        <w:t>Keep the rest simple: shorts, trainers, perhaps a dramatic jacket and an expression that says you've just discovered your own reflection. The effect works because the costume is less about a named character and more about confidence, camp and a willingness to let craft supplies take centre stage.</w:t>
      </w:r>
      <w:r/>
    </w:p>
    <w:p>
      <w:r/>
      <w:r>
        <w:t>If you're making a costume at home, choose skin-safe decorations, avoid irritated areas and test the adhesive before the party. A few well-placed stones usually look more polished than covering every available inch, although Halloween has never exactly rewarded restraint.</w:t>
      </w:r>
      <w:r/>
    </w:p>
    <w:p>
      <w:pPr>
        <w:pStyle w:val="Heading2"/>
      </w:pPr>
      <w:r>
        <w:t>Hudson Williams brings red-carpet drama to the party</w:t>
      </w:r>
      <w:r/>
    </w:p>
    <w:p>
      <w:r/>
      <w:r>
        <w:t>A Hudson Williams-inspired costume offers a more fashion-led route. The look draws on the actor's high-profile 2026 appearances, with coverage from Allure and Vanity Fair highlighting the attention around his red-carpet style and theatrical presentation.</w:t>
      </w:r>
      <w:r/>
    </w:p>
    <w:p>
      <w:r/>
      <w:r>
        <w:t>For a recognisable version, think clean white separates, short shorts, tall socks and a beret, then add an intentionally serious walk. The trick is to suggest the reference rather than recreate every detail perfectly. Strong posture and a knowing expression will do more than a wardrobe full of expensive pieces.</w:t>
      </w:r>
      <w:r/>
    </w:p>
    <w:p>
      <w:r/>
      <w:r>
        <w:t>This is also a useful template if you prefer a costume that still feels wearable. White clothing can be restyled after Halloween, and the accessories are easy to source. Just be prepared for people to ask whether you're attending fashion week or simply very committed to looking good in the queue for the bar.</w:t>
      </w:r>
      <w:r/>
    </w:p>
    <w:p>
      <w:pPr>
        <w:pStyle w:val="Heading2"/>
      </w:pPr>
      <w:r>
        <w:t>Sequins, nostalgia and the return of the Warblers</w:t>
      </w:r>
      <w:r/>
    </w:p>
    <w:p>
      <w:r/>
      <w:r>
        <w:t>Glee nostalgia continues to provide fertile ground for Halloween, particularly if your friends can recognise a sharp blazer before you begin singing. A sequin Warblers-inspired jacket with the sleeves cut off turns a familiar school-uniform reference into something camp, glossy and party-ready.</w:t>
      </w:r>
      <w:r/>
    </w:p>
    <w:p>
      <w:r/>
      <w:r>
        <w:t>The costume works best when the styling is deliberately polished. Add a crisp shirt, slim trousers or tailored shorts, then carry yourself like you're about to perform a perfectly harmonised cover of "Teenage Dream". A small group can make the idea even stronger, especially if everyone coordinates without looking too identical.</w:t>
      </w:r>
      <w:r/>
    </w:p>
    <w:p>
      <w:r/>
      <w:r>
        <w:t>The wider trend is clear: queer Halloween costumes are increasingly built around shared cultural memory. The PinkNews coverage of costume design for Heated Rivalry also points to the lasting power of clothing as a way to signal character, chemistry and identity without spelling everything out.</w:t>
      </w:r>
      <w:r/>
    </w:p>
    <w:p>
      <w:pPr>
        <w:pStyle w:val="Heading2"/>
      </w:pPr>
      <w:r>
        <w:t>Why Heated Rivalry could dominate couples' costumes</w:t>
      </w:r>
      <w:r/>
    </w:p>
    <w:p>
      <w:r/>
      <w:r>
        <w:t>For couples, Ilya Rozanov and Shane Hollander offer a particularly appealing option. The Heated Rivalry pairing brings built-in contrast, hockey styling and enough romantic tension to carry a costume before either person says a word.</w:t>
      </w:r>
      <w:r/>
    </w:p>
    <w:p>
      <w:r/>
      <w:r>
        <w:t>Start with team-inspired jackets, hockey tops, athletic trousers and props that suggest the sport without turning the look into a full equipment haul. Small details, such as name labels or coordinated colours, can help people place the characters quickly. Teen Vogue's costume coverage and PinkNews' reporting on the show's queer-coded design both reflect how strongly the pairing has connected with fans.</w:t>
      </w:r>
      <w:r/>
    </w:p>
    <w:p>
      <w:r/>
      <w:r>
        <w:t>The best couples' costumes leave room for performance. Walk in together, bicker theatrically, then soften the moment when someone asks for a photograph. It may be niche, but that is precisely why it can feel more rewarding than another generic superhero pairing.</w:t>
      </w:r>
      <w:r/>
    </w:p>
    <w:p>
      <w:pPr>
        <w:pStyle w:val="Heading2"/>
      </w:pPr>
      <w:r>
        <w:t>Internet chaos is still a perfectly valid costume plan</w:t>
      </w:r>
      <w:r/>
    </w:p>
    <w:p>
      <w:r/>
      <w:r>
        <w:t>Other possibilities include a fake celebrity breakdown, a tennis ball from Challengers, RuPaul's But I'm a Cheerleader character or a deliberately cheeky take on Elphaba. These ideas are less about faithful replicas and more about translating a screenshot, meme or cultural moment into a recognisable silhouette.</w:t>
      </w:r>
      <w:r/>
    </w:p>
    <w:p>
      <w:r/>
      <w:r>
        <w:t>That makes them ideal for shoppers working with a limited budget. Search charity shops for jackets, blazers and unusual accessories, then use make-up, cardboard or temporary decorations to sharpen the reference. One memorable prop is often enough, especially when the rest of the outfit stays clean.</w:t>
      </w:r>
      <w:r/>
    </w:p>
    <w:p>
      <w:r/>
      <w:r>
        <w:t>There is a practical lesson here, too. Choose a concept you can explain in one sentence, then add one visual clue people will notice from across the room. If the costume needs a ten-minute presentation, the joke may be funnier in your head than it is at the party.</w:t>
      </w:r>
      <w:r/>
    </w:p>
    <w:p>
      <w:r/>
      <w:r>
        <w:t>Halloween is more fun when the look feels personal, even if only three people understand it. Pick the reference, commit fully and let the screenshots do the rest.</w:t>
      </w:r>
      <w:r/>
    </w:p>
    <w:p>
      <w:r/>
      <w:r>
        <w:t>Explore the idea that makes your crowd gasp, giggle or say, "Wait, I know exactly who you 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[2]</w:t>
        </w:r>
      </w:hyperlink>
      <w:r>
        <w:t xml:space="preserve">, </w:t>
      </w:r>
      <w:hyperlink r:id="rId15">
        <w:r>
          <w:rPr>
            <w:color w:val="0000EE"/>
            <w:u w:val="single"/>
          </w:rPr>
          <w:t>[3]</w:t>
        </w:r>
      </w:hyperlink>
      <w:r>
        <w:t xml:space="preserve">- Paragraph 4: </w:t>
      </w:r>
      <w:hyperlink r:id="rId10">
        <w:r>
          <w:rPr>
            <w:color w:val="0000EE"/>
            <w:u w:val="single"/>
          </w:rPr>
          <w:t>[4]</w:t>
        </w:r>
      </w:hyperlink>
      <w:r>
        <w:t xml:space="preserve">, </w:t>
      </w:r>
      <w:hyperlink r:id="rId11">
        <w:r>
          <w:rPr>
            <w:color w:val="0000EE"/>
            <w:u w:val="single"/>
          </w:rPr>
          <w:t>[5]</w:t>
        </w:r>
      </w:hyperlink>
      <w:r>
        <w:t xml:space="preserve">- Paragraph 5: </w:t>
      </w:r>
      <w:hyperlink r:id="rId14">
        <w:r>
          <w:rPr>
            <w:color w:val="0000EE"/>
            <w:u w:val="single"/>
          </w:rPr>
          <w:t>[2]</w:t>
        </w:r>
      </w:hyperlink>
      <w:r>
        <w:t xml:space="preserve">, </w:t>
      </w:r>
      <w:hyperlink r:id="rId15">
        <w:r>
          <w:rPr>
            <w:color w:val="0000EE"/>
            <w:u w:val="single"/>
          </w:rPr>
          <w:t>[3]</w:t>
        </w:r>
      </w:hyperlink>
      <w:r>
        <w:t xml:space="preserve">- Paragraph 6: </w:t>
      </w:r>
      <w:hyperlink r:id="rId11">
        <w:r>
          <w:rPr>
            <w:color w:val="0000EE"/>
            <w:u w:val="single"/>
          </w:rPr>
          <w:t>[5]</w:t>
        </w:r>
      </w:hyperlink>
      <w:r>
        <w:t xml:space="preserve">, </w:t>
      </w:r>
      <w:hyperlink r:id="rId12">
        <w:r>
          <w:rPr>
            <w:color w:val="0000EE"/>
            <w:u w:val="single"/>
          </w:rPr>
          <w:t>[6]</w:t>
        </w:r>
      </w:hyperlink>
      <w:r>
        <w:t xml:space="preserve">- Paragraph 7: </w:t>
      </w:r>
      <w:hyperlink r:id="rId15">
        <w:r>
          <w:rPr>
            <w:color w:val="0000EE"/>
            <w:u w:val="single"/>
          </w:rPr>
          <w:t>[3]</w:t>
        </w:r>
      </w:hyperlink>
      <w:r>
        <w:t xml:space="preserve">, </w:t>
      </w:r>
      <w:hyperlink r:id="rId10">
        <w:r>
          <w:rPr>
            <w:color w:val="0000EE"/>
            <w:u w:val="single"/>
          </w:rPr>
          <w:t>[4]</w:t>
        </w:r>
      </w:hyperlink>
      <w:r>
        <w:t xml:space="preserve">- Paragraph 8: </w:t>
      </w:r>
      <w:hyperlink r:id="rId14">
        <w:r>
          <w:rPr>
            <w:color w:val="0000EE"/>
            <w:u w:val="single"/>
          </w:rPr>
          <w:t>[2]</w:t>
        </w:r>
      </w:hyperlink>
      <w:r>
        <w:t xml:space="preserve">, </w:t>
      </w:r>
      <w:hyperlink r:id="rId15">
        <w:r>
          <w:rPr>
            <w:color w:val="0000EE"/>
            <w:u w:val="single"/>
          </w:rPr>
          <w:t>[3]</w:t>
        </w:r>
      </w:hyperlink>
      <w:r>
        <w:t xml:space="preserve">- Paragraph 9: </w:t>
      </w:r>
      <w:hyperlink r:id="rId10">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https://instinctmagazine.com/gay-halloween-2026/</w:t>
        </w:r>
      </w:hyperlink>
      <w:r>
        <w:t xml:space="preserve"> - Please view link - unable to able to access data</w:t>
      </w:r>
      <w:r/>
    </w:p>
    <w:p>
      <w:pPr>
        <w:pStyle w:val="ListNumber"/>
        <w:spacing w:line="240" w:lineRule="auto"/>
        <w:ind w:left="720"/>
      </w:pPr>
      <w:r/>
      <w:hyperlink r:id="rId14">
        <w:r>
          <w:rPr>
            <w:color w:val="0000EE"/>
            <w:u w:val="single"/>
          </w:rPr>
          <w:t>https://www.teenvogue.com/story/heated-rivalry-costume-ideas-halloween-2026</w:t>
        </w:r>
      </w:hyperlink>
      <w:r>
        <w:t xml:space="preserve"> - Teen Vogue presents 'Heated Rivalry' costume ideas for Halloween 2026, featuring Shane Hollander and Ilya Rozanov's jerseys, denim jackets, and club ensembles. The article provides shopping links for these looks, including Boston Raiders and Montreal Metros jerseys, shearling-lined denim jackets, and floral button-down shirts. It also suggests accessories like a white blazer and pull-on boardshorts to complete the costumes. The piece emphasizes the ease of assembling these outfits with items likely found in one's closet, making them perfect for couples or solo wearers.</w:t>
      </w:r>
      <w:r/>
    </w:p>
    <w:p>
      <w:pPr>
        <w:pStyle w:val="ListNumber"/>
        <w:spacing w:line="240" w:lineRule="auto"/>
        <w:ind w:left="720"/>
      </w:pPr>
      <w:r/>
      <w:hyperlink r:id="rId15">
        <w:r>
          <w:rPr>
            <w:color w:val="0000EE"/>
            <w:u w:val="single"/>
          </w:rPr>
          <w:t>https://www.thepinknews.com/2026/01/13/HEATED-RIVALRYS-COSTUME-DESIGNER-EXPLAINS-QUEER-CODED-COSTUMES/</w:t>
        </w:r>
      </w:hyperlink>
      <w:r>
        <w:t xml:space="preserve"> - The Pink News interviews 'Heated Rivalry' costume designer Hanna Puley, who discusses the show's 'queer coded' costumes. Puley explains her choices for Ilya Rozanov and Shane Hollander, aiming for grounded yet aspirational looks. She mentions Ilya's use of bright colours and patterns, such as a Hawaiian shirt, and notes that some elements are subtly queer coded, reflecting hidden aspects of the characters' identities. The article highlights the show's success and its impact on LGBTQ+ representation in media.</w:t>
      </w:r>
      <w:r/>
    </w:p>
    <w:p>
      <w:pPr>
        <w:pStyle w:val="ListNumber"/>
        <w:spacing w:line="240" w:lineRule="auto"/>
        <w:ind w:left="720"/>
      </w:pPr>
      <w:r/>
      <w:hyperlink r:id="rId10">
        <w:r>
          <w:rPr>
            <w:color w:val="0000EE"/>
            <w:u w:val="single"/>
          </w:rPr>
          <w:t>https://www.thehomoculture.com/halloween-costumes-for-gay-men/</w:t>
        </w:r>
      </w:hyperlink>
      <w:r>
        <w:t xml:space="preserve"> - HomoCulture offers 15 Halloween costume ideas for gay men in 2026, including solo and couple options. For couples, it suggests dressing as Shane Hollander and Ilya Rozanov from 'Heated Rivalry,' recommending contrasting jerseys, athletic pants or shorts, and sneakers. The article provides guidance on ordering name lettering and emphasizes the importance of embodying the characters' essence. It also offers ideas for solo costumes, such as a vampire dressed for a night out, with tips on assembling the look and testing accessories before the event.</w:t>
      </w:r>
      <w:r/>
    </w:p>
    <w:p>
      <w:pPr>
        <w:pStyle w:val="ListNumber"/>
        <w:spacing w:line="240" w:lineRule="auto"/>
        <w:ind w:left="720"/>
      </w:pPr>
      <w:r/>
      <w:hyperlink r:id="rId11">
        <w:r>
          <w:rPr>
            <w:color w:val="0000EE"/>
            <w:u w:val="single"/>
          </w:rPr>
          <w:t>https://www.thepinknews.com/2026/10/19/lgbtq-pop-culture-2026-halloween-costumes-from-heated-rivalry-to-death-at-camp-miasma/12/</w:t>
        </w:r>
      </w:hyperlink>
      <w:r>
        <w:t xml:space="preserve"> - PinkNews presents LGBTQ+ pop culture Halloween costumes for 2026, featuring characters from 'Heated Rivalry,' including Shane Hollander and Ilya Rozanov. The article suggests various looks, from on-ice jerseys to off-ice ensembles like Shane's Team Canada fleece or Ilya's leopard-print shirt from a club scene. It highlights the versatility of these costumes for couples or best friends, emphasizing the recognizability and ease of assembling these outfits. The piece also mentions other pop culture references for Halloween inspiration.</w:t>
      </w:r>
      <w:r/>
    </w:p>
    <w:p>
      <w:pPr>
        <w:pStyle w:val="ListNumber"/>
        <w:spacing w:line="240" w:lineRule="auto"/>
        <w:ind w:left="720"/>
      </w:pPr>
      <w:r/>
      <w:hyperlink r:id="rId12">
        <w:r>
          <w:rPr>
            <w:color w:val="0000EE"/>
            <w:u w:val="single"/>
          </w:rPr>
          <w:t>https://www.allure.com/story/hudson-williams-connor-storrie-met-gala-2026</w:t>
        </w:r>
      </w:hyperlink>
      <w:r>
        <w:t xml:space="preserve"> - Allure covers Hudson Williams and Connor Storrie's Met Gala 2026 appearances, showcasing their rock-inspired looks. Williams wore a Balenciaga ensemble with crystal embroidery, while Storrie complemented the theme with a fresh approach. The article highlights the actors' fashion choices, drawing parallels to their 'Heated Rivalry' characters, and discusses the impact of their styles on fans and the fashion industry. It also touches upon the actors' rising prominence and their influence on LGBTQ+ representation in media.</w:t>
      </w:r>
      <w:r/>
    </w:p>
    <w:p>
      <w:pPr>
        <w:pStyle w:val="ListNumber"/>
        <w:spacing w:line="240" w:lineRule="auto"/>
        <w:ind w:left="720"/>
      </w:pPr>
      <w:r/>
      <w:hyperlink r:id="rId13">
        <w:r>
          <w:rPr>
            <w:color w:val="0000EE"/>
            <w:u w:val="single"/>
          </w:rPr>
          <w:t>https://www.vanityfair.com/style/story/hudson-williams-makes-his-met-gala-2026-debut-in-black-swan-inspired-makeup</w:t>
        </w:r>
      </w:hyperlink>
      <w:r>
        <w:t xml:space="preserve"> - Vanity Fair details Hudson Williams' Met Gala 2026 debut, featuring a Black Swan-inspired makeup look. Williams wore a two-piece Balenciaga ensemble reminiscent of a matador, with eye makeup inspired by the film 'Black Swan.' The article discusses the inspiration behind the look, the significance of the Met Gala for Williams' career, and the reception of his appearance. It also explores the intersection of fashion and character portrayal, drawing connections to his role in 'Heated Rivalry.'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gay-halloween-2026/" TargetMode="External"/><Relationship Id="rId10" Type="http://schemas.openxmlformats.org/officeDocument/2006/relationships/hyperlink" Target="https://www.thehomoculture.com/halloween-costumes-for-gay-men/" TargetMode="External"/><Relationship Id="rId11" Type="http://schemas.openxmlformats.org/officeDocument/2006/relationships/hyperlink" Target="https://www.thepinknews.com/2026/10/19/lgbtq-pop-culture-2026-halloween-costumes-from-heated-rivalry-to-death-at-camp-miasma/12/" TargetMode="External"/><Relationship Id="rId12" Type="http://schemas.openxmlformats.org/officeDocument/2006/relationships/hyperlink" Target="https://www.allure.com/story/hudson-williams-connor-storrie-met-gala-2026" TargetMode="External"/><Relationship Id="rId13" Type="http://schemas.openxmlformats.org/officeDocument/2006/relationships/hyperlink" Target="https://www.vanityfair.com/style/story/hudson-williams-makes-his-met-gala-2026-debut-in-black-swan-inspired-makeup" TargetMode="External"/><Relationship Id="rId14" Type="http://schemas.openxmlformats.org/officeDocument/2006/relationships/hyperlink" Target="https://www.teenvogue.com/story/heated-rivalry-costume-ideas-halloween-2026" TargetMode="External"/><Relationship Id="rId15" Type="http://schemas.openxmlformats.org/officeDocument/2006/relationships/hyperlink" Target="https://www.thepinknews.com/2026/01/13/HEATED-RIVALRYS-COSTUME-DESIGNER-EXPLAINS-QUEER-CODED-COSTUM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