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for Niche Internet References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and partygoers are turning to deeply specific gay Halloween costume ideas, where a single outfit can reference a viral clip, forgotten meme or blink-and-you-miss-it celebrity moment. The trend matters because it rewards creativity over expense, although understanding the joke may require serious internet mileage.</w:t>
      </w:r>
      <w:r/>
    </w:p>
    <w:p>
      <w:pPr>
        <w:pStyle w:val="Heading2"/>
      </w:pPr>
      <w:r>
        <w:t>Essential Takeaways</w:t>
      </w:r>
      <w:r/>
      <w:r/>
    </w:p>
    <w:p>
      <w:pPr>
        <w:pStyle w:val="ListBullet"/>
        <w:spacing w:line="240" w:lineRule="auto"/>
        <w:ind w:left="720"/>
      </w:pPr>
      <w:r/>
      <w:r>
        <w:rPr>
          <w:b/>
        </w:rPr>
        <w:t>Niche is the point:</w:t>
      </w:r>
      <w:r>
        <w:t xml:space="preserve"> These costumes work because they're recognisable to a very specific online crowd.</w:t>
      </w:r>
      <w:r/>
    </w:p>
    <w:p>
      <w:pPr>
        <w:pStyle w:val="ListBullet"/>
        <w:spacing w:line="240" w:lineRule="auto"/>
        <w:ind w:left="720"/>
      </w:pPr>
      <w:r/>
      <w:r>
        <w:rPr>
          <w:b/>
        </w:rPr>
        <w:t>Low-cost options abound:</w:t>
      </w:r>
      <w:r>
        <w:t xml:space="preserve"> Everyday clothes, cardboard props and a little styling can do most of the work.</w:t>
      </w:r>
      <w:r/>
    </w:p>
    <w:p>
      <w:pPr>
        <w:pStyle w:val="ListBullet"/>
        <w:spacing w:line="240" w:lineRule="auto"/>
        <w:ind w:left="720"/>
      </w:pPr>
      <w:r/>
      <w:r>
        <w:rPr>
          <w:b/>
        </w:rPr>
        <w:t>Context makes the costume:</w:t>
      </w:r>
      <w:r>
        <w:t xml:space="preserve"> A screenshot, caption or phone display can help explain an especially obscure reference.</w:t>
      </w:r>
      <w:r/>
    </w:p>
    <w:p>
      <w:pPr>
        <w:pStyle w:val="ListBullet"/>
        <w:spacing w:line="240" w:lineRule="auto"/>
        <w:ind w:left="720"/>
      </w:pPr>
      <w:r/>
      <w:r>
        <w:rPr>
          <w:b/>
        </w:rPr>
        <w:t>Couples aren't essential:</w:t>
      </w:r>
      <w:r>
        <w:t xml:space="preserve"> Many ideas can be adapted for solo wear, so nobody needs a matching partner.</w:t>
      </w:r>
      <w:r/>
    </w:p>
    <w:p>
      <w:pPr>
        <w:pStyle w:val="ListBullet"/>
        <w:spacing w:line="240" w:lineRule="auto"/>
        <w:ind w:left="720"/>
      </w:pPr>
      <w:r/>
      <w:r>
        <w:rPr>
          <w:b/>
        </w:rPr>
        <w:t>Timing matters:</w:t>
      </w:r>
      <w:r>
        <w:t xml:space="preserve"> Meme-based costumes can age quickly, while broader references are easier to reuse.</w:t>
      </w:r>
      <w:r/>
      <w:r/>
    </w:p>
    <w:p>
      <w:pPr>
        <w:pStyle w:val="Heading2"/>
      </w:pPr>
      <w:r>
        <w:t>Gay Halloween is really an internet literacy test</w:t>
      </w:r>
      <w:r/>
    </w:p>
    <w:p>
      <w:r/>
      <w:r>
        <w:t>The joke behind gay Halloween is simple: someone arrives dressed as an oddly precise pop-culture moment, and everyone else is expected to understand immediately. It might be a particular music-video frame, a celebrity reaction or a background character whose five seconds online somehow became legendary.</w:t>
      </w:r>
      <w:r/>
    </w:p>
    <w:p>
      <w:r/>
      <w:r>
        <w:t>Know Your Meme traces the familiar format to a viral post that imagined a party where someone appears as Lady Gaga at a specific point in the "Judas" video. The humour comes from the gap between the costume's apparent randomness and the wearer's absolute confidence. In other words, the less explainable it looks to outsiders, the better it may work inside the right crowd.</w:t>
      </w:r>
      <w:r/>
    </w:p>
    <w:p>
      <w:r/>
      <w:r>
        <w:t>That format has since become a yearly invitation to be clever, committed and just a little unbearable about one's favourite corner of the internet. The Atlantic has also noted how meme culture increasingly shapes Halloween dressing, turning online jokes into outfits almost overnight.</w:t>
      </w:r>
      <w:r/>
    </w:p>
    <w:p>
      <w:pPr>
        <w:pStyle w:val="Heading2"/>
      </w:pPr>
      <w:r>
        <w:t>The best ideas look ordinary at first</w:t>
      </w:r>
      <w:r/>
    </w:p>
    <w:p>
      <w:r/>
      <w:r>
        <w:t>Some of the strongest gay Halloween costume ideas need little more than a wardrobe raid. A look inspired by Hudson Williams leaving a Met after-party, for example, relies on a neat combination of loafers, white socks, pale shorts, a button-down shirt, sunglasses and a backwards hat. To most people, it's simply preppy streetwear. To the initiated, it's a very specific sighting.</w:t>
      </w:r>
      <w:r/>
    </w:p>
    <w:p>
      <w:r/>
      <w:r>
        <w:t>That's the beauty of this category. The clothes don't have to be elaborate, but the reference needs to be precise. A phone showing the original image can act as a helpful visual footnote, especially when the costume is so restrained that even a sympathetic friend might ask whether you've just dressed for brunch.</w:t>
      </w:r>
      <w:r/>
    </w:p>
    <w:p>
      <w:r/>
      <w:r>
        <w:t>Know Your Meme's archive shows how these formats thrive on repeated visual cues and captions. A familiar silhouette, pose or accessory can carry more meaning than a full character costume, which is excellent news for anyone leaving preparations until the last minute.</w:t>
      </w:r>
      <w:r/>
    </w:p>
    <w:p>
      <w:pPr>
        <w:pStyle w:val="Heading2"/>
      </w:pPr>
      <w:r>
        <w:t>Props turn a tiny reference into a full look</w:t>
      </w:r>
      <w:r/>
    </w:p>
    <w:p>
      <w:r/>
      <w:r>
        <w:t>When the source material is particularly obscure, one prop can do the heavy lifting. A boom-microphone operator from Saw, remembered online for his pose, cropped top and intense expression, is a good example. The outfit can be recreated with black shoes, white socks, short black trousers, a cropped white T-shirt, a beige hat and headphones, but the microphone makes the punchline land.</w:t>
      </w:r>
      <w:r/>
    </w:p>
    <w:p>
      <w:r/>
      <w:r>
        <w:t>Cardboard, silver paint and lightweight tubing are enough for many oversized accessories. Keep anything carried at a party soft, blunt and easy to manage, though. A costume should prompt laughter, not a conversation with venue security.</w:t>
      </w:r>
      <w:r/>
    </w:p>
    <w:p>
      <w:r/>
      <w:r>
        <w:t>The same principle works for a deliberately theatrical James Charles parody involving giant scissors. The joke depends less on expensive clothing than on exaggerated scale and an instantly readable gesture. Photos collected by Know Your Meme show how these images become templates, giving costume-makers a visual blueprint without demanding professional craftsmanship.</w:t>
      </w:r>
      <w:r/>
    </w:p>
    <w:p>
      <w:pPr>
        <w:pStyle w:val="Heading2"/>
      </w:pPr>
      <w:r>
        <w:t>Couples' costumes can be funny, strange and highly specific</w:t>
      </w:r>
      <w:r/>
    </w:p>
    <w:p>
      <w:r/>
      <w:r>
        <w:t>Some meme costumes are designed as pairings, including one concept that combines a conductor-themed outfit with a devilish Tylenol character. It refers to a disputed claim linking the medicine with autism, a claim that isn't supported by scientific evidence. That makes it a more sensitive choice than a simple celebrity or film reference, so the wearer should consider the audience and avoid turning disability into the punchline.</w:t>
      </w:r>
      <w:r/>
    </w:p>
    <w:p>
      <w:r/>
      <w:r>
        <w:t>The broader lesson is useful, however. Couples' costumes don't need to be matching in colour or style. They can work as two separate visual jokes that become clearer when placed side by side, which gives both people more freedom and avoids the usual forced "his and hers" approach.</w:t>
      </w:r>
      <w:r/>
    </w:p>
    <w:p>
      <w:r/>
      <w:r>
        <w:t>The "Fellas, is it gay?" meme and related formats demonstrate how a short phrase can become a flexible costume framework. One person can embody the visual joke while the other carries the context, making the final result feel more like a live meme than a standard fancy-dress set.</w:t>
      </w:r>
      <w:r/>
    </w:p>
    <w:p>
      <w:pPr>
        <w:pStyle w:val="Heading2"/>
      </w:pPr>
      <w:r>
        <w:t>How to choose a reference that will actually work</w:t>
      </w:r>
      <w:r/>
    </w:p>
    <w:p>
      <w:r/>
      <w:r>
        <w:t>Start with the image, not the clothing. Ask whether the original moment has a strong pose, prop, colour combination or caption. If it doesn't, the costume may look like ordinary clothes with an explanation attached, which is rarely the desired effect.</w:t>
      </w:r>
      <w:r/>
    </w:p>
    <w:p>
      <w:r/>
      <w:r>
        <w:t>Next, decide how much recognition you need. A widely shared meme is easier for a mixed crowd, while a hyper-specific reference is more rewarding among close online communities. The Atlantic's reporting on meme-led costumes suggests that speed is part of the appeal, but fast-moving jokes can also disappear quickly, so choose something you'll still enjoy explaining at midnight.</w:t>
      </w:r>
      <w:r/>
    </w:p>
    <w:p>
      <w:r/>
      <w:r>
        <w:t>Finally, build in one clear clue. It could be a printed caption, a fake logo, a recognisable accessory or a deliberately dramatic pose. Your costume doesn't have to be expensive or perfect; it just needs to give the right people that sudden, delighted look of recognition.</w:t>
      </w:r>
      <w:r/>
    </w:p>
    <w:p>
      <w:pPr>
        <w:pStyle w:val="Heading2"/>
      </w:pPr>
      <w:r>
        <w:t>The joy is in being understood</w:t>
      </w:r>
      <w:r/>
    </w:p>
    <w:p>
      <w:r/>
      <w:r>
        <w:t>Gay Halloween works because it turns fandom into social currency. Instead of dressing as a broad character, people dress as the exact frame, outfit or online oddity that has occupied too much of their attention. It's niche, knowingly dramatic and often surprisingly affordable.</w:t>
      </w:r>
      <w:r/>
    </w:p>
    <w:p>
      <w:r/>
      <w:r>
        <w:t>The trend will keep evolving as new clips replace old ones, but the formula remains steady: find a memorable image, exaggerate its clearest details and commit fully. After all, the best reaction is still, "Wait, what do you mean you're dressed as that?"</w:t>
      </w:r>
      <w:r/>
    </w:p>
    <w:p>
      <w:r/>
      <w:r>
        <w:t>Pick a reference your people will recognise, then let the explanation become part of the fun.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[7]</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1">
        <w:r>
          <w:rPr>
            <w:color w:val="0000EE"/>
            <w:u w:val="single"/>
          </w:rPr>
          <w:t>[7]</w:t>
        </w:r>
      </w:hyperlink>
      <w:r>
        <w:t xml:space="preserve">, </w:t>
      </w:r>
      <w:hyperlink r:id="rId10">
        <w:r>
          <w:rPr>
            <w:color w:val="0000EE"/>
            <w:u w:val="single"/>
          </w:rPr>
          <w:t>[2]</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4">
        <w:r>
          <w:rPr>
            <w:color w:val="0000EE"/>
            <w:u w:val="single"/>
          </w:rPr>
          <w:t>[3]</w:t>
        </w:r>
      </w:hyperlink>
      <w:r>
        <w:t xml:space="preserve">, </w:t>
      </w:r>
      <w:hyperlink r:id="rId15">
        <w:r>
          <w:rPr>
            <w:color w:val="0000EE"/>
            <w:u w:val="single"/>
          </w:rPr>
          <w:t>[4]</w:t>
        </w:r>
      </w:hyperlink>
      <w:r>
        <w:t xml:space="preserve">- Paragraph 12: </w:t>
      </w:r>
      <w:hyperlink r:id="rId11">
        <w:r>
          <w:rPr>
            <w:color w:val="0000EE"/>
            <w:u w:val="single"/>
          </w:rPr>
          <w:t>[7]</w:t>
        </w:r>
      </w:hyperlink>
      <w:r>
        <w:t xml:space="preserve">, </w:t>
      </w:r>
      <w:hyperlink r:id="rId10">
        <w:r>
          <w:rPr>
            <w:color w:val="0000EE"/>
            <w:u w:val="single"/>
          </w:rPr>
          <w:t>[2]</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[7]</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https://www.hercampus.com/school/u-vic/five-ideas-for-your-next-gay-halloween-costume/</w:t>
        </w:r>
      </w:hyperlink>
      <w:r>
        <w:t xml:space="preserve"> - Please view link - unable to able to access data</w:t>
      </w:r>
      <w:r/>
    </w:p>
    <w:p>
      <w:pPr>
        <w:pStyle w:val="ListNumber"/>
        <w:spacing w:line="240" w:lineRule="auto"/>
        <w:ind w:left="720"/>
      </w:pPr>
      <w:r/>
      <w:hyperlink r:id="rId10">
        <w:r>
          <w:rPr>
            <w:color w:val="0000EE"/>
            <w:u w:val="single"/>
          </w:rPr>
          <w:t>https://knowyourmeme.com/memes/i-hate-gay-halloween</w:t>
        </w:r>
      </w:hyperlink>
      <w:r>
        <w:t xml:space="preserve"> - The 'I Hate Gay Halloween' meme is a catchphrase and phrasal template that emerged in late October 2024. It involves LGBTQ+ internet users expressing mock disdain for niche or obscure Halloween costumes, often following the pattern 'I hate gay Halloween, what do you mean you're X?' The meme gained popularity through various tweets and posts, highlighting the community's appreciation for unique and specific references in costume choices. The trend underscores the creativity and inside jokes prevalent within the LGBTQ+ community during Halloween festivities.</w:t>
      </w:r>
      <w:r/>
    </w:p>
    <w:p>
      <w:pPr>
        <w:pStyle w:val="ListNumber"/>
        <w:spacing w:line="240" w:lineRule="auto"/>
        <w:ind w:left="720"/>
      </w:pPr>
      <w:r/>
      <w:hyperlink r:id="rId14">
        <w:r>
          <w:rPr>
            <w:color w:val="0000EE"/>
            <w:u w:val="single"/>
          </w:rPr>
          <w:t>https://knowyourmeme.com/memes/fellas-is-it-gay</w:t>
        </w:r>
      </w:hyperlink>
      <w:r>
        <w:t xml:space="preserve"> - The 'Fellas, Is It Gay' meme is a series of parody tweets that mock the concept of fragile masculinity and homophobia. Users pose questions about non-sexual or homoerotic activities, asking if they are considered gay. Originating on Twitter in 2009, the meme highlights societal attitudes towards masculinity and sexuality, often used to satirize and challenge traditional gender norms and expectations.</w:t>
      </w:r>
      <w:r/>
    </w:p>
    <w:p>
      <w:pPr>
        <w:pStyle w:val="ListNumber"/>
        <w:spacing w:line="240" w:lineRule="auto"/>
        <w:ind w:left="720"/>
      </w:pPr>
      <w:r/>
      <w:hyperlink r:id="rId15">
        <w:r>
          <w:rPr>
            <w:color w:val="0000EE"/>
            <w:u w:val="single"/>
          </w:rPr>
          <w:t>https://knowyourmeme.com/memes/idubbbzs-im-gay</w:t>
        </w:r>
      </w:hyperlink>
      <w:r>
        <w:t xml:space="preserve"> - The 'iDubbbz's 'I'm Gay'' meme originates from a 2016 video where YouTuber iDubbbz exclaims 'I'm gay' while jumping off a table. The clip gained popularity as a humorous and unexpected moment, leading to widespread use in various remixes and memes across platforms like YouTube and Vine. It exemplifies how spontaneous and candid moments can become viral content within internet culture.</w:t>
      </w:r>
      <w:r/>
    </w:p>
    <w:p>
      <w:pPr>
        <w:pStyle w:val="ListNumber"/>
        <w:spacing w:line="240" w:lineRule="auto"/>
        <w:ind w:left="720"/>
      </w:pPr>
      <w:r/>
      <w:hyperlink r:id="rId12">
        <w:r>
          <w:rPr>
            <w:color w:val="0000EE"/>
            <w:u w:val="single"/>
          </w:rPr>
          <w:t>https://knowyourmeme.com/photos/2933472-i-hate-gay-halloween</w:t>
        </w:r>
      </w:hyperlink>
      <w:r>
        <w:t xml:space="preserve"> - This entry features a tweet from October 25, 2023, by Twitter user @beefyfridgers, stating, 'hate going to gay halloween parties like what do you mean you’re lady gaga at the 2:53 mark of the judas music video.' The tweet exemplifies the 'I Hate Gay Halloween' meme, highlighting the trend of expressing mock disdain for niche or obscure Halloween costumes within the LGBTQ+ community.</w:t>
      </w:r>
      <w:r/>
    </w:p>
    <w:p>
      <w:pPr>
        <w:pStyle w:val="ListNumber"/>
        <w:spacing w:line="240" w:lineRule="auto"/>
        <w:ind w:left="720"/>
      </w:pPr>
      <w:r/>
      <w:hyperlink r:id="rId13">
        <w:r>
          <w:rPr>
            <w:color w:val="0000EE"/>
            <w:u w:val="single"/>
          </w:rPr>
          <w:t>https://knowyourmeme.com/photos/2933419-i-hate-gay-halloween</w:t>
        </w:r>
      </w:hyperlink>
      <w:r>
        <w:t xml:space="preserve"> - This entry showcases a tweet from October 19, 2024, by Twitter user @samcorb, reading, 'I hate gay Halloween parties, what do you mean you're Liev Schrieber, your husband is an enormous jar of vodka sauce, and your third is a mop.' The tweet is an example of the 'I Hate Gay Halloween' meme, where users humorously express mock disdain for niche or obscure Halloween costumes within the LGBTQ+ community.</w:t>
      </w:r>
      <w:r/>
    </w:p>
    <w:p>
      <w:pPr>
        <w:pStyle w:val="ListNumber"/>
        <w:spacing w:line="240" w:lineRule="auto"/>
        <w:ind w:left="720"/>
      </w:pPr>
      <w:r/>
      <w:hyperlink r:id="rId11">
        <w:r>
          <w:rPr>
            <w:color w:val="0000EE"/>
            <w:u w:val="single"/>
          </w:rPr>
          <w:t>https://www.theatlantic.com/culture/archive/2024/10/halloween-costume-memes/680331/?utm_source=apple_news</w:t>
        </w:r>
      </w:hyperlink>
      <w:r>
        <w:t xml:space="preserve"> - This article discusses the increasing prevalence of internet memes influencing Halloween costumes, shifting the holiday from shared, recognizable fun to online performance. It highlights how meme-based costumes often require extensive knowledge of layered TikTok trends and obscure online references, making them difficult to understand in person. The piece argues for a balance between traditional and meme-inspired costumes to restore Halloween as an inclusive cultural gathering.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u-vic/five-ideas-for-your-next-gay-halloween-costume/" TargetMode="External"/><Relationship Id="rId10" Type="http://schemas.openxmlformats.org/officeDocument/2006/relationships/hyperlink" Target="https://knowyourmeme.com/memes/i-hate-gay-halloween" TargetMode="External"/><Relationship Id="rId11" Type="http://schemas.openxmlformats.org/officeDocument/2006/relationships/hyperlink" Target="https://www.theatlantic.com/culture/archive/2024/10/halloween-costume-memes/680331/?utm_source=apple_news" TargetMode="External"/><Relationship Id="rId12" Type="http://schemas.openxmlformats.org/officeDocument/2006/relationships/hyperlink" Target="https://knowyourmeme.com/photos/2933472-i-hate-gay-halloween" TargetMode="External"/><Relationship Id="rId13" Type="http://schemas.openxmlformats.org/officeDocument/2006/relationships/hyperlink" Target="https://knowyourmeme.com/photos/2933419-i-hate-gay-halloween" TargetMode="External"/><Relationship Id="rId14" Type="http://schemas.openxmlformats.org/officeDocument/2006/relationships/hyperlink" Target="https://knowyourmeme.com/memes/fellas-is-it-gay" TargetMode="External"/><Relationship Id="rId15" Type="http://schemas.openxmlformats.org/officeDocument/2006/relationships/hyperlink" Target="https://knowyourmeme.com/memes/idubbbzs-im-g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