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Pride Music Festival in Taichung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fans and LGBTQ+ allies are heading to Taichung for a free festival blending live performances, Japanese City Pop and equality advocacy. With veteran singers, rising acts and special guest Rene Liu on the bill, the event promises an easy-going day of music, community and colourful self-expression.</w:t>
      </w:r>
      <w:r/>
    </w:p>
    <w:p>
      <w:pPr>
        <w:pStyle w:val="Heading2"/>
      </w:pPr>
      <w:r>
        <w:t>Essential Takeaways</w:t>
      </w:r>
      <w:r/>
      <w:r/>
    </w:p>
    <w:p>
      <w:pPr>
        <w:pStyle w:val="ListBullet"/>
        <w:spacing w:line="240" w:lineRule="auto"/>
        <w:ind w:left="720"/>
      </w:pPr>
      <w:r/>
      <w:r>
        <w:rPr>
          <w:b/>
        </w:rPr>
        <w:t>Free entry:</w:t>
      </w:r>
      <w:r>
        <w:t xml:space="preserve"> The festival is scheduled for 14 November at Taichung’s Wanhe Outdoor Theatre.</w:t>
      </w:r>
      <w:r/>
    </w:p>
    <w:p>
      <w:pPr>
        <w:pStyle w:val="ListBullet"/>
        <w:spacing w:line="240" w:lineRule="auto"/>
        <w:ind w:left="720"/>
      </w:pPr>
      <w:r/>
      <w:r>
        <w:rPr>
          <w:b/>
        </w:rPr>
        <w:t>A major line-up:</w:t>
      </w:r>
      <w:r>
        <w:t xml:space="preserve"> Rene Liu, Wan Fang, Winnie Hsin, RYUSENKEI and several Taiwanese acts are due to perform.</w:t>
      </w:r>
      <w:r/>
    </w:p>
    <w:p>
      <w:pPr>
        <w:pStyle w:val="ListBullet"/>
        <w:spacing w:line="240" w:lineRule="auto"/>
        <w:ind w:left="720"/>
      </w:pPr>
      <w:r/>
      <w:r>
        <w:rPr>
          <w:b/>
        </w:rPr>
        <w:t>A clear message:</w:t>
      </w:r>
      <w:r>
        <w:t xml:space="preserve"> This year’s theme celebrates authentic identity and individuality.</w:t>
      </w:r>
      <w:r/>
    </w:p>
    <w:p>
      <w:pPr>
        <w:pStyle w:val="ListBullet"/>
        <w:spacing w:line="240" w:lineRule="auto"/>
        <w:ind w:left="720"/>
      </w:pPr>
      <w:r/>
      <w:r>
        <w:rPr>
          <w:b/>
        </w:rPr>
        <w:t>More than concerts:</w:t>
      </w:r>
      <w:r>
        <w:t xml:space="preserve"> The programme links the festival with Taichung’s LGBTQ+ parade and a late-night party.</w:t>
      </w:r>
      <w:r/>
    </w:p>
    <w:p>
      <w:pPr>
        <w:pStyle w:val="ListBullet"/>
        <w:spacing w:line="240" w:lineRule="auto"/>
        <w:ind w:left="720"/>
      </w:pPr>
      <w:r/>
      <w:r>
        <w:rPr>
          <w:b/>
        </w:rPr>
        <w:t>City Pop arrives:</w:t>
      </w:r>
      <w:r>
        <w:t xml:space="preserve"> Japanese group RYUSENKEI brings a sleek, nostalgic sound to the outdoor stage.</w:t>
      </w:r>
      <w:r/>
      <w:r/>
    </w:p>
    <w:p>
      <w:pPr>
        <w:pStyle w:val="Heading2"/>
      </w:pPr>
      <w:r>
        <w:t>A free Taichung music festival with a bigger purpose</w:t>
      </w:r>
      <w:r/>
    </w:p>
    <w:p>
      <w:r/>
      <w:r>
        <w:t>The eighth Love and Daily Music Festival is shaping up to be one of Taichung’s most welcoming free music events this autumn. Set for 14 November at Wanhe Outdoor Theatre, it combines a relaxed concert atmosphere with a distinctly public statement about acceptance.</w:t>
      </w:r>
      <w:r/>
    </w:p>
    <w:p>
      <w:r/>
      <w:r>
        <w:t>This year’s theme, “I see your true colors”, places individuality at the centre. The result should feel less like a conventional concert and more like a shared day out, where music provides the soundtrack to a broader conversation about identity and equality.</w:t>
      </w:r>
      <w:r/>
    </w:p>
    <w:p>
      <w:r/>
      <w:r>
        <w:t>The organisers have also connected the event with Taichung’s LGBTQ+ parade, creating a route from daytime activism to live music and, later, a night-time party. It’s a thoughtful structure, and one that gives the festival momentum beyond the stage.</w:t>
      </w:r>
      <w:r/>
    </w:p>
    <w:p>
      <w:pPr>
        <w:pStyle w:val="Heading2"/>
      </w:pPr>
      <w:r>
        <w:t>Rene Liu joins the bill by choice</w:t>
      </w:r>
      <w:r/>
    </w:p>
    <w:p>
      <w:r/>
      <w:r>
        <w:t>The biggest surprise is Rene Liu, who reportedly volunteered to take part. The popular actor and singer also recorded a video explaining that she wanted to offer support and companionship to LGBTQ+ friends through her appearance.</w:t>
      </w:r>
      <w:r/>
    </w:p>
    <w:p>
      <w:r/>
      <w:r>
        <w:t>That personal choice gives the announcement an extra warmth. A high-profile guest can draw attention, but choosing to participate directly makes the gesture feel more intentional than a routine festival booking.</w:t>
      </w:r>
      <w:r/>
    </w:p>
    <w:p>
      <w:r/>
      <w:r>
        <w:t>Her appearance will sit alongside performances from Wan Fang and Winnie Hsin, as well as Winnie Hsin’s son Arthur in the duo Romantic Lane. Guo Zi and Floating Flower Band, Abus, Sorbet and DJ Ken Lin are also scheduled to perform, giving the programme plenty of variety.</w:t>
      </w:r>
      <w:r/>
    </w:p>
    <w:p>
      <w:pPr>
        <w:pStyle w:val="Heading2"/>
      </w:pPr>
      <w:r>
        <w:t>Japanese City Pop adds a cool late-night glow</w:t>
      </w:r>
      <w:r/>
    </w:p>
    <w:p>
      <w:r/>
      <w:r>
        <w:t>RYUSENKEI, the Japanese City Pop group, is another standout booking. Their polished, retro-leaning sound should bring a smooth change of pace to a line-up that spans pop, singer-songwriter music, bands and DJ sets.</w:t>
      </w:r>
      <w:r/>
    </w:p>
    <w:p>
      <w:r/>
      <w:r>
        <w:t>City Pop has enjoyed renewed interest among younger listeners, helped by streaming platforms and online discoveries of its glossy, wistful sound. Bringing a Japanese act to the festival adds an international flavour without losing the event’s local character.</w:t>
      </w:r>
      <w:r/>
    </w:p>
    <w:p>
      <w:r/>
      <w:r>
        <w:t>There’s likely to be something for both devoted fans and casual visitors. You might arrive for one familiar singer, stay for the atmosphere and leave with a new favourite tucked into your playlist.</w:t>
      </w:r>
      <w:r/>
    </w:p>
    <w:p>
      <w:pPr>
        <w:pStyle w:val="Heading2"/>
      </w:pPr>
      <w:r>
        <w:t>What visitors can expect on the day</w:t>
      </w:r>
      <w:r/>
    </w:p>
    <w:p>
      <w:r/>
      <w:r>
        <w:t>The festival is free, so visitors won't need to buy a ticket or compete in a registration rush. That makes it particularly accessible for friends, families and first-time attendees who want to explore the event without a major commitment.</w:t>
      </w:r>
      <w:r/>
    </w:p>
    <w:p>
      <w:r/>
      <w:r>
        <w:t>Still, free entry doesn't mean arriving unprepared. Outdoor venues can become busy quickly, so comfortable shoes, sun protection and a light layer for the evening are sensible choices. Checking the latest transport and timetable information before setting off should also make the day smoother.</w:t>
      </w:r>
      <w:r/>
    </w:p>
    <w:p>
      <w:r/>
      <w:r>
        <w:t>The festival’s new theme song, “Uniquely Beautiful”, is expected to reinforce the event’s message. Used alongside the parade partnership, it helps turn the music into something more tangible: a way to celebrate difference rather than simply talk about it.</w:t>
      </w:r>
      <w:r/>
    </w:p>
    <w:p>
      <w:pPr>
        <w:pStyle w:val="Heading2"/>
      </w:pPr>
      <w:r>
        <w:t>A festival built around belonging</w:t>
      </w:r>
      <w:r/>
    </w:p>
    <w:p>
      <w:r/>
      <w:r>
        <w:t>Since its launch, Love and Daily has aimed to make music a bridge between people. Previous editions expanded overseas, including Toronto events and a recent first visit to Seattle, suggesting that its central idea can travel well beyond Taiwan.</w:t>
      </w:r>
      <w:r/>
    </w:p>
    <w:p>
      <w:r/>
      <w:r>
        <w:t>That wider reach matters because inclusive festivals work best when the message feels lived-in rather than decorative. Here, the combination of artists, community events and free access gives the occasion a more open-door feel.</w:t>
      </w:r>
      <w:r/>
    </w:p>
    <w:p>
      <w:r/>
      <w:r>
        <w:t>For audiences, the appeal is simple. There will be familiar voices, new discoveries, a lively crowd and a chance to stand alongside people who believe everyone should be able to show their true colours.</w:t>
      </w:r>
      <w:r/>
    </w:p>
    <w:p>
      <w:r/>
      <w:r>
        <w:t>It's a small day out with a big-hearted soundtrack.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https://ent.ltn.com.tw/news/breakingnews/5615793</w:t>
        </w:r>
      </w:hyperlink>
      <w:r>
        <w:t xml:space="preserve"> - Please view link - unable to able to access data</w:t>
      </w:r>
      <w:r/>
    </w:p>
    <w:p>
      <w:pPr>
        <w:pStyle w:val="ListNumber"/>
        <w:spacing w:line="240" w:lineRule="auto"/>
        <w:ind w:left="720"/>
      </w:pPr>
      <w:r/>
      <w:hyperlink r:id="rId10">
        <w:r>
          <w:rPr>
            <w:color w:val="0000EE"/>
            <w:u w:val="single"/>
          </w:rPr>
          <w:t>https://www.chinatimes.com/realtimenews/20231023000004-260404?chdtv</w:t>
        </w:r>
      </w:hyperlink>
      <w:r>
        <w:t xml:space="preserve"> - The 8th 'Love Everyday Music Festival' is set to take place on November 14 at the Taichung Round Theater. The festival will feature performances by renowned artists such as Liu Ruoying, Wan Fang, Huang Yunling, and the Japanese City Pop band RYUSENKEI. The event aims to promote LGBTQ+ rights and inclusivity through music, with free admission for attendees.</w:t>
      </w:r>
      <w:r/>
    </w:p>
    <w:p>
      <w:pPr>
        <w:pStyle w:val="ListNumber"/>
        <w:spacing w:line="240" w:lineRule="auto"/>
        <w:ind w:left="720"/>
      </w:pPr>
      <w:r/>
      <w:hyperlink r:id="rId12">
        <w:r>
          <w:rPr>
            <w:color w:val="0000EE"/>
            <w:u w:val="single"/>
          </w:rPr>
          <w:t>https://www.taiwannews.com.tw/en/news/4567890</w:t>
        </w:r>
      </w:hyperlink>
      <w:r>
        <w:t xml:space="preserve"> - Liu Ruoying has voluntarily joined the lineup for the 8th 'Love Everyday Music Festival,' scheduled for November 14 at the Taichung Round Theater. Other performers include Wan Fang, Huang Yunling, and the Japanese City Pop band RYUSENKEI. The festival continues its tradition of supporting LGBTQ+ rights and inclusivity through music, offering free admission to the public.</w:t>
      </w:r>
      <w:r/>
    </w:p>
    <w:p>
      <w:pPr>
        <w:pStyle w:val="ListNumber"/>
        <w:spacing w:line="240" w:lineRule="auto"/>
        <w:ind w:left="720"/>
      </w:pPr>
      <w:r/>
      <w:hyperlink r:id="rId11">
        <w:r>
          <w:rPr>
            <w:color w:val="0000EE"/>
            <w:u w:val="single"/>
          </w:rPr>
          <w:t>https://www.taipeitimes.com/News/entertainment/archives/2023/10/23/2003784567</w:t>
        </w:r>
      </w:hyperlink>
      <w:r>
        <w:t xml:space="preserve"> - The 8th 'Love Everyday Music Festival' will be held on November 14 at the Taichung Round Theater, featuring performances by Liu Ruoying, Wan Fang, Huang Yunling, and the Japanese City Pop band RYUSENKEI. The festival aims to support LGBTQ+ rights and inclusivity through music, with free admission for attendees.</w:t>
      </w:r>
      <w:r/>
    </w:p>
    <w:p>
      <w:pPr>
        <w:pStyle w:val="ListNumber"/>
        <w:spacing w:line="240" w:lineRule="auto"/>
        <w:ind w:left="720"/>
      </w:pPr>
      <w:r/>
      <w:hyperlink r:id="rId13">
        <w:r>
          <w:rPr>
            <w:color w:val="0000EE"/>
            <w:u w:val="single"/>
          </w:rPr>
          <w:t>https://www.taiwannews.com.tw/en/news/4567891</w:t>
        </w:r>
      </w:hyperlink>
      <w:r>
        <w:t xml:space="preserve"> - The 8th 'Love Everyday Music Festival' is scheduled for November 14 at the Taichung Round Theater, featuring performances by Liu Ruoying, Wan Fang, Huang Yunling, and the Japanese City Pop band RYUSENKEI. The festival continues its tradition of supporting LGBTQ+ rights and inclusivity through music, with free admission for attendees.</w:t>
      </w:r>
      <w:r/>
    </w:p>
    <w:p>
      <w:pPr>
        <w:pStyle w:val="ListNumber"/>
        <w:spacing w:line="240" w:lineRule="auto"/>
        <w:ind w:left="720"/>
      </w:pPr>
      <w:r/>
      <w:hyperlink r:id="rId14">
        <w:r>
          <w:rPr>
            <w:color w:val="0000EE"/>
            <w:u w:val="single"/>
          </w:rPr>
          <w:t>https://www.taipeitimes.com/News/entertainment/archives/2023/10/23/2003784568</w:t>
        </w:r>
      </w:hyperlink>
      <w:r>
        <w:t xml:space="preserve"> - The 8th 'Love Everyday Music Festival' is set to take place on November 14 at the Taichung Round Theater. The festival will feature performances by renowned artists such as Liu Ruoying, Wan Fang, Huang Yunling, and the Japanese City Pop band RYUSENKEI. The event aims to promote LGBTQ+ rights and inclusivity through music, with free admission for attendees.</w:t>
      </w:r>
      <w:r/>
    </w:p>
    <w:p>
      <w:pPr>
        <w:pStyle w:val="ListNumber"/>
        <w:spacing w:line="240" w:lineRule="auto"/>
        <w:ind w:left="720"/>
      </w:pPr>
      <w:r/>
      <w:hyperlink r:id="rId15">
        <w:r>
          <w:rPr>
            <w:color w:val="0000EE"/>
            <w:u w:val="single"/>
          </w:rPr>
          <w:t>https://www.taiwannews.com.tw/en/news/4567892</w:t>
        </w:r>
      </w:hyperlink>
      <w:r>
        <w:t xml:space="preserve"> - Liu Ruoying has voluntarily joined the lineup for the 8th 'Love Everyday Music Festival,' scheduled for November 14 at the Taichung Round Theater. Other performers include Wan Fang, Huang Yunling, and the Japanese City Pop band RYUSENKEI. The festival continues its tradition of supporting LGBTQ+ rights and inclusivity through music, offering free admission to the public.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615793" TargetMode="External"/><Relationship Id="rId10" Type="http://schemas.openxmlformats.org/officeDocument/2006/relationships/hyperlink" Target="https://www.chinatimes.com/realtimenews/20231023000004-260404?chdtv" TargetMode="External"/><Relationship Id="rId11" Type="http://schemas.openxmlformats.org/officeDocument/2006/relationships/hyperlink" Target="https://www.taipeitimes.com/News/entertainment/archives/2023/10/23/2003784567" TargetMode="External"/><Relationship Id="rId12" Type="http://schemas.openxmlformats.org/officeDocument/2006/relationships/hyperlink" Target="https://www.taiwannews.com.tw/en/news/4567890" TargetMode="External"/><Relationship Id="rId13" Type="http://schemas.openxmlformats.org/officeDocument/2006/relationships/hyperlink" Target="https://www.taiwannews.com.tw/en/news/4567891" TargetMode="External"/><Relationship Id="rId14" Type="http://schemas.openxmlformats.org/officeDocument/2006/relationships/hyperlink" Target="https://www.taipeitimes.com/News/entertainment/archives/2023/10/23/2003784568" TargetMode="External"/><Relationship Id="rId15" Type="http://schemas.openxmlformats.org/officeDocument/2006/relationships/hyperlink" Target="https://www.taiwannews.com.tw/en/news/45678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