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Bella Ramsey and Miley Cyrus lead Hollywood's evolving gender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Hollywood stars are reshaping conversations about gender identity, from Bella Ramsey's non-binary coming-out story to Miley Cyrus's refusal to fit neatly into traditional labels. Their experiences show why identity can be personal, fluid and deeply individual, while offering visibility to audiences still searching for language that feels right.</w:t>
      </w:r>
      <w:r/>
    </w:p>
    <w:p>
      <w:pPr>
        <w:pStyle w:val="Heading2"/>
      </w:pPr>
      <w:r>
        <w:t>Essential Takeaways</w:t>
      </w:r>
      <w:r/>
      <w:r/>
    </w:p>
    <w:p>
      <w:pPr>
        <w:pStyle w:val="ListBullet"/>
        <w:spacing w:line="240" w:lineRule="auto"/>
        <w:ind w:left="720"/>
      </w:pPr>
      <w:r/>
      <w:r>
        <w:rPr>
          <w:b/>
        </w:rPr>
        <w:t>Identity isn't one-size-fits-all:</w:t>
      </w:r>
      <w:r>
        <w:t xml:space="preserve"> Gender can be experienced as non-binary, fluid, queer or in other personal ways.</w:t>
      </w:r>
      <w:r/>
    </w:p>
    <w:p>
      <w:pPr>
        <w:pStyle w:val="ListBullet"/>
        <w:spacing w:line="240" w:lineRule="auto"/>
        <w:ind w:left="720"/>
      </w:pPr>
      <w:r/>
      <w:r>
        <w:rPr>
          <w:b/>
        </w:rPr>
        <w:t>Bella Ramsey came out as non-binary:</w:t>
      </w:r>
      <w:r>
        <w:t xml:space="preserve"> The actor has also described their gender as fluid.</w:t>
      </w:r>
      <w:r/>
    </w:p>
    <w:p>
      <w:pPr>
        <w:pStyle w:val="ListBullet"/>
        <w:spacing w:line="240" w:lineRule="auto"/>
        <w:ind w:left="720"/>
      </w:pPr>
      <w:r/>
      <w:r>
        <w:rPr>
          <w:b/>
        </w:rPr>
        <w:t>Miley Cyrus challenged fixed labels:</w:t>
      </w:r>
      <w:r>
        <w:t xml:space="preserve"> She has spoken about not identifying strictly as a girl or a boy.</w:t>
      </w:r>
      <w:r/>
    </w:p>
    <w:p>
      <w:pPr>
        <w:pStyle w:val="ListBullet"/>
        <w:spacing w:line="240" w:lineRule="auto"/>
        <w:ind w:left="720"/>
      </w:pPr>
      <w:r/>
      <w:r>
        <w:rPr>
          <w:b/>
        </w:rPr>
        <w:t>Public journeys can be complicated:</w:t>
      </w:r>
      <w:r>
        <w:t xml:space="preserve"> Fame can bring representation, but it can also invite unwanted scrutiny.</w:t>
      </w:r>
      <w:r/>
    </w:p>
    <w:p>
      <w:pPr>
        <w:pStyle w:val="ListBullet"/>
        <w:spacing w:line="240" w:lineRule="auto"/>
        <w:ind w:left="720"/>
      </w:pPr>
      <w:r/>
      <w:r>
        <w:rPr>
          <w:b/>
        </w:rPr>
        <w:t>There is no deadline:</w:t>
      </w:r>
      <w:r>
        <w:t xml:space="preserve"> People may explore or share their identity at any age.</w:t>
      </w:r>
      <w:r/>
      <w:r/>
    </w:p>
    <w:p>
      <w:pPr>
        <w:pStyle w:val="Heading2"/>
      </w:pPr>
      <w:r>
        <w:t>Bella Ramsey's story shows why timing matters</w:t>
      </w:r>
      <w:r/>
    </w:p>
    <w:p>
      <w:r/>
      <w:r>
        <w:t>Bella Ramsey's coming-out story sits at the centre of this wider Hollywood conversation. The Last of Us star came out as non-binary and gender-fluid after gaining major international attention, a moment that brought both support and intense public interest.</w:t>
      </w:r>
      <w:r/>
    </w:p>
    <w:p>
      <w:r/>
      <w:r>
        <w:t>That timing mattered. Sharing something deeply personal while promoting a hugely popular series meant Ramsey's identity quickly became part of the entertainment news cycle. According to NDTV, the actor's announcement prompted widespread discussion, while PinkNews reported on the way Ramsey described their experience as a continuing process of self-understanding.</w:t>
      </w:r>
      <w:r/>
    </w:p>
    <w:p>
      <w:r/>
      <w:r>
        <w:t>For many people, visibility can be comforting. Seeing someone on screen speak openly about identity may make a complicated, lonely question feel a little less daunting. But Ramsey's experience also underlines an important point: coming out should belong to the person involved, not to an audience demanding an explanation.</w:t>
      </w:r>
      <w:r/>
    </w:p>
    <w:p>
      <w:pPr>
        <w:pStyle w:val="Heading2"/>
      </w:pPr>
      <w:r>
        <w:t>Miley Cyrus has never played by the usual rules</w:t>
      </w:r>
      <w:r/>
    </w:p>
    <w:p>
      <w:r/>
      <w:r>
        <w:t>Miley Cyrus took a different route, folding questions about gender and sexuality into a broader career built around reinvention. The former Disney star moved from a squeaky-clean television persona to a fearless pop performer, and her public image has remained deliberately difficult to pin down.</w:t>
      </w:r>
      <w:r/>
    </w:p>
    <w:p>
      <w:r/>
      <w:r>
        <w:t>In an interview reported by The Fader, Cyrus said she didn't define herself strictly as either a girl or a boy. GCN later highlighted her comments about rejecting conventional ideas of gender, relationships and presentation. Her approach feels less like a formal declaration and more like a continuing refusal to be boxed in.</w:t>
      </w:r>
      <w:r/>
    </w:p>
    <w:p>
      <w:r/>
      <w:r>
        <w:t>That distinction is useful. Not everyone experiences identity through a single label or a neat before-and-after moment. Sometimes it appears in the clothes someone chooses, the language they use, or simply the freedom to say, "This is how I feel today."</w:t>
      </w:r>
      <w:r/>
    </w:p>
    <w:p>
      <w:pPr>
        <w:pStyle w:val="Heading2"/>
      </w:pPr>
      <w:r>
        <w:t>The language around gender keeps expanding</w:t>
      </w:r>
      <w:r/>
    </w:p>
    <w:p>
      <w:r/>
      <w:r>
        <w:t>Terms such as non-binary, gender-fluid, genderqueer and transgender can help people describe experiences that don't fit traditional assumptions. They can also be misunderstood when treated as rigid categories rather than tools for self-expression.</w:t>
      </w:r>
      <w:r/>
    </w:p>
    <w:p>
      <w:r/>
      <w:r>
        <w:t>Non-binary generally refers to identities outside the conventional categories of exclusively male or female. Gender-fluid describes an identity that may shift over time, while transgender is an umbrella term for people whose gender differs from the sex they were assigned at birth.</w:t>
      </w:r>
      <w:r/>
    </w:p>
    <w:p>
      <w:r/>
      <w:r>
        <w:t>Still, labels are optional. Some celebrities use specific pronouns or descriptions, while others prefer broader language. The most respectful approach is refreshingly simple: use the name and pronouns a person has shared, and don't assume that one public statement explains everything about their private life.</w:t>
      </w:r>
      <w:r/>
    </w:p>
    <w:p>
      <w:pPr>
        <w:pStyle w:val="Heading2"/>
      </w:pPr>
      <w:r>
        <w:t>Representation can help, but fame brings pressure</w:t>
      </w:r>
      <w:r/>
    </w:p>
    <w:p>
      <w:r/>
      <w:r>
        <w:t>Celebrity stories can open doors, particularly for younger fans who rarely see their own questions reflected in mainstream entertainment. Ramsey's visibility, for instance, has been meaningful to some viewers, even though the actor has also spoken about feeling unprepared for the scale of the media response.</w:t>
      </w:r>
      <w:r/>
    </w:p>
    <w:p>
      <w:r/>
      <w:r>
        <w:t>That tension runs through many public identity stories. A disclosure may feel liberating, but it can quickly become a headline, a debate or a talking point for strangers. PinkNews has covered Ramsey's evolving public conversation, while The Guardian reported on the actor's mixed feelings about the attention that followed.</w:t>
      </w:r>
      <w:r/>
    </w:p>
    <w:p>
      <w:r/>
      <w:r>
        <w:t>It is a reminder that representation shouldn't require perfection. Public figures are allowed uncertainty, changing language and complicated emotions. Real life is rarely as polished as a red-carpet interview.</w:t>
      </w:r>
      <w:r/>
    </w:p>
    <w:p>
      <w:pPr>
        <w:pStyle w:val="Heading2"/>
      </w:pPr>
      <w:r>
        <w:t>What audiences can take from these stories</w:t>
      </w:r>
      <w:r/>
    </w:p>
    <w:p>
      <w:r/>
      <w:r>
        <w:t>The most useful lesson isn't that everyone should adopt the same labels. It's that people deserve room to understand themselves without being pushed towards a timetable, a tidy narrative or a performance of certainty.</w:t>
      </w:r>
      <w:r/>
    </w:p>
    <w:p>
      <w:r/>
      <w:r>
        <w:t>For readers trying to support someone exploring their identity, listening is usually more helpful than interrogation. Ask what language feels comfortable, respect changes, and avoid treating personal information as gossip. A small adjustment in everyday conversation can make a surprisingly large difference.</w:t>
      </w:r>
      <w:r/>
    </w:p>
    <w:p>
      <w:r/>
      <w:r>
        <w:t>Hollywood loves a transformation montage, complete with dramatic lighting and a perfectly timed soundtrack. Identity is usually quieter than that. It can be gradual, messy and deeply ordinary, which is precisely why these stories matter.</w:t>
      </w:r>
      <w:r/>
    </w:p>
    <w:p>
      <w:r/>
      <w:r>
        <w:t>It's a reminder that authenticity doesn't need a fixed script.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[3]</w:t>
        </w:r>
      </w:hyperlink>
      <w:r>
        <w:t xml:space="preserve">, </w:t>
      </w:r>
      <w:hyperlink r:id="rId15">
        <w:r>
          <w:rPr>
            <w:color w:val="0000EE"/>
            <w:u w:val="single"/>
          </w:rPr>
          <w:t>[6]</w:t>
        </w:r>
      </w:hyperlink>
      <w:r>
        <w:t xml:space="preserve">- Paragraph 4: </w:t>
      </w:r>
      <w:hyperlink r:id="rId14">
        <w:r>
          <w:rPr>
            <w:color w:val="0000EE"/>
            <w:u w:val="single"/>
          </w:rPr>
          <w:t>[3]</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4">
        <w:r>
          <w:rPr>
            <w:color w:val="0000EE"/>
            <w:u w:val="single"/>
          </w:rPr>
          <w:t>[3]</w:t>
        </w:r>
      </w:hyperlink>
      <w:r>
        <w:t xml:space="preserve">, </w:t>
      </w:r>
      <w:hyperlink r:id="rId15">
        <w:r>
          <w:rPr>
            <w:color w:val="0000EE"/>
            <w:u w:val="single"/>
          </w:rPr>
          <w:t>[6]</w:t>
        </w:r>
      </w:hyperlink>
      <w:r>
        <w:t xml:space="preserve">- Paragraph 9: </w:t>
      </w:r>
      <w:hyperlink r:id="rId12">
        <w:r>
          <w:rPr>
            <w:color w:val="0000EE"/>
            <w:u w:val="single"/>
          </w:rPr>
          <w:t>[5]</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4">
        <w:r>
          <w:rPr>
            <w:color w:val="0000EE"/>
            <w:u w:val="single"/>
          </w:rPr>
          <w:t>[3]</w:t>
        </w:r>
      </w:hyperlink>
      <w:r>
        <w:t xml:space="preserve">, </w:t>
      </w:r>
      <w:hyperlink r:id="rId15">
        <w:r>
          <w:rPr>
            <w:color w:val="0000EE"/>
            <w:u w:val="single"/>
          </w:rPr>
          <w:t>[6]</w:t>
        </w:r>
      </w:hyperlink>
      <w:r>
        <w:t xml:space="preserve">- Paragraph 12: </w:t>
      </w:r>
      <w:hyperlink r:id="rId12">
        <w:r>
          <w:rPr>
            <w:color w:val="0000EE"/>
            <w:u w:val="single"/>
          </w:rPr>
          <w:t>[5]</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4">
        <w:r>
          <w:rPr>
            <w:color w:val="0000EE"/>
            <w:u w:val="single"/>
          </w:rPr>
          <w:t>[3]</w:t>
        </w:r>
      </w:hyperlink>
      <w:r>
        <w:t xml:space="preserve">, </w:t>
      </w:r>
      <w:hyperlink r:id="rId15">
        <w:r>
          <w:rPr>
            <w:color w:val="0000EE"/>
            <w:u w:val="single"/>
          </w:rPr>
          <w:t>[6]</w:t>
        </w:r>
      </w:hyperlink>
      <w:r>
        <w:t xml:space="preserve">- Paragraph 15: </w:t>
      </w:r>
      <w:hyperlink r:id="rId12">
        <w:r>
          <w:rPr>
            <w:color w:val="0000EE"/>
            <w:u w:val="single"/>
          </w:rPr>
          <w:t>[5]</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4">
        <w:r>
          <w:rPr>
            <w:color w:val="0000EE"/>
            <w:u w:val="single"/>
          </w:rPr>
          <w:t>[3]</w:t>
        </w:r>
      </w:hyperlink>
      <w:r>
        <w:t xml:space="preserve">, </w:t>
      </w:r>
      <w:hyperlink r:id="rId15">
        <w:r>
          <w:rPr>
            <w:color w:val="0000EE"/>
            <w:u w:val="single"/>
          </w:rPr>
          <w:t>[6]</w:t>
        </w:r>
      </w:hyperlink>
      <w:r>
        <w:t xml:space="preserve">- Paragraph 18: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https://www.hellomagazine.com/celebrities/930883/gender-just-isnt-fixed-hollywood-stars-who-opened-up-about-changing-identity/</w:t>
        </w:r>
      </w:hyperlink>
      <w:r>
        <w:t xml:space="preserve"> - Please view link - unable to able to access data</w:t>
      </w:r>
      <w:r/>
    </w:p>
    <w:p>
      <w:pPr>
        <w:pStyle w:val="ListNumber"/>
        <w:spacing w:line="240" w:lineRule="auto"/>
        <w:ind w:left="720"/>
      </w:pPr>
      <w:r/>
      <w:hyperlink r:id="rId10">
        <w:r>
          <w:rPr>
            <w:color w:val="0000EE"/>
            <w:u w:val="single"/>
          </w:rPr>
          <w:t>https://www.ndtv.com/feature/game-of-thrones-star-bella-ramsey-comes-out-as-non-binary-and-gender-fluid-3702995</w:t>
        </w:r>
      </w:hyperlink>
      <w:r>
        <w:t xml:space="preserve"> - In January 2023, Bella Ramsey, known for her role in 'Game of Thrones', publicly came out as non-binary and gender fluid. In an interview with The New York Times, she discussed her fluid approach to gender, expressing indifference to being addressed with either 'she' or 'he' pronouns. She also mentioned that, when filling out forms, she opts for the non-binary option. Ramsey emphasized her identity as a person first, stating that gender is not something she particularly likes, and that pronouns don't matter much to her. (</w:t>
      </w:r>
      <w:hyperlink r:id="rId16">
        <w:r>
          <w:rPr>
            <w:color w:val="0000EE"/>
            <w:u w:val="single"/>
          </w:rPr>
          <w:t>ndtv.com</w:t>
        </w:r>
      </w:hyperlink>
      <w:r>
        <w:t>)</w:t>
      </w:r>
      <w:r/>
    </w:p>
    <w:p>
      <w:pPr>
        <w:pStyle w:val="ListNumber"/>
        <w:spacing w:line="240" w:lineRule="auto"/>
        <w:ind w:left="720"/>
      </w:pPr>
      <w:r/>
      <w:hyperlink r:id="rId14">
        <w:r>
          <w:rPr>
            <w:color w:val="0000EE"/>
            <w:u w:val="single"/>
          </w:rPr>
          <w:t>https://www.thefader.com/2015/05/08/miley-cyrus-gender-identity</w:t>
        </w:r>
      </w:hyperlink>
      <w:r>
        <w:t xml:space="preserve"> - In May 2015, Miley Cyrus discussed her gender identity in an interview with Out magazine. She expressed discomfort with traditional gender expectations, stating, "I didn't want to be a boy. I kind of wanted to be nothing." She emphasized her desire to break free from societal gender definitions, highlighting that her issue was not with being a girl but with the restrictive boxes society places individuals into. (</w:t>
      </w:r>
      <w:hyperlink r:id="rId17">
        <w:r>
          <w:rPr>
            <w:color w:val="0000EE"/>
            <w:u w:val="single"/>
          </w:rPr>
          <w:t>thefader.com</w:t>
        </w:r>
      </w:hyperlink>
      <w:r>
        <w:t>)</w:t>
      </w:r>
      <w:r/>
    </w:p>
    <w:p>
      <w:pPr>
        <w:pStyle w:val="ListNumber"/>
        <w:spacing w:line="240" w:lineRule="auto"/>
        <w:ind w:left="720"/>
      </w:pPr>
      <w:r/>
      <w:hyperlink r:id="rId11">
        <w:r>
          <w:rPr>
            <w:color w:val="0000EE"/>
            <w:u w:val="single"/>
          </w:rPr>
          <w:t>https://www.thepinknews.com/2023/11/08/time-bella-ramsey-transmasc-non-binary/</w:t>
        </w:r>
      </w:hyperlink>
      <w:r>
        <w:t xml:space="preserve"> - In November 2023, Bella Ramsey became the face of a transmasculine, non-binary fashion brand called Both&amp;. The campaign, titled "Both&amp;Bella," was announced via Instagram, where Ramsey shared cryptic clues leading up to the launch. Both&amp; is a clothing brand specifically designed for masculine-presenting customers, and Ramsey's involvement highlights her advocacy for non-binary and gender-fluid representation in fashion. (</w:t>
      </w:r>
      <w:hyperlink r:id="rId18">
        <w:r>
          <w:rPr>
            <w:color w:val="0000EE"/>
            <w:u w:val="single"/>
          </w:rPr>
          <w:t>thepinknews.com</w:t>
        </w:r>
      </w:hyperlink>
      <w:r>
        <w:t>)</w:t>
      </w:r>
      <w:r/>
    </w:p>
    <w:p>
      <w:pPr>
        <w:pStyle w:val="ListNumber"/>
        <w:spacing w:line="240" w:lineRule="auto"/>
        <w:ind w:left="720"/>
      </w:pPr>
      <w:r/>
      <w:hyperlink r:id="rId12">
        <w:r>
          <w:rPr>
            <w:color w:val="0000EE"/>
            <w:u w:val="single"/>
          </w:rPr>
          <w:t>https://www.thepinknews.com/2023/06/14/bella-ramsey-fought-non-binary-sexuality-the-last-of-us/</w:t>
        </w:r>
      </w:hyperlink>
      <w:r>
        <w:t xml:space="preserve"> - In June 2023, Bella Ramsey opened up about her journey with her non-binary identity. She discussed the challenges she faced in accepting her gender fluidity, especially in the context of her role as Ellie in 'The Last of Us'. Ramsey highlighted the importance of embracing one's true self and the significance of representation in the entertainment industry. (</w:t>
      </w:r>
      <w:hyperlink r:id="rId19">
        <w:r>
          <w:rPr>
            <w:color w:val="0000EE"/>
            <w:u w:val="single"/>
          </w:rPr>
          <w:t>thepinknews.com</w:t>
        </w:r>
      </w:hyperlink>
      <w:r>
        <w:t>)</w:t>
      </w:r>
      <w:r/>
    </w:p>
    <w:p>
      <w:pPr>
        <w:pStyle w:val="ListNumber"/>
        <w:spacing w:line="240" w:lineRule="auto"/>
        <w:ind w:left="720"/>
      </w:pPr>
      <w:r/>
      <w:hyperlink r:id="rId15">
        <w:r>
          <w:rPr>
            <w:color w:val="0000EE"/>
            <w:u w:val="single"/>
          </w:rPr>
          <w:t>https://www.gcn.ie/miley-cyrus-doesnt-conform-gender-identity/</w:t>
        </w:r>
      </w:hyperlink>
      <w:r>
        <w:t xml:space="preserve"> - In May 2015, Miley Cyrus revealed in an interview with Out magazine that she does not conform to any particular gender. She expressed her discomfort with traditional gender expectations, stating, "I didn't want to be a boy. I kind of wanted to be nothing." She emphasized her desire to break free from societal gender definitions, highlighting that her issue was not with being a girl but with the restrictive boxes society places individuals into. (</w:t>
      </w:r>
      <w:hyperlink r:id="rId20">
        <w:r>
          <w:rPr>
            <w:color w:val="0000EE"/>
            <w:u w:val="single"/>
          </w:rPr>
          <w:t>gcn.ie</w:t>
        </w:r>
      </w:hyperlink>
      <w:r>
        <w:t>)</w:t>
      </w:r>
      <w:r/>
    </w:p>
    <w:p>
      <w:pPr>
        <w:pStyle w:val="ListNumber"/>
        <w:spacing w:line="240" w:lineRule="auto"/>
        <w:ind w:left="720"/>
      </w:pPr>
      <w:r/>
      <w:hyperlink r:id="rId13">
        <w:r>
          <w:rPr>
            <w:color w:val="0000EE"/>
            <w:u w:val="single"/>
          </w:rPr>
          <w:t>https://www.theguardian.com/film/2025/aug/15/bella-ramsey-interview-the-last-of-us</w:t>
        </w:r>
      </w:hyperlink>
      <w:r>
        <w:t xml:space="preserve"> - In August 2025, Bella Ramsey discussed her experiences as a non-binary actor in an interview with The Guardian. She reflected on the challenges and rewards of portraying Ellie in 'The Last of Us', emphasizing the importance of representation and authenticity in her work. Ramsey also shared insights into her personal journey with gender identity and the support she has received from the LGBTQ+ community. (</w:t>
      </w:r>
      <w:hyperlink r:id="rId21">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llomagazine.com/celebrities/930883/gender-just-isnt-fixed-hollywood-stars-who-opened-up-about-changing-identity/" TargetMode="External"/><Relationship Id="rId10" Type="http://schemas.openxmlformats.org/officeDocument/2006/relationships/hyperlink" Target="https://www.ndtv.com/feature/game-of-thrones-star-bella-ramsey-comes-out-as-non-binary-and-gender-fluid-3702995" TargetMode="External"/><Relationship Id="rId11" Type="http://schemas.openxmlformats.org/officeDocument/2006/relationships/hyperlink" Target="https://www.thepinknews.com/2023/11/08/time-bella-ramsey-transmasc-non-binary/" TargetMode="External"/><Relationship Id="rId12" Type="http://schemas.openxmlformats.org/officeDocument/2006/relationships/hyperlink" Target="https://www.thepinknews.com/2023/06/14/bella-ramsey-fought-non-binary-sexuality-the-last-of-us/" TargetMode="External"/><Relationship Id="rId13" Type="http://schemas.openxmlformats.org/officeDocument/2006/relationships/hyperlink" Target="https://www.theguardian.com/film/2025/aug/15/bella-ramsey-interview-the-last-of-us" TargetMode="External"/><Relationship Id="rId14" Type="http://schemas.openxmlformats.org/officeDocument/2006/relationships/hyperlink" Target="https://www.thefader.com/2015/05/08/miley-cyrus-gender-identity" TargetMode="External"/><Relationship Id="rId15" Type="http://schemas.openxmlformats.org/officeDocument/2006/relationships/hyperlink" Target="https://www.gcn.ie/miley-cyrus-doesnt-conform-gender-identity/" TargetMode="External"/><Relationship Id="rId16" Type="http://schemas.openxmlformats.org/officeDocument/2006/relationships/hyperlink" Target="https://www.ndtv.com/feature/game-of-thrones-star-bella-ramsey-comes-out-as-non-binary-and-gender-fluid-3702995?utm_source=openai" TargetMode="External"/><Relationship Id="rId17" Type="http://schemas.openxmlformats.org/officeDocument/2006/relationships/hyperlink" Target="https://www.thefader.com/2015/05/08/miley-cyrus-gender-identity?utm_source=openai" TargetMode="External"/><Relationship Id="rId18" Type="http://schemas.openxmlformats.org/officeDocument/2006/relationships/hyperlink" Target="https://www.thepinknews.com/2023/11/08/time-bella-ramsey-transmasc-non-binary/?utm_source=openai" TargetMode="External"/><Relationship Id="rId19" Type="http://schemas.openxmlformats.org/officeDocument/2006/relationships/hyperlink" Target="https://www.thepinknews.com/2023/06/14/bella-ramsey-fought-non-binary-sexuality-the-last-of-us/?utm_source=openai" TargetMode="External"/><Relationship Id="rId20" Type="http://schemas.openxmlformats.org/officeDocument/2006/relationships/hyperlink" Target="https://gcn.ie/miley-cyrus-doesnt-conform-gender-identity/?utm_source=openai" TargetMode="External"/><Relationship Id="rId21" Type="http://schemas.openxmlformats.org/officeDocument/2006/relationships/hyperlink" Target="https://en.wikipedia.org/wiki/Bella_Ramse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