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Sex Scenes Still Cause Such a Fuss On Screen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eagerly tracking the steamy moments in Red, White &amp; Royal Wedding and Heated Rivalry, but the excitement reveals something bigger. From a US R rating to viral searches for gay intimacy, queer sex scenes are drawing huge attention while still being treated as something that needs explaining.</w:t>
      </w:r>
      <w:r/>
    </w:p>
    <w:p>
      <w:pPr>
        <w:pStyle w:val="Heading2"/>
      </w:pPr>
      <w:r>
        <w:t>Essential Takeaways</w:t>
      </w:r>
      <w:r/>
      <w:r/>
    </w:p>
    <w:p>
      <w:pPr>
        <w:pStyle w:val="ListBullet"/>
        <w:spacing w:line="240" w:lineRule="auto"/>
        <w:ind w:left="720"/>
      </w:pPr>
      <w:r/>
      <w:r>
        <w:rPr>
          <w:b/>
        </w:rPr>
        <w:t>The sequel has an R rating:</w:t>
      </w:r>
      <w:r>
        <w:t xml:space="preserve"> Red, White &amp; Royal Wedding is classified in the US for sexual content, nudity and language.</w:t>
      </w:r>
      <w:r/>
    </w:p>
    <w:p>
      <w:pPr>
        <w:pStyle w:val="ListBullet"/>
        <w:spacing w:line="240" w:lineRule="auto"/>
        <w:ind w:left="720"/>
      </w:pPr>
      <w:r/>
      <w:r>
        <w:rPr>
          <w:b/>
        </w:rPr>
        <w:t>Interest is surging:</w:t>
      </w:r>
      <w:r>
        <w:t xml:space="preserve"> Search attention around Heated Rivalry’s sex scenes has reportedly outpaced searches linked to the earlier film.</w:t>
      </w:r>
      <w:r/>
    </w:p>
    <w:p>
      <w:pPr>
        <w:pStyle w:val="ListBullet"/>
        <w:spacing w:line="240" w:lineRule="auto"/>
        <w:ind w:left="720"/>
      </w:pPr>
      <w:r/>
      <w:r>
        <w:rPr>
          <w:b/>
        </w:rPr>
        <w:t>Curiosity comes in many forms:</w:t>
      </w:r>
      <w:r>
        <w:t xml:space="preserve"> Search data can't show whether people are excited, surprised, confused or simply looking for a particular episode.</w:t>
      </w:r>
      <w:r/>
    </w:p>
    <w:p>
      <w:pPr>
        <w:pStyle w:val="ListBullet"/>
        <w:spacing w:line="240" w:lineRule="auto"/>
        <w:ind w:left="720"/>
      </w:pPr>
      <w:r/>
      <w:r>
        <w:rPr>
          <w:b/>
        </w:rPr>
        <w:t>Queer intimacy remains scrutinised:</w:t>
      </w:r>
      <w:r>
        <w:t xml:space="preserve"> Straight romantic scenes are rarely asked to justify their existence in the same way.</w:t>
      </w:r>
      <w:r/>
    </w:p>
    <w:p>
      <w:pPr>
        <w:pStyle w:val="ListBullet"/>
        <w:spacing w:line="240" w:lineRule="auto"/>
        <w:ind w:left="720"/>
      </w:pPr>
      <w:r/>
      <w:r>
        <w:rPr>
          <w:b/>
        </w:rPr>
        <w:t>The bigger shift is cultural:</w:t>
      </w:r>
      <w:r>
        <w:t xml:space="preserve"> Audiences increasingly want queer stories that include tenderness, humour and adult desire without apology.</w:t>
      </w:r>
      <w:r/>
      <w:r/>
    </w:p>
    <w:p>
      <w:pPr>
        <w:pStyle w:val="Heading2"/>
      </w:pPr>
      <w:r>
        <w:t>The rating has reignited curiosity</w:t>
      </w:r>
      <w:r/>
    </w:p>
    <w:p>
      <w:r/>
      <w:r>
        <w:t>The announcement of an R rating for Red, White &amp; Royal Wedding has done exactly what ratings often do: made people even more curious. The classification cites sexual content, nudity and language, but it doesn't reveal how much Alex and Henry will be doing, or how those moments fit into the story.</w:t>
      </w:r>
      <w:r/>
    </w:p>
    <w:p>
      <w:r/>
      <w:r>
        <w:t xml:space="preserve">That mystery matters because the first Red, White &amp; Royal Blue film became an unlikely reference point for conversations about gay intimacy. A widely shared reaction to one face-to-face sex scene suggested that some viewers were genuinely surprised by the possibility. According to PinkNews, the sequel's rating has revived interest in what the royal romance might show next. </w:t>
      </w:r>
      <w:hyperlink r:id="rId9">
        <w:r>
          <w:rPr>
            <w:color w:val="0000EE"/>
            <w:u w:val="single"/>
          </w:rPr>
          <w:t>[2]</w:t>
        </w:r>
      </w:hyperlink>
      <w:r/>
    </w:p>
    <w:p>
      <w:r/>
      <w:r>
        <w:t>The result is a familiar mixture of anticipation, online jokes and a little disbelief. Sometimes a film's most revealing cultural moment happens around the scene rather than in it.</w:t>
      </w:r>
      <w:r/>
    </w:p>
    <w:p>
      <w:pPr>
        <w:pStyle w:val="Heading2"/>
      </w:pPr>
      <w:r>
        <w:t>Why Heated Rivalry has become the bigger online obsession</w:t>
      </w:r>
      <w:r/>
    </w:p>
    <w:p>
      <w:r/>
      <w:r>
        <w:t>Heated Rivalry has taken that conversation to another level. The hockey drama follows professional rivals whose private relationship develops alongside the pressures of sport, masculinity and public identity. Its central tension is emotional as much as physical, which gives the series plenty for viewers to obsess over.</w:t>
      </w:r>
      <w:r/>
    </w:p>
    <w:p>
      <w:r/>
      <w:r>
        <w:t xml:space="preserve">Google Trends comparisons cited in the Star Observer article show a major spike in searches for Heated Rivalry sex scenes around the show's release period, while searches connected to Red, White &amp; Royal Blue were smaller by comparison. The Atlantic has also examined the attention surrounding the series' intimate scenes, underlining how quickly a streaming drama can turn individual moments into online events. </w:t>
      </w:r>
      <w:hyperlink r:id="rId10">
        <w:r>
          <w:rPr>
            <w:color w:val="0000EE"/>
            <w:u w:val="single"/>
          </w:rPr>
          <w:t>[7]</w:t>
        </w:r>
      </w:hyperlink>
      <w:r/>
    </w:p>
    <w:p>
      <w:r/>
      <w:r>
        <w:t>Still, search interest isn't the same as a headcount. Someone might be looking for a scene because they loved it, missed it, felt scandalised or simply wants to know when the plot gets spicy. The internet, as ever, is an extremely noisy thermometer.</w:t>
      </w:r>
      <w:r/>
    </w:p>
    <w:p>
      <w:pPr>
        <w:pStyle w:val="Heading2"/>
      </w:pPr>
      <w:r>
        <w:t>Queer stories are still asked to explain desire</w:t>
      </w:r>
      <w:r/>
    </w:p>
    <w:p>
      <w:r/>
      <w:r>
        <w:t>The awkward part is that queer intimacy often arrives with a requirement attached. Viewers, critics and sometimes interviewers ask what a sex scene contributes, as though gay characters need a special permit before they can be attracted to one another.</w:t>
      </w:r>
      <w:r/>
    </w:p>
    <w:p>
      <w:r/>
      <w:r>
        <w:t>Straight romance rarely faces the same interrogation. A heterosexual couple can kiss, sleep together or make a terrible decision in a hotel room without the director being expected to provide a cultural justification. Queer characters, meanwhile, are often expected to educate the audience, represent an entire community and remain impeccably tasteful.</w:t>
      </w:r>
      <w:r/>
    </w:p>
    <w:p>
      <w:r/>
      <w:r>
        <w:t>That double standard is beginning to look increasingly dated. An adult-rated story can include sex because it reveals vulnerability, changes a relationship or simply reflects the fact that the characters want each other. It doesn't always need to deliver a lesson.</w:t>
      </w:r>
      <w:r/>
    </w:p>
    <w:p>
      <w:pPr>
        <w:pStyle w:val="Heading2"/>
      </w:pPr>
      <w:r>
        <w:t>The books tell a slightly different story</w:t>
      </w:r>
      <w:r/>
    </w:p>
    <w:p>
      <w:r/>
      <w:r>
        <w:t>There is an intriguing contrast between the screen adaptations and their source novels. Search interest for Casey McQuiston's Red, White &amp; Royal Blue has reportedly remained stronger than interest in Rachel Reid's Heated Rivalry, despite the television adaptation generating greater online excitement around its sex scenes.</w:t>
      </w:r>
      <w:r/>
    </w:p>
    <w:p>
      <w:r/>
      <w:r>
        <w:t>That may say more about publicity than content. Heated Rivalry arrived with a concentrated wave of discussion, fandom energy and scene-by-scene online chatter, while Red, White &amp; Royal Blue benefited from the broad reach of a popular romantic novel and a high-profile film. Different audiences can also discover the books and screen versions in entirely different ways.</w:t>
      </w:r>
      <w:r/>
    </w:p>
    <w:p>
      <w:r/>
      <w:r>
        <w:t>For newcomers, the practical takeaway is simple: don't judge either story solely by its viral clips. The intimacy lands differently when you understand the characters, their fears and the slow build between them. Even the hottest scene works better when the emotional groundwork is there.</w:t>
      </w:r>
      <w:r/>
    </w:p>
    <w:p>
      <w:pPr>
        <w:pStyle w:val="Heading2"/>
      </w:pPr>
      <w:r>
        <w:t>Desire doesn't need a moral excuse</w:t>
      </w:r>
      <w:r/>
    </w:p>
    <w:p>
      <w:r/>
      <w:r>
        <w:t>The most encouraging change is that viewers are watching queer stories at scale. The popularity of Heated Rivalry suggests audiences are comfortable following gay characters through secrecy, tenderness, conflict and sex, rather than accepting only the carefully sanitised version of queer romance.</w:t>
      </w:r>
      <w:r/>
    </w:p>
    <w:p>
      <w:r/>
      <w:r>
        <w:t>That doesn't mean every intimate scene works, or that criticism should disappear. It does mean the standard should be shared. Queer sex scenes can be meaningful, messy, funny, romantic or frankly just very appealing. Sometimes the characters are learning about themselves; sometimes they're having a brilliant time.</w:t>
      </w:r>
      <w:r/>
    </w:p>
    <w:p>
      <w:r/>
      <w:r>
        <w:t>There is something quietly liberating about not demanding a dissertation before allowing queer desire on screen. Let the story be adult, let the characters be complicated and let viewers decide what the moment means to them.</w:t>
      </w:r>
      <w:r/>
    </w:p>
    <w:p>
      <w:r/>
      <w:r>
        <w:t>It's a small cultural shift, but queer intimacy shouldn't have to earn its place.</w:t>
      </w:r>
      <w:r/>
    </w:p>
    <w:p>
      <w:pPr>
        <w:pStyle w:val="Heading2"/>
      </w:pPr>
      <w:r>
        <w:t>Bibliography</w:t>
      </w:r>
      <w:r/>
      <w:r/>
    </w:p>
    <w:p>
      <w:pPr>
        <w:pStyle w:val="ListNumber"/>
        <w:numPr>
          <w:ilvl w:val="0"/>
          <w:numId w:val="14"/>
        </w:numPr>
        <w:spacing w:line="240" w:lineRule="auto"/>
        <w:ind w:left="720"/>
      </w:pPr>
      <w:r/>
      <w:hyperlink r:id="rId11">
        <w:r>
          <w:rPr>
            <w:color w:val="0000EE"/>
            <w:u w:val="single"/>
          </w:rPr>
          <w:t>https://www.starobserver.com.au/artsentertainment/heated-rivalry-to-red-white-royal-blue-why-do-queer-sex-scenes-still-cause-such-a-fuss/244671</w:t>
        </w:r>
      </w:hyperlink>
      <w:r>
        <w:t xml:space="preserve"> - Please view link - unable to able to access data</w:t>
      </w:r>
      <w:r/>
    </w:p>
    <w:p>
      <w:pPr>
        <w:pStyle w:val="ListNumber"/>
        <w:spacing w:line="240" w:lineRule="auto"/>
        <w:ind w:left="720"/>
      </w:pPr>
      <w:r/>
      <w:hyperlink r:id="rId9">
        <w:r>
          <w:rPr>
            <w:color w:val="0000EE"/>
            <w:u w:val="single"/>
          </w:rPr>
          <w:t>https://www.thepinknews.com/2026/10/15/red-white-royal-wedding-rated-r-sexual-content-nudity/</w:t>
        </w:r>
      </w:hyperlink>
      <w:r>
        <w:t xml:space="preserve"> - The article reports that the sequel to 'Red, White &amp; Royal Blue', titled 'Red, White &amp; Royal Wedding', has been rated R by the Motion Picture Association of America for 'sexual content/nudity and language'. The film stars Taylor Zakhar Perez and Nicholas Galitzine, and fans are anticipating steamy scenes between the characters Alex and Henry. The article also notes that the original film received an R rating for 'some sexual content, partial nudity and language'.</w:t>
      </w:r>
      <w:r/>
    </w:p>
    <w:p>
      <w:pPr>
        <w:pStyle w:val="ListNumber"/>
        <w:spacing w:line="240" w:lineRule="auto"/>
        <w:ind w:left="720"/>
      </w:pPr>
      <w:r/>
      <w:hyperlink r:id="rId12">
        <w:r>
          <w:rPr>
            <w:color w:val="0000EE"/>
            <w:u w:val="single"/>
          </w:rPr>
          <w:t>https://www.thewateringhole.com/blogs/watering-hole-stories/red-white-royal-wedding-rated-r-sexual-content-nudity-galitzine-zakhar-perez</w:t>
        </w:r>
      </w:hyperlink>
      <w:r>
        <w:t xml:space="preserve"> - This blog post discusses the R rating given to 'Red, White &amp; Royal Wedding' by the Motion Picture Association of America, citing 'sexual content/nudity and language'. The author highlights the change from the original film's rating of 'some sexual content, partial nudity and language'. The post also includes a humorous commentary on the anticipation of steamy scenes between the characters Alex and Henry.</w:t>
      </w:r>
      <w:r/>
    </w:p>
    <w:p>
      <w:pPr>
        <w:pStyle w:val="ListNumber"/>
        <w:spacing w:line="240" w:lineRule="auto"/>
        <w:ind w:left="720"/>
      </w:pPr>
      <w:r/>
      <w:hyperlink r:id="rId13">
        <w:r>
          <w:rPr>
            <w:color w:val="0000EE"/>
            <w:u w:val="single"/>
          </w:rPr>
          <w:t>https://www.rottentomatoes.com/m/red_white_and_royal_blue</w:t>
        </w:r>
      </w:hyperlink>
      <w:r>
        <w:t xml:space="preserve"> - The Rotten Tomatoes page for 'Red, White &amp; Royal Blue' provides information about the film's release, rating, and genre. It notes that the film is rated R for 'Some Sexual Content|Partial Nudity|Language' and is categorized as a romance and comedy. The page also includes details about the director, producers, and screenwriters, as well as the film's runtime and original language.</w:t>
      </w:r>
      <w:r/>
    </w:p>
    <w:p>
      <w:pPr>
        <w:pStyle w:val="ListNumber"/>
        <w:spacing w:line="240" w:lineRule="auto"/>
        <w:ind w:left="720"/>
      </w:pPr>
      <w:r/>
      <w:hyperlink r:id="rId14">
        <w:r>
          <w:rPr>
            <w:color w:val="0000EE"/>
            <w:u w:val="single"/>
          </w:rPr>
          <w:t>https://www.kirkusreviews.com/news-and-features/articles/red-white-amp-royal-blue-film-gets-r-rating/</w:t>
        </w:r>
      </w:hyperlink>
      <w:r>
        <w:t xml:space="preserve"> - Kirkus Reviews reports that the film adaptation of Casey McQuiston's 'Red, White &amp; Royal Blue' has received an R rating from the Motion Picture Association of America for 'language, some sexual content and partial nudity'. The article provides details about the film's director, cast, and release date, and notes that the film is based on McQuiston's 2019 novel.</w:t>
      </w:r>
      <w:r/>
    </w:p>
    <w:p>
      <w:pPr>
        <w:pStyle w:val="ListNumber"/>
        <w:spacing w:line="240" w:lineRule="auto"/>
        <w:ind w:left="720"/>
      </w:pPr>
      <w:r/>
      <w:hyperlink r:id="rId15">
        <w:r>
          <w:rPr>
            <w:color w:val="0000EE"/>
            <w:u w:val="single"/>
          </w:rPr>
          <w:t>https://www.out.com/film/red-white-and-royal-wedding-r-rating</w:t>
        </w:r>
      </w:hyperlink>
      <w:r>
        <w:t xml:space="preserve"> - Out.com reports that 'Red, White and Royal Wedding' has been rated R for 'sexual content/nudity and language' by the U.S. Motion Picture Association. The article notes that the original film received an R rating for 'some sexual content, partial nudity and language'. It also mentions that there is no official release date or new trailer for the sequel yet.</w:t>
      </w:r>
      <w:r/>
    </w:p>
    <w:p>
      <w:pPr>
        <w:pStyle w:val="ListNumber"/>
        <w:spacing w:line="240" w:lineRule="auto"/>
        <w:ind w:left="720"/>
      </w:pPr>
      <w:r/>
      <w:hyperlink r:id="rId10">
        <w:r>
          <w:rPr>
            <w:color w:val="0000EE"/>
            <w:u w:val="single"/>
          </w:rPr>
          <w:t>https://www.theatlantic.com/culture/2026/01/heated-rivalry-sex-scene/685596/?utm_source=apple_news</w:t>
        </w:r>
      </w:hyperlink>
      <w:r>
        <w:t xml:space="preserve"> - The Atlantic article examines the unexpected success and cultural impact of the Canadian TV series 'Heated Rivalry', adapted from Rachel Reid’s romance novels. The show has become the most-watched Crave original in Canada and a top-rated acquisition for HBO Max in the U.S. Critics and fans have praised it not only for its charm and romance but especially for how it portrays sex. Unlike many shows that treat sex as fleeting or comedic, 'Heated Rivalry' uses extended, emotionally rich sex scenes to illustrate character development and relationship dynamics over nearly a decade.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15/red-white-royal-wedding-rated-r-sexual-content-nudity/" TargetMode="External"/><Relationship Id="rId10" Type="http://schemas.openxmlformats.org/officeDocument/2006/relationships/hyperlink" Target="https://www.theatlantic.com/culture/2026/01/heated-rivalry-sex-scene/685596/?utm_source=apple_news" TargetMode="External"/><Relationship Id="rId11" Type="http://schemas.openxmlformats.org/officeDocument/2006/relationships/hyperlink" Target="https://www.starobserver.com.au/artsentertainment/heated-rivalry-to-red-white-royal-blue-why-do-queer-sex-scenes-still-cause-such-a-fuss/244671" TargetMode="External"/><Relationship Id="rId12" Type="http://schemas.openxmlformats.org/officeDocument/2006/relationships/hyperlink" Target="https://www.thewateringhole.com/blogs/watering-hole-stories/red-white-royal-wedding-rated-r-sexual-content-nudity-galitzine-zakhar-perez" TargetMode="External"/><Relationship Id="rId13" Type="http://schemas.openxmlformats.org/officeDocument/2006/relationships/hyperlink" Target="https://www.rottentomatoes.com/m/red_white_and_royal_blue" TargetMode="External"/><Relationship Id="rId14" Type="http://schemas.openxmlformats.org/officeDocument/2006/relationships/hyperlink" Target="https://www.kirkusreviews.com/news-and-features/articles/red-white-amp-royal-blue-film-gets-r-rating/" TargetMode="External"/><Relationship Id="rId15" Type="http://schemas.openxmlformats.org/officeDocument/2006/relationships/hyperlink" Target="https://www.out.com/film/red-white-and-royal-wedding-r-rat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