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Permanent Lesbian Spaces Matter More Than Ever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communities gathered at Churchill College, Cambridge, to celebrate lesbian history, share stories and back a new trans-inclusive venue in South London. The evening showed why permanent lesbian spaces still matter: they offer somewhere to dance, organise, remember and feel entirely at home, rather than asking people to build community online alone.</w:t>
      </w:r>
      <w:r/>
    </w:p>
    <w:p>
      <w:pPr>
        <w:pStyle w:val="Heading2"/>
      </w:pPr>
      <w:r>
        <w:t>A night of lesbian history, poetry and protest</w:t>
      </w:r>
      <w:r/>
    </w:p>
    <w:p>
      <w:r/>
      <w:r>
        <w:t xml:space="preserve">The atmosphere at Rebel Dyke Futures was part history lesson, part joyful reunion and part rallying cry. Curated by poet and Cambridge undergraduate Amy Walpole, the event revisited Chain Reaction, a legendary lesbian club night that ran from 1987 to 1993, using photographs, poetry and archive material to bring its energy into the present. According to the event listing, the programme was designed around performance, discussion and collective memory. </w:t>
      </w:r>
      <w:hyperlink r:id="rId9">
        <w:r>
          <w:rPr>
            <w:color w:val="0000EE"/>
            <w:u w:val="single"/>
          </w:rPr>
          <w:t>[2]</w:t>
        </w:r>
      </w:hyperlink>
      <w:r/>
    </w:p>
    <w:p>
      <w:r/>
      <w:r>
        <w:t>That mix gave the evening a warm, tactile quality. Instead of treating queer history as something sealed behind glass, the exhibition invited visitors to add their own hopes and demands to a shared scrapbook. It was a small but powerful idea: the archive wasn't finished, because the community is still writing it.</w:t>
      </w:r>
      <w:r/>
    </w:p>
    <w:p>
      <w:pPr>
        <w:pStyle w:val="Heading2"/>
      </w:pPr>
      <w:r>
        <w:t>Why queer spaces need more than an internet presence</w:t>
      </w:r>
      <w:r/>
    </w:p>
    <w:p>
      <w:r/>
      <w:r>
        <w:t>The event's wider message was clear. Online communities can connect people quickly, but they can't fully replace the feeling of walking into a room where your identity doesn't need explaining. For lesbian, trans and gender-diverse people, that physical safety can make the difference between simply attending an event and genuinely belonging.</w:t>
      </w:r>
      <w:r/>
    </w:p>
    <w:p>
      <w:r/>
      <w:r>
        <w:t xml:space="preserve">The discussion also placed current pressures in a longer history of disappearing venues. Reporting on the closure of lesbian bars in Florida, Axios described a wider squeeze caused by rising costs, changing nightlife habits and a shrinking number of dedicated spaces. That pattern helps explain why every new venue feels significant, even before its first drink is poured. </w:t>
      </w:r>
      <w:hyperlink r:id="rId10">
        <w:r>
          <w:rPr>
            <w:color w:val="0000EE"/>
            <w:u w:val="single"/>
          </w:rPr>
          <w:t>[5]</w:t>
        </w:r>
      </w:hyperlink>
      <w:r/>
    </w:p>
    <w:p>
      <w:pPr>
        <w:pStyle w:val="Heading2"/>
      </w:pPr>
      <w:r>
        <w:t>From Chain Reaction to Dorothy's</w:t>
      </w:r>
      <w:r/>
    </w:p>
    <w:p>
      <w:r/>
      <w:r>
        <w:t xml:space="preserve">The Cambridge gathering didn't stop at remembrance. Funds raised during the event were directed towards Dorothy's, a planned permanent, trans-inclusive lesbian bar in Camberwell, South London. Local coverage has described the venue as a project led by Molly and Beth, with the ambition of creating a welcoming sapphic pub rather than a short-lived club night. </w:t>
      </w:r>
      <w:hyperlink r:id="rId11">
        <w:r>
          <w:rPr>
            <w:color w:val="0000EE"/>
            <w:u w:val="single"/>
          </w:rPr>
          <w:t>[3]</w:t>
        </w:r>
      </w:hyperlink>
      <w:r/>
    </w:p>
    <w:p>
      <w:r/>
      <w:r>
        <w:t xml:space="preserve">Dorothy's is part of a modest but meaningful revival in queer hospitality. As Broadsheet London reported, the project aims to provide a place for socialising, events and community life in a city where lesbian venues remain notably scarce. Its name has already begun to circulate as shorthand for something many people have been missing: a reliable local room with a lesbian heart. </w:t>
      </w:r>
      <w:hyperlink r:id="rId12">
        <w:r>
          <w:rPr>
            <w:color w:val="0000EE"/>
            <w:u w:val="single"/>
          </w:rPr>
          <w:t>[6]</w:t>
        </w:r>
      </w:hyperlink>
      <w:r/>
    </w:p>
    <w:p>
      <w:pPr>
        <w:pStyle w:val="Heading2"/>
      </w:pPr>
      <w:r>
        <w:t>What makes a lesbian venue feel genuinely inclusive?</w:t>
      </w:r>
      <w:r/>
    </w:p>
    <w:p>
      <w:r/>
      <w:r>
        <w:t xml:space="preserve">A permanent address is only the beginning. The strongest spaces are shaped by who can enter comfortably, who gets heard and whether the venue supports more than nightlife. Dorothy's describes itself as a community-minded project, with an emphasis on creating an inclusive environment for women and gender-diverse people. </w:t>
      </w:r>
      <w:hyperlink r:id="rId13">
        <w:r>
          <w:rPr>
            <w:color w:val="0000EE"/>
            <w:u w:val="single"/>
          </w:rPr>
          <w:t>[7]</w:t>
        </w:r>
      </w:hyperlink>
      <w:r/>
    </w:p>
    <w:p>
      <w:r/>
      <w:r>
        <w:t>That matters because queer communities aren't interchangeable. Femme dykes, butch lesbians, trans people, disabled people, people of colour and working-class communities can all experience nightlife differently. A successful venue will need thoughtful access, fair pricing, clear safeguarding and programming that reflects that variety, not just a catchy name and a good cocktail list.</w:t>
      </w:r>
      <w:r/>
    </w:p>
    <w:p>
      <w:pPr>
        <w:pStyle w:val="Heading2"/>
      </w:pPr>
      <w:r>
        <w:t>The future belongs to spaces people can return to</w:t>
      </w:r>
      <w:r/>
    </w:p>
    <w:p>
      <w:r/>
      <w:r>
        <w:t>Rebel Dyke Futures offered something rare: a conversation between generations. Older attendees carried memories of Chain Reaction, while younger visitors brought fresh demands for spaces that are permanent, politically aware and welcoming across the community. That exchange made the night feel less like nostalgia and more like a handover.</w:t>
      </w:r>
      <w:r/>
    </w:p>
    <w:p>
      <w:r/>
      <w:r>
        <w:t>Dorothy's now gives that conversation a physical destination to aim for. Its progress will depend on funding, local support and the practical challenges of running a venue, but the enthusiasm around it suggests the appetite is real. Sometimes the most radical thing a community can ask for is somewhere to meet next week.</w:t>
      </w:r>
      <w:r/>
    </w:p>
    <w:p>
      <w:r/>
      <w:r>
        <w:rPr>
          <w:b/>
        </w:rPr>
        <w:t>Permanent queer spaces turn memory into belonging, one open door at a time.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3">
        <w:r>
          <w:rPr>
            <w:color w:val="0000EE"/>
            <w:u w:val="single"/>
          </w:rPr>
          <w:t>[7]</w:t>
        </w:r>
      </w:hyperlink>
      <w:r>
        <w:t xml:space="preserve">- Paragraph 3: </w:t>
      </w:r>
      <w:hyperlink r:id="rId10">
        <w:r>
          <w:rPr>
            <w:color w:val="0000EE"/>
            <w:u w:val="single"/>
          </w:rPr>
          <w:t>[5]</w:t>
        </w:r>
      </w:hyperlink>
      <w:r>
        <w:t xml:space="preserve">- Paragraph 4: </w:t>
      </w:r>
      <w:hyperlink r:id="rId11">
        <w:r>
          <w:rPr>
            <w:color w:val="0000EE"/>
            <w:u w:val="single"/>
          </w:rPr>
          <w:t>[3]</w:t>
        </w:r>
      </w:hyperlink>
      <w:r>
        <w:t xml:space="preserve">, </w:t>
      </w:r>
      <w:hyperlink r:id="rId15">
        <w:r>
          <w:rPr>
            <w:color w:val="0000EE"/>
            <w:u w:val="single"/>
          </w:rPr>
          <w:t>[4]</w:t>
        </w:r>
      </w:hyperlink>
      <w:r>
        <w:t xml:space="preserve">- Paragraph 5: </w:t>
      </w:r>
      <w:hyperlink r:id="rId12">
        <w:r>
          <w:rPr>
            <w:color w:val="0000EE"/>
            <w:u w:val="single"/>
          </w:rPr>
          <w:t>[6]</w:t>
        </w:r>
      </w:hyperlink>
      <w:r>
        <w:t xml:space="preserve">- Paragraph 6: </w:t>
      </w:r>
      <w:hyperlink r:id="rId13">
        <w:r>
          <w:rPr>
            <w:color w:val="0000EE"/>
            <w:u w:val="single"/>
          </w:rPr>
          <w:t>[7]</w:t>
        </w:r>
      </w:hyperlink>
      <w:r>
        <w:t xml:space="preserve">- Paragraph 7: </w:t>
      </w:r>
      <w:hyperlink r:id="rId15">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https://diva-magazine.com/2026/10/22/to-inhabit-lesbian-space-is-to-find-asylum/?utm_source=rss&amp;utm_medium=rss&amp;utm_campaign=to-inhabit-lesbian-space-is-to-find-asylum</w:t>
        </w:r>
      </w:hyperlink>
      <w:r>
        <w:t xml:space="preserve"> - Please view link - unable to able to access data</w:t>
      </w:r>
      <w:r/>
    </w:p>
    <w:p>
      <w:pPr>
        <w:pStyle w:val="ListNumber"/>
        <w:spacing w:line="240" w:lineRule="auto"/>
        <w:ind w:left="720"/>
      </w:pPr>
      <w:r/>
      <w:hyperlink r:id="rId9">
        <w:r>
          <w:rPr>
            <w:color w:val="0000EE"/>
            <w:u w:val="single"/>
          </w:rPr>
          <w:t>https://www.outsavvy.com/event/40292/rebel-dyke-futures</w:t>
        </w:r>
      </w:hyperlink>
      <w:r>
        <w:t xml:space="preserve"> - An event titled 'Rebel Dyke Futures' was held on 17 October 2026 at Churchill College, Cambridge. Curated by Amy Walpole, the event celebrated the legacy of the Chain Reaction lesbian club night (1987-1993) through poetry, photography, and community discussions. A panel featuring Karen Fisch and Tabs Benjamin delved into the history and future of lesbian spaces. Attendees engaged in conversations about the need for permanent sapphic spaces and the importance of community-building. (</w:t>
      </w:r>
      <w:hyperlink r:id="rId16">
        <w:r>
          <w:rPr>
            <w:color w:val="0000EE"/>
            <w:u w:val="single"/>
          </w:rPr>
          <w:t>outsavvy.com</w:t>
        </w:r>
      </w:hyperlink>
      <w:r>
        <w:t>)</w:t>
      </w:r>
      <w:r/>
    </w:p>
    <w:p>
      <w:pPr>
        <w:pStyle w:val="ListNumber"/>
        <w:spacing w:line="240" w:lineRule="auto"/>
        <w:ind w:left="720"/>
      </w:pPr>
      <w:r/>
      <w:hyperlink r:id="rId11">
        <w:r>
          <w:rPr>
            <w:color w:val="0000EE"/>
            <w:u w:val="single"/>
          </w:rPr>
          <w:t>https://southlondonnews.co.uk/local/southwark/camberwell/new-sapphic-pub-dorothys-opens-in-camberwell-2026/</w:t>
        </w:r>
      </w:hyperlink>
      <w:r>
        <w:t xml:space="preserve"> - A new sapphic pub named Dorothy's is set to open in Camberwell, South East London. Co-founded by Molly McCabe and Beth White, the venue aims to provide a permanent, safe, and welcoming community hub for lesbians, trans people, and non-binary individuals. Located on Rainbow Street, the pub plans to offer drinks from queer-owned brands, seasonal menus by queer chefs, live music, cabaret, and drag performances. The project successfully raised £46,116 through crowdfunding to secure and redevelop the space. (</w:t>
      </w:r>
      <w:hyperlink r:id="rId17">
        <w:r>
          <w:rPr>
            <w:color w:val="0000EE"/>
            <w:u w:val="single"/>
          </w:rPr>
          <w:t>southlondonnews.co.uk</w:t>
        </w:r>
      </w:hyperlink>
      <w:r>
        <w:t>)</w:t>
      </w:r>
      <w:r/>
    </w:p>
    <w:p>
      <w:pPr>
        <w:pStyle w:val="ListNumber"/>
        <w:spacing w:line="240" w:lineRule="auto"/>
        <w:ind w:left="720"/>
      </w:pPr>
      <w:r/>
      <w:hyperlink r:id="rId15">
        <w:r>
          <w:rPr>
            <w:color w:val="0000EE"/>
            <w:u w:val="single"/>
          </w:rPr>
          <w:t>https://southwarknews.co.uk/area/camberwell/meet-the-couple-behind-camberwells-new-lesbian-pub/</w:t>
        </w:r>
      </w:hyperlink>
      <w:r>
        <w:t xml:space="preserve"> - Beth White and Molly McCabe, a couple from South London, are opening Dorothy's, a new lesbian pub in Camberwell. The venue, located on Rainbow Street, aims to create a permanent sapphic space where patrons can socialize without judgment. Plans include offering affordable drinks, kitchen residencies, supper clubs, women's sport screenings, LGBTQ+ discussion groups, and charity collaborations. The founders emphasize the importance of inclusivity and accessibility, aiming to showcase various aspects of the diverse community. (</w:t>
      </w:r>
      <w:hyperlink r:id="rId18">
        <w:r>
          <w:rPr>
            <w:color w:val="0000EE"/>
            <w:u w:val="single"/>
          </w:rPr>
          <w:t>southwarknews.co.uk</w:t>
        </w:r>
      </w:hyperlink>
      <w:r>
        <w:t>)</w:t>
      </w:r>
      <w:r/>
    </w:p>
    <w:p>
      <w:pPr>
        <w:pStyle w:val="ListNumber"/>
        <w:spacing w:line="240" w:lineRule="auto"/>
        <w:ind w:left="720"/>
      </w:pPr>
      <w:r/>
      <w:hyperlink r:id="rId10">
        <w:r>
          <w:rPr>
            <w:color w:val="0000EE"/>
            <w:u w:val="single"/>
          </w:rPr>
          <w:t>https://www.axios.com/local/tampa-bay/2023/06/29/lesbian-bars-florida-shutting-down</w:t>
        </w:r>
      </w:hyperlink>
      <w:r>
        <w:t xml:space="preserve"> - The Ladies Room in Largo, Florida, the state's only lesbian bar, faces potential closure just over a year after opening. Founded by Vicki Gibson, the bar serves as a vital space for Florida's queer community, especially women and trans individuals. Its potential closure highlights the dwindling number of lesbian bars across the U.S., with fewer than 30 remaining, down from about 200 in the 1980s. The Lesbian Bar Project documents and advocates for these rare gathering spots. (</w:t>
      </w:r>
      <w:hyperlink r:id="rId19">
        <w:r>
          <w:rPr>
            <w:color w:val="0000EE"/>
            <w:u w:val="single"/>
          </w:rPr>
          <w:t>axios.com</w:t>
        </w:r>
      </w:hyperlink>
      <w:r>
        <w:t>)</w:t>
      </w:r>
      <w:r/>
    </w:p>
    <w:p>
      <w:pPr>
        <w:pStyle w:val="ListNumber"/>
        <w:spacing w:line="240" w:lineRule="auto"/>
        <w:ind w:left="720"/>
      </w:pPr>
      <w:r/>
      <w:hyperlink r:id="rId12">
        <w:r>
          <w:rPr>
            <w:color w:val="0000EE"/>
            <w:u w:val="single"/>
          </w:rPr>
          <w:t>https://www.broadsheet.com/london/articles/dorothys-lesbian-pub-camberwell</w:t>
        </w:r>
      </w:hyperlink>
      <w:r>
        <w:t xml:space="preserve"> - Dorothy's, a new lesbian and sapphic pub, is set to open in Camberwell, South London. Co-founded by Molly McCabe and Beth White, the venue aims to provide a community-focused queer space. Located on Rainbow Street, the pub plans to offer drinks from queer-owned brands, supper clubs, rotating kitchen residencies, live music, DJs, drag, and cabaret. The founders emphasize the need for more queer spaces in South London and aim to create a welcoming environment for the community. (</w:t>
      </w:r>
      <w:hyperlink r:id="rId20">
        <w:r>
          <w:rPr>
            <w:color w:val="0000EE"/>
            <w:u w:val="single"/>
          </w:rPr>
          <w:t>broadsheet.com</w:t>
        </w:r>
      </w:hyperlink>
      <w:r>
        <w:t>)</w:t>
      </w:r>
      <w:r/>
    </w:p>
    <w:p>
      <w:pPr>
        <w:pStyle w:val="ListNumber"/>
        <w:spacing w:line="240" w:lineRule="auto"/>
        <w:ind w:left="720"/>
      </w:pPr>
      <w:r/>
      <w:hyperlink r:id="rId13">
        <w:r>
          <w:rPr>
            <w:color w:val="0000EE"/>
            <w:u w:val="single"/>
          </w:rPr>
          <w:t>https://www.dorothydownstairs.com/about</w:t>
        </w:r>
      </w:hyperlink>
      <w:r>
        <w:t xml:space="preserve"> - Dorothy is a lesbian bar located at 2500 W Chicago Ave in Chicago, Illinois. The venue offers an intimate underground atmosphere with a retro aesthetic, designed as a welcoming space for the LGBTQ+ community. Dorothy features late-night hours on weekends and hosts various events, including queer movie nights and comedy shows. The bar is part of the Friends of Dorothy Bars collective, led by Zoe Schor and Whitney LaMora. (</w:t>
      </w:r>
      <w:hyperlink r:id="rId21">
        <w:r>
          <w:rPr>
            <w:color w:val="0000EE"/>
            <w:u w:val="single"/>
          </w:rPr>
          <w:t>dorothydownstairs.com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avvy.com/event/40292/rebel-dyke-futures" TargetMode="External"/><Relationship Id="rId10" Type="http://schemas.openxmlformats.org/officeDocument/2006/relationships/hyperlink" Target="https://www.axios.com/local/tampa-bay/2023/06/29/lesbian-bars-florida-shutting-down" TargetMode="External"/><Relationship Id="rId11" Type="http://schemas.openxmlformats.org/officeDocument/2006/relationships/hyperlink" Target="https://southlondonnews.co.uk/local/southwark/camberwell/new-sapphic-pub-dorothys-opens-in-camberwell-2026/" TargetMode="External"/><Relationship Id="rId12" Type="http://schemas.openxmlformats.org/officeDocument/2006/relationships/hyperlink" Target="https://www.broadsheet.com/london/articles/dorothys-lesbian-pub-camberwell" TargetMode="External"/><Relationship Id="rId13" Type="http://schemas.openxmlformats.org/officeDocument/2006/relationships/hyperlink" Target="https://www.dorothydownstairs.com/about" TargetMode="External"/><Relationship Id="rId14" Type="http://schemas.openxmlformats.org/officeDocument/2006/relationships/hyperlink" Target="https://diva-magazine.com/2026/10/22/to-inhabit-lesbian-space-is-to-find-asylum/?utm_source=rss&amp;utm_medium=rss&amp;utm_campaign=to-inhabit-lesbian-space-is-to-find-asylum" TargetMode="External"/><Relationship Id="rId15" Type="http://schemas.openxmlformats.org/officeDocument/2006/relationships/hyperlink" Target="https://southwarknews.co.uk/area/camberwell/meet-the-couple-behind-camberwells-new-lesbian-pub/" TargetMode="External"/><Relationship Id="rId16" Type="http://schemas.openxmlformats.org/officeDocument/2006/relationships/hyperlink" Target="https://www.outsavvy.com/event/40292/rebel-dyke-futures?utm_source=openai" TargetMode="External"/><Relationship Id="rId17" Type="http://schemas.openxmlformats.org/officeDocument/2006/relationships/hyperlink" Target="https://southlondonnews.co.uk/local/southwark/camberwell/new-sapphic-pub-dorothys-opens-in-camberwell-2026/?utm_source=openai" TargetMode="External"/><Relationship Id="rId18" Type="http://schemas.openxmlformats.org/officeDocument/2006/relationships/hyperlink" Target="https://southwarknews.co.uk/area/camberwell/meet-the-couple-behind-camberwells-new-lesbian-pub/?utm_source=openai" TargetMode="External"/><Relationship Id="rId19" Type="http://schemas.openxmlformats.org/officeDocument/2006/relationships/hyperlink" Target="https://www.axios.com/local/tampa-bay/2023/06/29/lesbian-bars-florida-shutting-down?utm_source=openai" TargetMode="External"/><Relationship Id="rId20" Type="http://schemas.openxmlformats.org/officeDocument/2006/relationships/hyperlink" Target="https://www.broadsheet.com/london/articles/dorothys-lesbian-pub-camberwell?utm_source=openai" TargetMode="External"/><Relationship Id="rId21" Type="http://schemas.openxmlformats.org/officeDocument/2006/relationships/hyperlink" Target="https://www.dorothydownstairs.com/abou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