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James Ortiz Makes Project Hail Mary’s Rocky Unforgettable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Audiences are turning to James Ortiz’s Rocky, the genderless alien at the heart of Project Hail Mary, as more than a clever sci-fi creation. The queer puppeteer’s physical performance and voice helped make the film a breakout cinema hit, while giving viewers an unexpected, tender outsider to root for.</w:t>
      </w:r>
      <w:r/>
    </w:p>
    <w:p>
      <w:pPr>
        <w:pStyle w:val="Heading2"/>
      </w:pPr>
      <w:r>
        <w:t>Essential Takeaways</w:t>
      </w:r>
      <w:r/>
      <w:r/>
    </w:p>
    <w:p>
      <w:pPr>
        <w:pStyle w:val="ListBullet"/>
        <w:spacing w:line="240" w:lineRule="auto"/>
        <w:ind w:left="720"/>
      </w:pPr>
      <w:r/>
      <w:r>
        <w:rPr>
          <w:b/>
        </w:rPr>
        <w:t>A breakout role:</w:t>
      </w:r>
      <w:r>
        <w:t xml:space="preserve"> Ortiz performs Rocky through puppetry, movement and voice, creating one of the film’s most memorable characters.</w:t>
      </w:r>
      <w:r/>
    </w:p>
    <w:p>
      <w:pPr>
        <w:pStyle w:val="ListBullet"/>
        <w:spacing w:line="240" w:lineRule="auto"/>
        <w:ind w:left="720"/>
      </w:pPr>
      <w:r/>
      <w:r>
        <w:rPr>
          <w:b/>
        </w:rPr>
        <w:t>Queer resonance:</w:t>
      </w:r>
      <w:r>
        <w:t xml:space="preserve"> Rocky’s genderless identity and outsider status have struck a particular chord with LGBTQ+ viewers.</w:t>
      </w:r>
      <w:r/>
    </w:p>
    <w:p>
      <w:pPr>
        <w:pStyle w:val="ListBullet"/>
        <w:spacing w:line="240" w:lineRule="auto"/>
        <w:ind w:left="720"/>
      </w:pPr>
      <w:r/>
      <w:r>
        <w:rPr>
          <w:b/>
        </w:rPr>
        <w:t>More than a special effect:</w:t>
      </w:r>
      <w:r>
        <w:t xml:space="preserve"> Reviews and audience reactions increasingly frame Rocky as the emotional centre of the film.</w:t>
      </w:r>
      <w:r/>
    </w:p>
    <w:p>
      <w:pPr>
        <w:pStyle w:val="ListBullet"/>
        <w:spacing w:line="240" w:lineRule="auto"/>
        <w:ind w:left="720"/>
      </w:pPr>
      <w:r/>
      <w:r>
        <w:rPr>
          <w:b/>
        </w:rPr>
        <w:t>A career turning point:</w:t>
      </w:r>
      <w:r>
        <w:t xml:space="preserve"> The part has brought Ortiz wider recognition and could make him the first puppeteer recognised in an acting Oscar category.</w:t>
      </w:r>
      <w:r/>
    </w:p>
    <w:p>
      <w:pPr>
        <w:pStyle w:val="ListBullet"/>
        <w:spacing w:line="240" w:lineRule="auto"/>
        <w:ind w:left="720"/>
      </w:pPr>
      <w:r/>
      <w:r>
        <w:rPr>
          <w:b/>
        </w:rPr>
        <w:t>The practical magic:</w:t>
      </w:r>
      <w:r>
        <w:t xml:space="preserve"> Rocky works because the performance feels precise, funny and deeply sincere rather than merely technical.</w:t>
      </w:r>
      <w:r/>
      <w:r/>
    </w:p>
    <w:p>
      <w:pPr>
        <w:pStyle w:val="Heading2"/>
      </w:pPr>
      <w:r>
        <w:t>Rocky is the film’s most surprising star</w:t>
      </w:r>
      <w:r/>
    </w:p>
    <w:p>
      <w:r/>
      <w:r>
        <w:t>The most talked-about presence in Project Hail Mary isn't Ryan Gosling’s astronaut. It’s Rocky, a many-limbed alien whose clicks, gestures and carefully translated speech turn an interstellar survival story into something unexpectedly warm.</w:t>
      </w:r>
      <w:r/>
    </w:p>
    <w:p>
      <w:r/>
      <w:r>
        <w:t>That appeal comes partly from the character’s design, but the emotional detail belongs to James Ortiz. As the performer inside and behind Rocky, he gives the creature a distinct rhythm: curious, exacting, impatient and oddly lovable. The Daily Beast has similarly singled Rocky out as the film’s real scene-stealer, a sign that audiences aren't treating the alien as a visual-effects accessory.</w:t>
      </w:r>
      <w:r/>
    </w:p>
    <w:p>
      <w:r/>
      <w:r>
        <w:t>The result is a character who can make a joke land with a twitch of a limb, then shift the mood with a pause. That balance is hard to fake. Rocky feels handmade in the best possible sense, with every movement carrying a little personality.</w:t>
      </w:r>
      <w:r/>
    </w:p>
    <w:p>
      <w:pPr>
        <w:pStyle w:val="Heading2"/>
      </w:pPr>
      <w:r>
        <w:t>How a queer puppeteer found the perfect role</w:t>
      </w:r>
      <w:r/>
    </w:p>
    <w:p>
      <w:r/>
      <w:r>
        <w:t>Ortiz’s route to Hollywood’s biggest stages began with a love of creatures, monsters and practical craft. Growing up in Texas, he was drawn to the imaginative worlds of artists such as Ray Harryhausen and Stan Winston before recognising that puppetry could bring together his interests in design, engineering and performance.</w:t>
      </w:r>
      <w:r/>
    </w:p>
    <w:p>
      <w:r/>
      <w:r>
        <w:t>Traditional acting, meanwhile, offered fewer obvious opportunities. Ortiz has described sensing that being openly queer could make the profession harder to navigate, and puppetry became a way to inhabit characters without squeezing himself into narrow expectations of what a leading man should look like.</w:t>
      </w:r>
      <w:r/>
    </w:p>
    <w:p>
      <w:r/>
      <w:r>
        <w:t>That history gives Rocky extra texture. According to the Los Angeles Times, Ortiz’s work reflects years of theatre and puppetry experience rather than a last-minute technical assignment. His queerness isn't pasted onto the role; it informs the openness, strangeness and emotional directness he brings to an alien who sits outside human categories.</w:t>
      </w:r>
      <w:r/>
    </w:p>
    <w:p>
      <w:pPr>
        <w:pStyle w:val="Heading2"/>
      </w:pPr>
      <w:r>
        <w:t>Why Rocky resonates with LGBTQ+ viewers</w:t>
      </w:r>
      <w:r/>
    </w:p>
    <w:p>
      <w:r/>
      <w:r>
        <w:t>Rocky belongs to a genderless species, so human assumptions about masculinity and femininity simply don't apply. That detail could have remained a piece of science-fiction world-building, but Ortiz’s performance makes it feel more expansive: Rocky is not defined by a binary, and the film doesn't need to translate that difference into a conventional identity.</w:t>
      </w:r>
      <w:r/>
    </w:p>
    <w:p>
      <w:r/>
      <w:r>
        <w:t>For queer viewers, that can feel quietly liberating. Rocky is unusual, literal and occasionally difficult, yet none of those traits make him less worthy of affection. In fact, they’re part of what makes him compelling. The character's otherness isn't softened away before he’s allowed to become heroic.</w:t>
      </w:r>
      <w:r/>
    </w:p>
    <w:p>
      <w:r/>
      <w:r>
        <w:t>The Crimson’s review of Project Hail Mary highlights the film’s emotional connection beneath its technical spectacle, while Rotten Tomatoes’ audience and critic response shows how strongly the wider public has taken to the film. Rocky has become a kind of cinematic shorthand for being different without being diminished.</w:t>
      </w:r>
      <w:r/>
    </w:p>
    <w:p>
      <w:pPr>
        <w:pStyle w:val="Heading2"/>
      </w:pPr>
      <w:r>
        <w:t>The performance is funny because it stays serious</w:t>
      </w:r>
      <w:r/>
    </w:p>
    <w:p>
      <w:r/>
      <w:r>
        <w:t>Rocky’s comedy works because Ortiz doesn't appear to chase punchlines. He plays the alien’s problems as real problems, whether Rocky is dealing with a crisis, fussing over a messy spacecraft or trying to communicate with a human who keeps getting things wrong.</w:t>
      </w:r>
      <w:r/>
    </w:p>
    <w:p>
      <w:r/>
      <w:r>
        <w:t>That commitment gives the humour a lovely awkwardness. Rocky doesn't behave like a comedian delivering a routine; he behaves like an intelligent being having an exceptionally stressful day. The laughs arrive through contrast, especially when his precise, practical outlook meets Dr Ryland Grace’s more chaotic energy.</w:t>
      </w:r>
      <w:r/>
    </w:p>
    <w:p>
      <w:r/>
      <w:r>
        <w:t>GamesRadar’s review also points to the way the film blends big sci-fi stakes with an approachable emotional core. Rocky is central to that mixture. He can be hilarious one moment and moving the next, without the character ever feeling like a mascot.</w:t>
      </w:r>
      <w:r/>
    </w:p>
    <w:p>
      <w:pPr>
        <w:pStyle w:val="Heading2"/>
      </w:pPr>
      <w:r>
        <w:t>Could James Ortiz make awards history?</w:t>
      </w:r>
      <w:r/>
    </w:p>
    <w:p>
      <w:r/>
      <w:r>
        <w:t>Project Hail Mary has turned Ortiz from a respected theatre and puppetry figure into a name many filmgoers now recognise. The film’s commercial success has amplified that shift, giving a specialist performance art an unusually large platform.</w:t>
      </w:r>
      <w:r/>
    </w:p>
    <w:p>
      <w:r/>
      <w:r>
        <w:t>The Associated Press has reported on the movie’s broad cultural and theatrical impact, while the wider response suggests Rocky has become one of the year’s defining screen creations. If Ortiz’s awards campaign succeeds, it could also challenge old ideas about what counts as acting and who gets credited for a character’s emotional life.</w:t>
      </w:r>
      <w:r/>
    </w:p>
    <w:p>
      <w:r/>
      <w:r>
        <w:t>That matters beyond one awards season. Puppeteers have long supplied movement, timing and feeling to screen characters, but they’re often invisible once the finished image appears. Ortiz’s performance makes that invisibility harder to maintain. For now, though, he seems more surprised than triumphant, which somehow feels very Rocky.</w:t>
      </w:r>
      <w:r/>
    </w:p>
    <w:p>
      <w:r/>
      <w:r>
        <w:t>Rocky proves that the strangest character in the room can also be the one audiences remember most.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[6]</w:t>
        </w:r>
      </w:hyperlink>
      <w:r>
        <w:t xml:space="preserve">- Paragraph 2: </w:t>
      </w:r>
      <w:hyperlink r:id="rId12">
        <w:r>
          <w:rPr>
            <w:color w:val="0000EE"/>
            <w:u w:val="single"/>
          </w:rPr>
          <w:t>[2]</w:t>
        </w:r>
      </w:hyperlink>
      <w:r>
        <w:t xml:space="preserve">, </w:t>
      </w:r>
      <w:hyperlink r:id="rId11">
        <w:r>
          <w:rPr>
            <w:color w:val="0000EE"/>
            <w:u w:val="single"/>
          </w:rPr>
          <w:t>[6]</w:t>
        </w:r>
      </w:hyperlink>
      <w:r>
        <w:t xml:space="preserve">- Paragraph 3: </w:t>
      </w:r>
      <w:hyperlink r:id="rId13">
        <w:r>
          <w:rPr>
            <w:color w:val="0000EE"/>
            <w:u w:val="single"/>
          </w:rPr>
          <w:t>[5]</w:t>
        </w:r>
      </w:hyperlink>
      <w:r>
        <w:t xml:space="preserve">- Paragraph 4: </w:t>
      </w:r>
      <w:hyperlink r:id="rId12">
        <w:r>
          <w:rPr>
            <w:color w:val="0000EE"/>
            <w:u w:val="single"/>
          </w:rPr>
          <w:t>[2]</w:t>
        </w:r>
      </w:hyperlink>
      <w:r>
        <w:t xml:space="preserve">, </w:t>
      </w:r>
      <w:hyperlink r:id="rId14">
        <w:r>
          <w:rPr>
            <w:color w:val="0000EE"/>
            <w:u w:val="single"/>
          </w:rPr>
          <w:t>[4]</w:t>
        </w:r>
      </w:hyperlink>
      <w:r>
        <w:t xml:space="preserve">- Paragraph 5: </w:t>
      </w:r>
      <w:hyperlink r:id="rId9">
        <w:r>
          <w:rPr>
            <w:color w:val="0000EE"/>
            <w:u w:val="single"/>
          </w:rPr>
          <w:t>[1]</w:t>
        </w:r>
      </w:hyperlink>
      <w:r>
        <w:t xml:space="preserve">, </w:t>
      </w:r>
      <w:hyperlink r:id="rId12">
        <w:r>
          <w:rPr>
            <w:color w:val="0000EE"/>
            <w:u w:val="single"/>
          </w:rPr>
          <w:t>[2]</w:t>
        </w:r>
      </w:hyperlink>
      <w:r>
        <w:t xml:space="preserve">- Paragraph 6: </w:t>
      </w:r>
      <w:hyperlink r:id="rId10">
        <w:r>
          <w:rPr>
            <w:color w:val="0000EE"/>
            <w:u w:val="single"/>
          </w:rPr>
          <w:t>[3]</w:t>
        </w:r>
      </w:hyperlink>
      <w:r>
        <w:t xml:space="preserve">, </w:t>
      </w:r>
      <w:hyperlink r:id="rId14">
        <w:r>
          <w:rPr>
            <w:color w:val="0000EE"/>
            <w:u w:val="single"/>
          </w:rPr>
          <w:t>[4]</w:t>
        </w:r>
      </w:hyperlink>
      <w:r>
        <w:t xml:space="preserve">- Paragraph 7: </w:t>
      </w:r>
      <w:hyperlink r:id="rId9">
        <w:r>
          <w:rPr>
            <w:color w:val="0000EE"/>
            <w:u w:val="single"/>
          </w:rPr>
          <w:t>[1]</w:t>
        </w:r>
      </w:hyperlink>
      <w:r>
        <w:t xml:space="preserve">, </w:t>
      </w:r>
      <w:hyperlink r:id="rId13">
        <w:r>
          <w:rPr>
            <w:color w:val="0000EE"/>
            <w:u w:val="single"/>
          </w:rPr>
          <w:t>[5]</w:t>
        </w:r>
      </w:hyperlink>
      <w:r>
        <w:t xml:space="preserve">- Paragraph 8: </w:t>
      </w:r>
      <w:hyperlink r:id="rId13">
        <w:r>
          <w:rPr>
            <w:color w:val="0000EE"/>
            <w:u w:val="single"/>
          </w:rPr>
          <w:t>[5]</w:t>
        </w:r>
      </w:hyperlink>
      <w:r>
        <w:t xml:space="preserve">, </w:t>
      </w:r>
      <w:hyperlink r:id="rId11">
        <w:r>
          <w:rPr>
            <w:color w:val="0000EE"/>
            <w:u w:val="single"/>
          </w:rPr>
          <w:t>[6]</w:t>
        </w:r>
      </w:hyperlink>
      <w:r>
        <w:t xml:space="preserve">- Paragraph 9: </w:t>
      </w:r>
      <w:hyperlink r:id="rId15">
        <w:r>
          <w:rPr>
            <w:color w:val="0000EE"/>
            <w:u w:val="single"/>
          </w:rPr>
          <w:t>[7]</w:t>
        </w:r>
      </w:hyperlink>
      <w:r>
        <w:t xml:space="preserve">, </w:t>
      </w:r>
      <w:hyperlink r:id="rId10">
        <w:r>
          <w:rPr>
            <w:color w:val="0000EE"/>
            <w:u w:val="single"/>
          </w:rPr>
          <w:t>[3]</w:t>
        </w:r>
      </w:hyperlink>
      <w:r>
        <w:t xml:space="preserve">- Paragraph 10: </w:t>
      </w:r>
      <w:hyperlink r:id="rId12">
        <w:r>
          <w:rPr>
            <w:color w:val="0000EE"/>
            <w:u w:val="single"/>
          </w:rPr>
          <w:t>[2]</w:t>
        </w:r>
      </w:hyperlink>
      <w:r>
        <w:t xml:space="preserve">, </w:t>
      </w:r>
      <w:hyperlink r:id="rId15">
        <w:r>
          <w:rPr>
            <w:color w:val="0000EE"/>
            <w:u w:val="single"/>
          </w:rPr>
          <w:t>[7]</w:t>
        </w:r>
      </w:hyperlink>
      <w:r>
        <w:t xml:space="preserve">- Paragraph 11: </w:t>
      </w:r>
      <w:hyperlink r:id="rId14">
        <w:r>
          <w:rPr>
            <w:color w:val="0000EE"/>
            <w:u w:val="single"/>
          </w:rPr>
          <w:t>[4]</w:t>
        </w:r>
      </w:hyperlink>
      <w:r>
        <w:t xml:space="preserve">, </w:t>
      </w:r>
      <w:hyperlink r:id="rId13">
        <w:r>
          <w:rPr>
            <w:color w:val="0000EE"/>
            <w:u w:val="single"/>
          </w:rPr>
          <w:t>[5]</w:t>
        </w:r>
      </w:hyperlink>
      <w:r>
        <w:t xml:space="preserve">- Paragraph 12: </w:t>
      </w:r>
      <w:hyperlink r:id="rId15">
        <w:r>
          <w:rPr>
            <w:color w:val="0000EE"/>
            <w:u w:val="single"/>
          </w:rPr>
          <w:t>[7]</w:t>
        </w:r>
      </w:hyperlink>
      <w:r>
        <w:t xml:space="preserve">, </w:t>
      </w:r>
      <w:hyperlink r:id="rId12">
        <w:r>
          <w:rPr>
            <w:color w:val="0000EE"/>
            <w:u w:val="single"/>
          </w:rPr>
          <w:t>[2]</w:t>
        </w:r>
      </w:hyperlink>
      <w:r>
        <w:t xml:space="preserve">- Paragraph 13: </w:t>
      </w:r>
      <w:hyperlink r:id="rId11">
        <w:r>
          <w:rPr>
            <w:color w:val="0000EE"/>
            <w:u w:val="single"/>
          </w:rPr>
          <w:t>[6]</w:t>
        </w:r>
      </w:hyperlink>
      <w:r>
        <w:t xml:space="preserve">, </w:t>
      </w:r>
      <w:hyperlink r:id="rId15">
        <w:r>
          <w:rPr>
            <w:color w:val="0000EE"/>
            <w:u w:val="single"/>
          </w:rPr>
          <w:t>[7]</w:t>
        </w:r>
      </w:hyperlink>
      <w:r>
        <w:t xml:space="preserve">- Paragraph 14: </w:t>
      </w:r>
      <w:hyperlink r:id="rId12">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https://www.them.us/entertainment/tv-and-movies/james-ortiz-project-hail-mary</w:t>
        </w:r>
      </w:hyperlink>
      <w:r>
        <w:t xml:space="preserve"> - Please view link - unable to able to access data</w:t>
      </w:r>
      <w:r/>
    </w:p>
    <w:p>
      <w:pPr>
        <w:pStyle w:val="ListNumber"/>
        <w:spacing w:line="240" w:lineRule="auto"/>
        <w:ind w:left="720"/>
      </w:pPr>
      <w:r/>
      <w:hyperlink r:id="rId12">
        <w:r>
          <w:rPr>
            <w:color w:val="0000EE"/>
            <w:u w:val="single"/>
          </w:rPr>
          <w:t>https://www.latimes.com/delos/story/2026-04-07/project-hail-mary-movie-puppeteer-james-ortiz-rocky-interview</w:t>
        </w:r>
      </w:hyperlink>
      <w:r>
        <w:t xml:space="preserve"> - An interview with James Ortiz, the puppeteer behind Rocky in 'Project Hail Mary', discussing his role and the film's production.</w:t>
      </w:r>
      <w:r/>
    </w:p>
    <w:p>
      <w:pPr>
        <w:pStyle w:val="ListNumber"/>
        <w:spacing w:line="240" w:lineRule="auto"/>
        <w:ind w:left="720"/>
      </w:pPr>
      <w:r/>
      <w:hyperlink r:id="rId10">
        <w:r>
          <w:rPr>
            <w:color w:val="0000EE"/>
            <w:u w:val="single"/>
          </w:rPr>
          <w:t>https://www.rottentomatoes.com/m/project_hail_mary</w:t>
        </w:r>
      </w:hyperlink>
      <w:r>
        <w:t xml:space="preserve"> - 'Project Hail Mary' is a sci-fi film starring Ryan Gosling, with a 95% rating on Rotten Tomatoes based on 430 critic reviews.</w:t>
      </w:r>
      <w:r/>
    </w:p>
    <w:p>
      <w:pPr>
        <w:pStyle w:val="ListNumber"/>
        <w:spacing w:line="240" w:lineRule="auto"/>
        <w:ind w:left="720"/>
      </w:pPr>
      <w:r/>
      <w:hyperlink r:id="rId14">
        <w:r>
          <w:rPr>
            <w:color w:val="0000EE"/>
            <w:u w:val="single"/>
          </w:rPr>
          <w:t>https://www.thecrimson.com/article/2026/3/12/project-hail-mary-review/</w:t>
        </w:r>
      </w:hyperlink>
      <w:r>
        <w:t xml:space="preserve"> - A review of 'Project Hail Mary' highlighting its heartwarming narrative and the dynamic between Ryan Gosling and James Ortiz's character.</w:t>
      </w:r>
      <w:r/>
    </w:p>
    <w:p>
      <w:pPr>
        <w:pStyle w:val="ListNumber"/>
        <w:spacing w:line="240" w:lineRule="auto"/>
        <w:ind w:left="720"/>
      </w:pPr>
      <w:r/>
      <w:hyperlink r:id="rId13">
        <w:r>
          <w:rPr>
            <w:color w:val="0000EE"/>
            <w:u w:val="single"/>
          </w:rPr>
          <w:t>https://www.gamesradar.com/entertainment/sci-fi-movies/project-hail-mary-review/</w:t>
        </w:r>
      </w:hyperlink>
      <w:r>
        <w:t xml:space="preserve"> - A review praising 'Project Hail Mary' for its large-scale sci-fi elements and the heartfelt relationship between the lead characters.</w:t>
      </w:r>
      <w:r/>
    </w:p>
    <w:p>
      <w:pPr>
        <w:pStyle w:val="ListNumber"/>
        <w:spacing w:line="240" w:lineRule="auto"/>
        <w:ind w:left="720"/>
      </w:pPr>
      <w:r/>
      <w:hyperlink r:id="rId11">
        <w:r>
          <w:rPr>
            <w:color w:val="0000EE"/>
            <w:u w:val="single"/>
          </w:rPr>
          <w:t>https://www.thedailybeast.com/obsessed/the-real-star-of-project-hail-mary-isnt-ryan-goslingits-rocky-the-alien/</w:t>
        </w:r>
      </w:hyperlink>
      <w:r>
        <w:t xml:space="preserve"> - An article discussing how James Ortiz's portrayal of Rocky, the alien in 'Project Hail Mary', became the film's standout character.</w:t>
      </w:r>
      <w:r/>
    </w:p>
    <w:p>
      <w:pPr>
        <w:pStyle w:val="ListNumber"/>
        <w:spacing w:line="240" w:lineRule="auto"/>
        <w:ind w:left="720"/>
      </w:pPr>
      <w:r/>
      <w:hyperlink r:id="rId15">
        <w:r>
          <w:rPr>
            <w:color w:val="0000EE"/>
            <w:u w:val="single"/>
          </w:rPr>
          <w:t>https://www.apnews.com/article/d636d596f17ce853b17ec58f38dd1ed3</w:t>
        </w:r>
      </w:hyperlink>
      <w:r>
        <w:t xml:space="preserve"> - An article about directors Phil Lord and Chris Miller's return to space with their ambitious $200 million sci-fi film 'Project Hail Mary'.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m.us/entertainment/tv-and-movies/james-ortiz-project-hail-mary" TargetMode="External"/><Relationship Id="rId10" Type="http://schemas.openxmlformats.org/officeDocument/2006/relationships/hyperlink" Target="https://www.rottentomatoes.com/m/project_hail_mary" TargetMode="External"/><Relationship Id="rId11" Type="http://schemas.openxmlformats.org/officeDocument/2006/relationships/hyperlink" Target="https://www.thedailybeast.com/obsessed/the-real-star-of-project-hail-mary-isnt-ryan-goslingits-rocky-the-alien/" TargetMode="External"/><Relationship Id="rId12" Type="http://schemas.openxmlformats.org/officeDocument/2006/relationships/hyperlink" Target="https://www.latimes.com/delos/story/2026-04-07/project-hail-mary-movie-puppeteer-james-ortiz-rocky-interview" TargetMode="External"/><Relationship Id="rId13" Type="http://schemas.openxmlformats.org/officeDocument/2006/relationships/hyperlink" Target="https://www.gamesradar.com/entertainment/sci-fi-movies/project-hail-mary-review/" TargetMode="External"/><Relationship Id="rId14" Type="http://schemas.openxmlformats.org/officeDocument/2006/relationships/hyperlink" Target="https://www.thecrimson.com/article/2026/3/12/project-hail-mary-review/" TargetMode="External"/><Relationship Id="rId15" Type="http://schemas.openxmlformats.org/officeDocument/2006/relationships/hyperlink" Target="https://www.apnews.com/article/d636d596f17ce853b17ec58f38dd1ed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