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Monogamous Couples Are Rethinking Marriage and Desire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tuning into a candid conversation about gay marriage, monogamy and keeping desire alive, as comedian Nic Hawk explains why commitment doesn't have to mean a quiet sex life. His funny, frank perspective arrives amid wider debate about whether monogamy still works, making this episode a lively listen for couples figuring out their own rules.</w:t>
      </w:r>
      <w:r/>
    </w:p>
    <w:p>
      <w:pPr>
        <w:pStyle w:val="Heading2"/>
      </w:pPr>
      <w:r>
        <w:t>Essential Takeaways</w:t>
      </w:r>
      <w:r/>
      <w:r/>
    </w:p>
    <w:p>
      <w:pPr>
        <w:pStyle w:val="ListBullet"/>
        <w:spacing w:line="240" w:lineRule="auto"/>
        <w:ind w:left="720"/>
      </w:pPr>
      <w:r/>
      <w:r>
        <w:rPr>
          <w:b/>
        </w:rPr>
        <w:t>Monogamy gets a personal twist:</w:t>
      </w:r>
      <w:r>
        <w:t xml:space="preserve"> Nic Hawk says a committed marriage suits him, even though he rejects the idea that marriage should end sexual excitement.</w:t>
      </w:r>
      <w:r/>
    </w:p>
    <w:p>
      <w:pPr>
        <w:pStyle w:val="ListBullet"/>
        <w:spacing w:line="240" w:lineRule="auto"/>
        <w:ind w:left="720"/>
      </w:pPr>
      <w:r/>
      <w:r>
        <w:rPr>
          <w:b/>
        </w:rPr>
        <w:t>Desire needs attention:</w:t>
      </w:r>
      <w:r>
        <w:t xml:space="preserve"> The discussion presents long-term intimacy as something couples can nurture rather than simply assume will continue.</w:t>
      </w:r>
      <w:r/>
    </w:p>
    <w:p>
      <w:pPr>
        <w:pStyle w:val="ListBullet"/>
        <w:spacing w:line="240" w:lineRule="auto"/>
        <w:ind w:left="720"/>
      </w:pPr>
      <w:r/>
      <w:r>
        <w:rPr>
          <w:b/>
        </w:rPr>
        <w:t>Open relationships aren't for everyone:</w:t>
      </w:r>
      <w:r>
        <w:t xml:space="preserve"> The episode makes room for different relationship structures without treating one model as universally better.</w:t>
      </w:r>
      <w:r/>
    </w:p>
    <w:p>
      <w:pPr>
        <w:pStyle w:val="ListBullet"/>
        <w:spacing w:line="240" w:lineRule="auto"/>
        <w:ind w:left="720"/>
      </w:pPr>
      <w:r/>
      <w:r>
        <w:rPr>
          <w:b/>
        </w:rPr>
        <w:t>Humour opens the door:</w:t>
      </w:r>
      <w:r>
        <w:t xml:space="preserve"> A mischievous story involving a nursing-home bathroom turns a serious subject into an unexpectedly entertaining conversation.</w:t>
      </w:r>
      <w:r/>
    </w:p>
    <w:p>
      <w:pPr>
        <w:pStyle w:val="ListBullet"/>
        <w:spacing w:line="240" w:lineRule="auto"/>
        <w:ind w:left="720"/>
      </w:pPr>
      <w:r/>
      <w:r>
        <w:rPr>
          <w:b/>
        </w:rPr>
        <w:t>The wider debate is growing:</w:t>
      </w:r>
      <w:r>
        <w:t xml:space="preserve"> Public discussions increasingly question whether traditional monogamy fits modern relationships.</w:t>
      </w:r>
      <w:r/>
      <w:r/>
    </w:p>
    <w:p>
      <w:pPr>
        <w:pStyle w:val="Heading2"/>
      </w:pPr>
      <w:r>
        <w:t>Marriage doesn't have to mean the end of mischief</w:t>
      </w:r>
      <w:r/>
    </w:p>
    <w:p>
      <w:r/>
      <w:r>
        <w:t>The most striking idea in the episode is refreshingly simple: loving one person doesn't require becoming sexually predictable. Nic Hawk talks about marriage as a source of commitment, not a rulebook demanding that desire quietly disappear.</w:t>
      </w:r>
      <w:r/>
    </w:p>
    <w:p>
      <w:r/>
      <w:r>
        <w:t>That distinction matters. Couples often hear that long-term relationships naturally become less exciting, as though routine is the unavoidable price of security. Hawk's story pushes back against that assumption with warmth, candour and a generous helping of cheek.</w:t>
      </w:r>
      <w:r/>
    </w:p>
    <w:p>
      <w:r/>
      <w:r>
        <w:t>The conversation also includes an especially memorable nursing-home bathroom anecdote. It's the sort of detail that makes the discussion feel lived-in rather than polished, reminding listeners that real intimacy is rarely as tidy as relationship advice suggests.</w:t>
      </w:r>
      <w:r/>
    </w:p>
    <w:p>
      <w:pPr>
        <w:pStyle w:val="Heading2"/>
      </w:pPr>
      <w:r>
        <w:t>Nic Hawk makes a case for choosing your own rules</w:t>
      </w:r>
      <w:r/>
    </w:p>
    <w:p>
      <w:r/>
      <w:r>
        <w:t>Hawk is presented as someone who believes in monogamy but doesn't see it as a reason to surrender sexual freedom or curiosity. That may sound contradictory to people who treat monogamy as a fixed formula, but his point is more practical: commitment can be defined by the couple living it.</w:t>
      </w:r>
      <w:r/>
    </w:p>
    <w:p>
      <w:r/>
      <w:r>
        <w:t>The episode arrives as Hawk's profile continues to rise. Event listings for his comedy work show an audience interested in his sharp, personal style, while broader entertainment coverage has kept relationship expectations firmly in the spotlight. His appeal lies partly in making serious questions feel less intimidating.</w:t>
      </w:r>
      <w:r/>
    </w:p>
    <w:p>
      <w:r/>
      <w:r>
        <w:t>For couples, the useful takeaway isn't that everyone should follow Hawk's approach. It's that an honest conversation about boundaries, fantasies and expectations is usually healthier than silently relying on assumptions.</w:t>
      </w:r>
      <w:r/>
    </w:p>
    <w:p>
      <w:pPr>
        <w:pStyle w:val="Heading2"/>
      </w:pPr>
      <w:r>
        <w:t>Why this debate keeps returning</w:t>
      </w:r>
      <w:r/>
    </w:p>
    <w:p>
      <w:r/>
      <w:r>
        <w:t>Monogamy has become a recurring subject in television, comedy and celebrity interviews. Discussions involving Nick Cannon, Nikki Glaser and other public figures have prompted fresh arguments over whether exclusivity is realistic, desirable or simply outdated.</w:t>
      </w:r>
      <w:r/>
    </w:p>
    <w:p>
      <w:r/>
      <w:r>
        <w:t>Those conversations can be noisy, but they reveal a genuine cultural shift. People are increasingly willing to question the old script around marriage, particularly the idea that one relationship structure should suit everybody.</w:t>
      </w:r>
      <w:r/>
    </w:p>
    <w:p>
      <w:r/>
      <w:r>
        <w:t>Still, the debate can become too binary. Monogamy isn't automatically dull, and non-monogamy isn't automatically liberating. The more helpful question is whether the arrangement is honest, mutual and workable for the people involved.</w:t>
      </w:r>
      <w:r/>
    </w:p>
    <w:p>
      <w:pPr>
        <w:pStyle w:val="Heading2"/>
      </w:pPr>
      <w:r>
        <w:t>How couples can keep long-term intimacy alive</w:t>
      </w:r>
      <w:r/>
    </w:p>
    <w:p>
      <w:r/>
      <w:r>
        <w:t>There isn't a single trick for preserving chemistry, but there are a few sensible starting points. Couples can schedule time that feels deliberately different from ordinary domestic life, talk openly about what turns them on and notice when affection is being crowded out by work, stress or endless scrolling.</w:t>
      </w:r>
      <w:r/>
    </w:p>
    <w:p>
      <w:r/>
      <w:r>
        <w:t>It also helps to separate privacy from secrecy. A private relationship can still involve clear agreements, while secrecy usually creates anxiety and resentment. If expectations change, discussing them early is kinder than hoping a partner will somehow guess.</w:t>
      </w:r>
      <w:r/>
    </w:p>
    <w:p>
      <w:r/>
      <w:r>
        <w:t>For anyone considering an open arrangement, the same principle applies. Consent needs to be enthusiastic and ongoing, and practical conversations about boundaries, safer sex and emotional comfort matter far more than copying someone else's version of freedom.</w:t>
      </w:r>
      <w:r/>
    </w:p>
    <w:p>
      <w:pPr>
        <w:pStyle w:val="Heading2"/>
      </w:pPr>
      <w:r>
        <w:t>A funny conversation with a serious point</w:t>
      </w:r>
      <w:r/>
    </w:p>
    <w:p>
      <w:r/>
      <w:r>
        <w:t>Psychosexual works because it doesn't present intimacy as a performance of perfection. With Brian Kennedy and Jada Pinkett Fox guiding the discussion, Hawk is able to be comic, candid and slightly outrageous while still making a thoughtful case for lasting desire.</w:t>
      </w:r>
      <w:r/>
    </w:p>
    <w:p>
      <w:r/>
      <w:r>
        <w:t>That balance feels particularly welcome in conversations about gay relationships, where public discussion has often swung between stereotypes and idealised images. A messy, funny, affectionate account can be more useful than another neat theory about how couples should behave.</w:t>
      </w:r>
      <w:r/>
    </w:p>
    <w:p>
      <w:r/>
      <w:r>
        <w:t>The episode's broader message is quietly optimistic. Marriage doesn't have to flatten a person's personality, and commitment doesn't have to cancel curiosity. Sometimes, keeping the spark alive starts with admitting that both partners still want to have fun.</w:t>
      </w:r>
      <w:r/>
    </w:p>
    <w:p>
      <w:r/>
      <w:r>
        <w:t>It's a small but powerful reminder that couples get to write their own relationship rules.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https://meaws.com/news/psychosexual-episode-5-monogamy-doesn-t-mean/105818</w:t>
        </w:r>
      </w:hyperlink>
      <w:r>
        <w:t xml:space="preserve"> - Please view link - unable to able to access data</w:t>
      </w:r>
      <w:r/>
    </w:p>
    <w:p>
      <w:pPr>
        <w:pStyle w:val="ListNumber"/>
        <w:spacing w:line="240" w:lineRule="auto"/>
        <w:ind w:left="720"/>
      </w:pPr>
      <w:r/>
      <w:hyperlink r:id="rId10">
        <w:r>
          <w:rPr>
            <w:color w:val="0000EE"/>
            <w:u w:val="single"/>
          </w:rPr>
          <w:t>https://www.eventvesta.com/events/160755-nic-at-night-with-nic-hawk</w:t>
        </w:r>
      </w:hyperlink>
      <w:r>
        <w:t xml:space="preserve"> - Nic Hawk, a rising comedian in Dallas, has been performing at various comedy festivals across the U.S. and was a finalist for Funniest Person in Dallas in 2023. He has also been a top 20 contestant on NBC's The Voice and has performed in festivals all over the U.S. (LGBTLOL, B4udieFest).</w:t>
      </w:r>
      <w:r/>
    </w:p>
    <w:p>
      <w:pPr>
        <w:pStyle w:val="ListNumber"/>
        <w:spacing w:line="240" w:lineRule="auto"/>
        <w:ind w:left="720"/>
      </w:pPr>
      <w:r/>
      <w:hyperlink r:id="rId12">
        <w:r>
          <w:rPr>
            <w:color w:val="0000EE"/>
            <w:u w:val="single"/>
          </w:rPr>
          <w:t>https://www.monstersandcritics.com/celebrity/nick-cannon-opens-up-about-relationships-says-monogamy-isnt-healthy/</w:t>
        </w:r>
      </w:hyperlink>
      <w:r>
        <w:t xml:space="preserve"> - Nick Cannon has opened up about his thoughts on monogamy, stating that he doesn't believe it's healthy. He mentioned that he has 'failed miserably so many times at monogamy and relationships' and that he doesn't want to be married.</w:t>
      </w:r>
      <w:r/>
    </w:p>
    <w:p>
      <w:pPr>
        <w:pStyle w:val="ListNumber"/>
        <w:spacing w:line="240" w:lineRule="auto"/>
        <w:ind w:left="720"/>
      </w:pPr>
      <w:r/>
      <w:hyperlink r:id="rId11">
        <w:r>
          <w:rPr>
            <w:color w:val="0000EE"/>
            <w:u w:val="single"/>
          </w:rPr>
          <w:t>https://www.itv.com/thismorning/articles/is-monogamy-realistic</w:t>
        </w:r>
      </w:hyperlink>
      <w:r>
        <w:t xml:space="preserve"> - A discussion on the ITV show 'This Morning' about whether monogamy is realistic. Journalist Helen Croydon argues that she could never be monogamous, while parenting expert Anne Atkins, who has been married for over 30 years, believes that monogamy is alive and well.</w:t>
      </w:r>
      <w:r/>
    </w:p>
    <w:p>
      <w:pPr>
        <w:pStyle w:val="ListNumber"/>
        <w:spacing w:line="240" w:lineRule="auto"/>
        <w:ind w:left="720"/>
      </w:pPr>
      <w:r/>
      <w:hyperlink r:id="rId14">
        <w:r>
          <w:rPr>
            <w:color w:val="0000EE"/>
            <w:u w:val="single"/>
          </w:rPr>
          <w:t>https://www.foxnews.com/media/viral-nikki-glaser-clip-prompts-discussion-over-whether-monogamy-dead.amp</w:t>
        </w:r>
      </w:hyperlink>
      <w:r>
        <w:t xml:space="preserve"> - A viral video of comedian Nikki Glaser discussing her views on sex in her relationship has sparked a larger debate about modern dating and whether monogamy is dead.</w:t>
      </w:r>
      <w:r/>
    </w:p>
    <w:p>
      <w:pPr>
        <w:pStyle w:val="ListNumber"/>
        <w:spacing w:line="240" w:lineRule="auto"/>
        <w:ind w:left="720"/>
      </w:pPr>
      <w:r/>
      <w:hyperlink r:id="rId13">
        <w:r>
          <w:rPr>
            <w:color w:val="0000EE"/>
            <w:u w:val="single"/>
          </w:rPr>
          <w:t>https://www.cheatsheet.com/news/nick-cannon-says-he-failed-miserably-at-monogamy-and-doesnt-want-to-be-married.html/</w:t>
        </w:r>
      </w:hyperlink>
      <w:r>
        <w:t xml:space="preserve"> - Nick Cannon has admitted that he has 'failed miserably so many times at monogamy and relationships' and doesn't want to be married. He has fathered multiple children with multiple different women.</w:t>
      </w:r>
      <w:r/>
    </w:p>
    <w:p>
      <w:pPr>
        <w:pStyle w:val="ListNumber"/>
        <w:spacing w:line="240" w:lineRule="auto"/>
        <w:ind w:left="720"/>
      </w:pPr>
      <w:r/>
      <w:hyperlink r:id="rId15">
        <w:r>
          <w:rPr>
            <w:color w:val="0000EE"/>
            <w:u w:val="single"/>
          </w:rPr>
          <w:t>https://www.blackamericaweb.com/2014/04/03/ochocinco-monogamy-is-impossible-i-lose-interest-after-six-months-watch/</w:t>
        </w:r>
      </w:hyperlink>
      <w:r>
        <w:t xml:space="preserve"> - Former NFL player Chad 'Ochocinco' Johnson stated that monogamy is impossible for him and that he loses interest after six months. He was brutally honest about his views on monogamy and falling in love.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psychosexual-episode-5-monogamy-doesn-t-mean/105818" TargetMode="External"/><Relationship Id="rId10" Type="http://schemas.openxmlformats.org/officeDocument/2006/relationships/hyperlink" Target="https://www.eventvesta.com/events/160755-nic-at-night-with-nic-hawk" TargetMode="External"/><Relationship Id="rId11" Type="http://schemas.openxmlformats.org/officeDocument/2006/relationships/hyperlink" Target="https://www.itv.com/thismorning/articles/is-monogamy-realistic" TargetMode="External"/><Relationship Id="rId12" Type="http://schemas.openxmlformats.org/officeDocument/2006/relationships/hyperlink" Target="https://www.monstersandcritics.com/celebrity/nick-cannon-opens-up-about-relationships-says-monogamy-isnt-healthy/" TargetMode="External"/><Relationship Id="rId13" Type="http://schemas.openxmlformats.org/officeDocument/2006/relationships/hyperlink" Target="https://www.cheatsheet.com/news/nick-cannon-says-he-failed-miserably-at-monogamy-and-doesnt-want-to-be-married.html/" TargetMode="External"/><Relationship Id="rId14" Type="http://schemas.openxmlformats.org/officeDocument/2006/relationships/hyperlink" Target="https://www.foxnews.com/media/viral-nikki-glaser-clip-prompts-discussion-over-whether-monogamy-dead.amp" TargetMode="External"/><Relationship Id="rId15" Type="http://schemas.openxmlformats.org/officeDocument/2006/relationships/hyperlink" Target="https://www.blackamericaweb.com/2014/04/03/ochocinco-monogamy-is-impossible-i-lose-interest-after-six-months-wat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