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Bear Culture Makes Ageing Feel More Visible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rediscovering gay bear culture as a warm, visible community built around body types, masculinity and attraction that mainstream queer media has often overlooked. For many men, finding the language for bears, cubs and Daddies can turn private uncertainty into belonging, while offering a more generous view of getting older.</w:t>
      </w:r>
      <w:r/>
    </w:p>
    <w:p>
      <w:pPr>
        <w:pStyle w:val="Heading2"/>
      </w:pPr>
      <w:r>
        <w:t>The word can change everything</w:t>
      </w:r>
      <w:r/>
    </w:p>
    <w:p>
      <w:r/>
      <w:r>
        <w:t>For some gay men, discovering bear culture is less like learning a label and more like finding a missing chapter of their own story. A body that once seemed absent from magazines, television and online imagery suddenly has a name, a history and a community around it.</w:t>
      </w:r>
      <w:r/>
    </w:p>
    <w:p>
      <w:r/>
      <w:r>
        <w:t>Bear culture generally celebrates men who are larger, hairier or more traditionally rugged, although there isn't one fixed definition. As Them has noted, the category has always been flexible, shaped by local communities, changing fashion and personal identity rather than a strict checklist.</w:t>
      </w:r>
      <w:r/>
    </w:p>
    <w:p>
      <w:r/>
      <w:r>
        <w:t>That flexibility matters. It leaves room for bears, cubs, otters, chubs, Daddies and admirers, without insisting that everyone must look or behave the same way.</w:t>
      </w:r>
      <w:r/>
    </w:p>
    <w:p>
      <w:pPr>
        <w:pStyle w:val="Heading2"/>
      </w:pPr>
      <w:r>
        <w:t>From niche label to recognisable community</w:t>
      </w:r>
      <w:r/>
    </w:p>
    <w:p>
      <w:r/>
      <w:r>
        <w:t>The modern bear scene grew through social spaces, nightlife, magazines, websites and gatherings where men could meet outside the narrow beauty standards often associated with gay culture. Wikipedia's overview of bear culture traces the identity to gay communities that wanted greater visibility for masculine, hairy and heavier bodies.</w:t>
      </w:r>
      <w:r/>
    </w:p>
    <w:p>
      <w:r/>
      <w:r>
        <w:t>Online forums and dating platforms later made those connections easier to find. BearWWW describes the community as a culture with its own language and social traditions, rather than simply a preference for a particular appearance.</w:t>
      </w:r>
      <w:r/>
    </w:p>
    <w:p>
      <w:r/>
      <w:r>
        <w:t>That distinction is important. A bear isn't merely a body type, and an admirer isn't automatically part of the same identity. These labels can describe attraction, presentation, community or all three, depending on the person.</w:t>
      </w:r>
      <w:r/>
    </w:p>
    <w:p>
      <w:pPr>
        <w:pStyle w:val="Heading2"/>
      </w:pPr>
      <w:r>
        <w:t>Why older men can feel newly visible</w:t>
      </w:r>
      <w:r/>
    </w:p>
    <w:p>
      <w:r/>
      <w:r>
        <w:t>One of the most appealing aspects of bear culture is its more relaxed relationship with age. Grey hair, fuller stomachs, beards and broad physiques aren't necessarily treated as problems to correct. In many bear spaces, they can become part of the appeal.</w:t>
      </w:r>
      <w:r/>
    </w:p>
    <w:p>
      <w:r/>
      <w:r>
        <w:t>Guides from Gay Bears UK and Husky Bear Poppers describe a community where maturity and physical presence are often valued, particularly through identities such as Daddy and silver bear. That doesn't mean every older man feels confident, of course, but it does offer a different script from the familiar pressure to stay young, slim and polished.</w:t>
      </w:r>
      <w:r/>
    </w:p>
    <w:p>
      <w:r/>
      <w:r>
        <w:t>For anyone who grew up believing desirability had an expiry date, that can feel quietly radical. The mirror may not change, but the language around it can.</w:t>
      </w:r>
      <w:r/>
    </w:p>
    <w:p>
      <w:pPr>
        <w:pStyle w:val="Heading2"/>
      </w:pPr>
      <w:r>
        <w:t>Labels help, but they shouldn't become rules</w:t>
      </w:r>
      <w:r/>
    </w:p>
    <w:p>
      <w:r/>
      <w:r>
        <w:t>The best use of bear terminology is as an invitation, not a test. Someone can identify as a bear without having a particular weight, beard length or personality. Equally, a man may enjoy bear spaces without adopting the label at all.</w:t>
      </w:r>
      <w:r/>
    </w:p>
    <w:p>
      <w:r/>
      <w:r>
        <w:t>The community's history shows why definitions remain fluid. According to The Bear Community's historical guide, bear culture developed through overlapping groups and social scenes, so its meaning has shifted across countries and generations.</w:t>
      </w:r>
      <w:r/>
    </w:p>
    <w:p>
      <w:r/>
      <w:r>
        <w:t>If you're exploring the scene, start with curiosity. Look for welcoming events, read community guidelines, and pay attention to how people talk about consent, respect and inclusion. A friendly atmosphere should feel broad enough for different races, body shapes, ages, gender expressions and levels of experience.</w:t>
      </w:r>
      <w:r/>
    </w:p>
    <w:p>
      <w:pPr>
        <w:pStyle w:val="Heading2"/>
      </w:pPr>
      <w:r>
        <w:t>A fuller picture of gay desirability</w:t>
      </w:r>
      <w:r/>
    </w:p>
    <w:p>
      <w:r/>
      <w:r>
        <w:t>Bear culture hasn't erased the wider pressures of gay life, and it shouldn't be romanticised as a perfect refuge. Some communities still wrestle with racism, body hierarchies, ageism and exclusion. BearWWW's explainer and Pink Media's market overview both point to a scene with distinct identities and interests, but no community is free from the inequalities found elsewhere.</w:t>
      </w:r>
      <w:r/>
    </w:p>
    <w:p>
      <w:r/>
      <w:r>
        <w:t>Even so, greater visibility has real value. Seeing hairy, heavy, ageing or plainly ordinary men presented as attractive can soften the sense that only one kind of body gets to be wanted.</w:t>
      </w:r>
      <w:r/>
    </w:p>
    <w:p>
      <w:r/>
      <w:r>
        <w:t>That may be the most lasting contribution of bear culture. It doesn't just give people new labels; it expands the idea of who gets to be seen, desired and celebrated.</w:t>
      </w:r>
      <w:r/>
    </w:p>
    <w:p>
      <w:r/>
      <w:r>
        <w:t>A bigger idea of beauty can make growing older feel far less like disappearing.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[4]</w:t>
        </w:r>
      </w:hyperlink>
      <w:r>
        <w:t xml:space="preserve">, </w:t>
      </w:r>
      <w:hyperlink r:id="rId11">
        <w:r>
          <w:rPr>
            <w:color w:val="0000EE"/>
            <w:u w:val="single"/>
          </w:rPr>
          <w:t>[7]</w:t>
        </w:r>
      </w:hyperlink>
      <w:r>
        <w:t xml:space="preserve">- Paragraph 5: </w:t>
      </w:r>
      <w:hyperlink r:id="rId12">
        <w:r>
          <w:rPr>
            <w:color w:val="0000EE"/>
            <w:u w:val="single"/>
          </w:rPr>
          <w:t>[2]</w:t>
        </w:r>
      </w:hyperlink>
      <w:r>
        <w:t xml:space="preserve">, </w:t>
      </w:r>
      <w:hyperlink r:id="rId15">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3">
        <w:r>
          <w:rPr>
            <w:color w:val="0000EE"/>
            <w:u w:val="single"/>
          </w:rPr>
          <w:t>[3]</w:t>
        </w:r>
      </w:hyperlink>
      <w:r>
        <w:t xml:space="preserve">, </w:t>
      </w:r>
      <w:hyperlink r:id="rId11">
        <w:r>
          <w:rPr>
            <w:color w:val="0000EE"/>
            <w:u w:val="single"/>
          </w:rPr>
          <w:t>[7]</w:t>
        </w:r>
      </w:hyperlink>
      <w:r>
        <w:t xml:space="preserve">- Paragraph 8: </w:t>
      </w:r>
      <w:hyperlink r:id="rId12">
        <w:r>
          <w:rPr>
            <w:color w:val="0000EE"/>
            <w:u w:val="single"/>
          </w:rPr>
          <w:t>[2]</w:t>
        </w:r>
      </w:hyperlink>
      <w:r>
        <w:t xml:space="preserve">, </w:t>
      </w:r>
      <w:hyperlink r:id="rId10">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3">
        <w:r>
          <w:rPr>
            <w:color w:val="0000EE"/>
            <w:u w:val="single"/>
          </w:rPr>
          <w:t>[3]</w:t>
        </w:r>
      </w:hyperlink>
      <w:r>
        <w:t xml:space="preserve">, </w:t>
      </w:r>
      <w:hyperlink r:id="rId11">
        <w:r>
          <w:rPr>
            <w:color w:val="0000EE"/>
            <w:u w:val="single"/>
          </w:rPr>
          <w:t>[7]</w:t>
        </w:r>
      </w:hyperlink>
      <w:r>
        <w:t xml:space="preserve">- Paragraph 11: </w:t>
      </w:r>
      <w:hyperlink r:id="rId12">
        <w:r>
          <w:rPr>
            <w:color w:val="0000EE"/>
            <w:u w:val="single"/>
          </w:rPr>
          <w:t>[2]</w:t>
        </w:r>
      </w:hyperlink>
      <w:r>
        <w:t xml:space="preserve">, </w:t>
      </w:r>
      <w:hyperlink r:id="rId10">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https://instinctmagazine.com/portraits-gay-bears/</w:t>
        </w:r>
      </w:hyperlink>
      <w:r>
        <w:t xml:space="preserve"> - Please view link - unable to able to access data</w:t>
      </w:r>
      <w:r/>
    </w:p>
    <w:p>
      <w:pPr>
        <w:pStyle w:val="ListNumber"/>
        <w:spacing w:line="240" w:lineRule="auto"/>
        <w:ind w:left="720"/>
      </w:pPr>
      <w:r/>
      <w:hyperlink r:id="rId12">
        <w:r>
          <w:rPr>
            <w:color w:val="0000EE"/>
            <w:u w:val="single"/>
          </w:rPr>
          <w:t>https://www.bearwww.com/blog/understanding-gay-bear-culture-definitions-significance/</w:t>
        </w:r>
      </w:hyperlink>
      <w:r>
        <w:t xml:space="preserve"> - This article provides an in-depth exploration of the gay bear community, detailing its origins, cultural significance, and the diverse identities within it. It traces the emergence of the bear subculture in the 1980s as a response to the exclusion of older, larger, and hairier men from mainstream gay culture. The piece also discusses the evolution of the bear identity, highlighting its emphasis on self-acceptance, body diversity, and a sense of belonging. Additionally, it examines the community's expansion through various media, events, and online platforms, underscoring its global reach and inclusivity.</w:t>
      </w:r>
      <w:r/>
    </w:p>
    <w:p>
      <w:pPr>
        <w:pStyle w:val="ListNumber"/>
        <w:spacing w:line="240" w:lineRule="auto"/>
        <w:ind w:left="720"/>
      </w:pPr>
      <w:r/>
      <w:hyperlink r:id="rId13">
        <w:r>
          <w:rPr>
            <w:color w:val="0000EE"/>
            <w:u w:val="single"/>
          </w:rPr>
          <w:t>https://www.pinkmedia.lgbt/MarketGuides/bears-summary.html</w:t>
        </w:r>
      </w:hyperlink>
      <w:r>
        <w:t xml:space="preserve"> - This editorial summary delves into the economic and cultural impact of the gay bear community. It highlights the community's global reach, emphasizing major events like Bear Week in Provincetown and Bears Sitges Week, which draw thousands of attendees annually. The article discusses the bear community's travel and event economy, noting the loyalty and engagement of its members. It also touches upon the community's charitable activities and the welcoming nature that brands experience when engaging with this demographic. The piece underscores the bear community's significance in promoting body positivity and inclusivity within the LGBTQ+ spectrum.</w:t>
      </w:r>
      <w:r/>
    </w:p>
    <w:p>
      <w:pPr>
        <w:pStyle w:val="ListNumber"/>
        <w:spacing w:line="240" w:lineRule="auto"/>
        <w:ind w:left="720"/>
      </w:pPr>
      <w:r/>
      <w:hyperlink r:id="rId10">
        <w:r>
          <w:rPr>
            <w:color w:val="0000EE"/>
            <w:u w:val="single"/>
          </w:rPr>
          <w:t>https://en.wikipedia.org/wiki/Bear_%28gay_culture%29</w:t>
        </w:r>
      </w:hyperlink>
      <w:r>
        <w:t xml:space="preserve"> - This Wikipedia entry offers a comprehensive overview of the bear subculture within the LGBTQ+ community. It defines bears as gay or bisexual men who are typically larger, hairier, and more rugged, contrasting with the 'twink' archetype. The article traces the movement's origins in the 1980s, particularly in San Francisco, as a reaction to the exclusion of certain body types from mainstream gay culture. It also discusses the evolution of the bear identity, including the inclusion of transgender men and non-binary individuals, and the community's global spread through clubs, events, and online platforms.</w:t>
      </w:r>
      <w:r/>
    </w:p>
    <w:p>
      <w:pPr>
        <w:pStyle w:val="ListNumber"/>
        <w:spacing w:line="240" w:lineRule="auto"/>
        <w:ind w:left="720"/>
      </w:pPr>
      <w:r/>
      <w:hyperlink r:id="rId14">
        <w:r>
          <w:rPr>
            <w:color w:val="0000EE"/>
            <w:u w:val="single"/>
          </w:rPr>
          <w:t>https://huskybearpoppers.eu/what-is-the-bear-community/</w:t>
        </w:r>
      </w:hyperlink>
      <w:r>
        <w:t xml:space="preserve"> - This guide provides an in-depth explanation of the bear community, covering its culture, identity, and history. It traces the subculture's emergence in the late 1980s as a response to the exclusion of men who did not fit the slim, smooth, youthful image prevalent in mainstream gay culture. The article discusses the core values of bear identity, including body positivity, authenticity, camaraderie, and inclusive belonging. It also explores the community's subgroups, global events, and the significance of symbols like the Bear Pride Flag. Additionally, it highlights the bear community's ongoing influence and relevance in contemporary LGBTQ+ spaces.</w:t>
      </w:r>
      <w:r/>
    </w:p>
    <w:p>
      <w:pPr>
        <w:pStyle w:val="ListNumber"/>
        <w:spacing w:line="240" w:lineRule="auto"/>
        <w:ind w:left="720"/>
      </w:pPr>
      <w:r/>
      <w:hyperlink r:id="rId15">
        <w:r>
          <w:rPr>
            <w:color w:val="0000EE"/>
            <w:u w:val="single"/>
          </w:rPr>
          <w:t>https://gaybears.uk/about-bears/bear-history/</w:t>
        </w:r>
      </w:hyperlink>
      <w:r>
        <w:t xml:space="preserve"> - This article delves into the history of the bear community, detailing its origins and evolution. It notes that the first organized bear club in Europe was founded in 1984 in Cologne, Germany, and that the bear label became appealing to many American men who neither could nor wanted to identify with urban gay lifestyles and their associated stereotypes. The piece also highlights the launch of Bear Magazine in 1987, which played a pivotal role in popularizing the bear identity and culture. Additionally, it discusses the community's growth through dedicated events, clubs, and the creation of symbols like the Bear Flag.</w:t>
      </w:r>
      <w:r/>
    </w:p>
    <w:p>
      <w:pPr>
        <w:pStyle w:val="ListNumber"/>
        <w:spacing w:line="240" w:lineRule="auto"/>
        <w:ind w:left="720"/>
      </w:pPr>
      <w:r/>
      <w:hyperlink r:id="rId11">
        <w:r>
          <w:rPr>
            <w:color w:val="0000EE"/>
            <w:u w:val="single"/>
          </w:rPr>
          <w:t>https://www.them.us/story/what-is-a-bear-gay-slang-subculture-history</w:t>
        </w:r>
      </w:hyperlink>
      <w:r>
        <w:t xml:space="preserve"> - This article provides an overview of the 'bear' subculture within the gay community, explaining its origins, characteristics, and cultural significance. It traces the term's emergence in the late 1970s and early 1980s as a descriptor for gay and bisexual men who were larger, hairier, and more rugged, offering an alternative to the 'twink' archetype. The piece discusses the bear community's emphasis on body positivity, authenticity, and inclusivity, highlighting its evolution to embrace non-binary and transgender individuals. It also touches upon the community's representation in media and its ongoing influence in LGBTQ+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portraits-gay-bears/" TargetMode="External"/><Relationship Id="rId10" Type="http://schemas.openxmlformats.org/officeDocument/2006/relationships/hyperlink" Target="https://en.wikipedia.org/wiki/Bear_%28gay_culture%29" TargetMode="External"/><Relationship Id="rId11" Type="http://schemas.openxmlformats.org/officeDocument/2006/relationships/hyperlink" Target="https://www.them.us/story/what-is-a-bear-gay-slang-subculture-history" TargetMode="External"/><Relationship Id="rId12" Type="http://schemas.openxmlformats.org/officeDocument/2006/relationships/hyperlink" Target="https://www.bearwww.com/blog/understanding-gay-bear-culture-definitions-significance/" TargetMode="External"/><Relationship Id="rId13" Type="http://schemas.openxmlformats.org/officeDocument/2006/relationships/hyperlink" Target="https://www.pinkmedia.lgbt/MarketGuides/bears-summary.html" TargetMode="External"/><Relationship Id="rId14" Type="http://schemas.openxmlformats.org/officeDocument/2006/relationships/hyperlink" Target="https://huskybearpoppers.eu/what-is-the-bear-community/" TargetMode="External"/><Relationship Id="rId15" Type="http://schemas.openxmlformats.org/officeDocument/2006/relationships/hyperlink" Target="https://gaybears.uk/about-bears/bear-hi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