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Clayface’s Queer Subtext Still Resonates With LGBTQ+ Fans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Viewers are revisiting Clayface’s queer subtext as the new DC body-horror film reaches cinemas, finding familiar themes in its shapeshifting hero-villain. From 1990s animation to modern comic-book interpretations, the character’s changing identity, fear of rejection and complicated relationship with his body give LGBTQ+ audiences plenty to consider.</w:t>
      </w:r>
      <w:r/>
    </w:p>
    <w:p>
      <w:pPr>
        <w:pStyle w:val="Heading2"/>
      </w:pPr>
      <w:r>
        <w:t>Essential Takeaways</w:t>
      </w:r>
      <w:r/>
      <w:r/>
    </w:p>
    <w:p>
      <w:pPr>
        <w:pStyle w:val="ListBullet"/>
        <w:spacing w:line="240" w:lineRule="auto"/>
        <w:ind w:left="720"/>
      </w:pPr>
      <w:r/>
      <w:r>
        <w:rPr>
          <w:b/>
        </w:rPr>
        <w:t>Clayface has several origins:</w:t>
      </w:r>
      <w:r>
        <w:t xml:space="preserve"> Basil Karlo and Matt Hagen are among the character’s best-known comic-book identities.</w:t>
      </w:r>
      <w:r/>
    </w:p>
    <w:p>
      <w:pPr>
        <w:pStyle w:val="ListBullet"/>
        <w:spacing w:line="240" w:lineRule="auto"/>
        <w:ind w:left="720"/>
      </w:pPr>
      <w:r/>
      <w:r>
        <w:rPr>
          <w:b/>
        </w:rPr>
        <w:t>The animated version runs deep:</w:t>
      </w:r>
      <w:r>
        <w:t xml:space="preserve"> Batman: The Animated Series gave Matt Hagen a tragic transformation rooted in fame, fear and exploitation.</w:t>
      </w:r>
      <w:r/>
    </w:p>
    <w:p>
      <w:pPr>
        <w:pStyle w:val="ListBullet"/>
        <w:spacing w:line="240" w:lineRule="auto"/>
        <w:ind w:left="720"/>
      </w:pPr>
      <w:r/>
      <w:r>
        <w:rPr>
          <w:b/>
        </w:rPr>
        <w:t>Queer readings have history:</w:t>
      </w:r>
      <w:r>
        <w:t xml:space="preserve"> Matt’s bond with Teddy Lupus has long been interpreted as romantic, with creative voices later supporting that reading.</w:t>
      </w:r>
      <w:r/>
    </w:p>
    <w:p>
      <w:pPr>
        <w:pStyle w:val="ListBullet"/>
        <w:spacing w:line="240" w:lineRule="auto"/>
        <w:ind w:left="720"/>
      </w:pPr>
      <w:r/>
      <w:r>
        <w:rPr>
          <w:b/>
        </w:rPr>
        <w:t>The metaphor is hard to miss:</w:t>
      </w:r>
      <w:r>
        <w:t xml:space="preserve"> Shapeshifting, dysphoria and social rejection naturally invite conversations about identity.</w:t>
      </w:r>
      <w:r/>
    </w:p>
    <w:p>
      <w:pPr>
        <w:pStyle w:val="ListBullet"/>
        <w:spacing w:line="240" w:lineRule="auto"/>
        <w:ind w:left="720"/>
      </w:pPr>
      <w:r/>
      <w:r>
        <w:rPr>
          <w:b/>
        </w:rPr>
        <w:t>The new film may keep things subtle:</w:t>
      </w:r>
      <w:r>
        <w:t xml:space="preserve"> Early discussion suggests its queer resonance could sit beneath the surface rather than drive the plot.</w:t>
      </w:r>
      <w:r/>
      <w:r/>
    </w:p>
    <w:p>
      <w:pPr>
        <w:pStyle w:val="Heading2"/>
      </w:pPr>
      <w:r>
        <w:t>Clayface has always been a story about the body</w:t>
      </w:r>
      <w:r/>
    </w:p>
    <w:p>
      <w:r/>
      <w:r>
        <w:t>Clayface works because his horror is instantly recognisable. A man is injured, becomes desperate to restore his appearance and ends up trapped inside a body that no longer behaves as it should. The result is sticky, unstable and deeply unsettling, but the emotional core is painfully human. GamesRadar’s background on Matt Hagen’s character history helps explain why this version remains so compelling.</w:t>
      </w:r>
      <w:r/>
    </w:p>
    <w:p>
      <w:r/>
      <w:r>
        <w:t>That physical transformation also gives audiences a ready-made metaphor for identity. Clayface can borrow other faces, but he can't escape the anxiety underneath them. For viewers who've felt pressured to perform a version of themselves for family, work or society, that tension can land with unusual force. The character's powers are spectacular, yet the fear behind them feels intimate.</w:t>
      </w:r>
      <w:r/>
    </w:p>
    <w:p>
      <w:pPr>
        <w:pStyle w:val="Heading2"/>
      </w:pPr>
      <w:r>
        <w:t>The animated series made the subtext impossible to ignore</w:t>
      </w:r>
      <w:r/>
    </w:p>
    <w:p>
      <w:r/>
      <w:r>
        <w:t>For many fans, the defining Clayface story remains the two-part "Feat of Clay" from Batman: The Animated Series. Matt Hagen is a successful actor whose disfigurement sends him towards an experimental cosmetic treatment, only for the cure to become the source of his monstrous new form. GamesRadar's explainer on Matt Hagen places that story among the character's most influential interpretations.</w:t>
      </w:r>
      <w:r/>
    </w:p>
    <w:p>
      <w:r/>
      <w:r>
        <w:t>The emotional weight comes from Matt's relationship with Teddy Lupus, his stunt double and closest confidant. Teddy offers loyalty when Matt is frightened and isolated, creating a bond that feels far more intimate than a casual friendship. The series never states that they're lovers, but the closeness, devotion and heartbreak have encouraged that reading for years.</w:t>
      </w:r>
      <w:r/>
    </w:p>
    <w:p>
      <w:r/>
      <w:r>
        <w:t>Director Kevin Altieri later described the relationship as intentionally gay during a 2017 podcast appearance, according to the original Queerty report. That context matters because it turns a fan interpretation into something grounded in the intentions of at least one key creative voice. It also explains why the episode continues to attract queer viewers who recognise its mixture of secrecy, shame and tenderness.</w:t>
      </w:r>
      <w:r/>
    </w:p>
    <w:p>
      <w:pPr>
        <w:pStyle w:val="Heading2"/>
      </w:pPr>
      <w:r>
        <w:t>Why shapeshifting carries such a queer charge</w:t>
      </w:r>
      <w:r/>
    </w:p>
    <w:p>
      <w:r/>
      <w:r>
        <w:t>Superhero stories often use powers to dramatise feelings people struggle to express directly. With Clayface, the metaphor is particularly literal. His body changes without permission, his appearance becomes a source of fear and his attempts to regain control only push him further into danger.</w:t>
      </w:r>
      <w:r/>
    </w:p>
    <w:p>
      <w:r/>
      <w:r>
        <w:t>That doesn't make the character automatically gay, of course. A queer reading isn't the same as a canon declaration, and audiences can respond to the same story in different ways. But the combination of bodily alienation, hidden identity and social disgust has made Clayface a natural figure for LGBTQ+ interpretation, particularly when viewed alongside the character's history in animation and comics.</w:t>
      </w:r>
      <w:r/>
    </w:p>
    <w:p>
      <w:r/>
      <w:r>
        <w:t>The wider DC universe has also made space for queer readings and openly LGBTQ+ characters. GamesRadar's reporting on Clayface's place in the DC film landscape shows how modern adaptations are increasingly willing to treat villains as psychologically layered figures rather than simple obstacles for Batman. That shift gives audiences more room to ask what these characters represent, not just what they destroy.</w:t>
      </w:r>
      <w:r/>
    </w:p>
    <w:p>
      <w:pPr>
        <w:pStyle w:val="Heading2"/>
      </w:pPr>
      <w:r>
        <w:t>A new horror film, with plenty beneath the surface</w:t>
      </w:r>
      <w:r/>
    </w:p>
    <w:p>
      <w:r/>
      <w:r>
        <w:t>The latest Clayface film arrives as a body-horror story rather than a straightforward Batman adventure. GamesRadar reported that director James Watkins didn't want the film to depend heavily on Batman, preferring a more contained character study in the mould of Joker. That approach could make Clayface's personal crisis feel more immediate.</w:t>
      </w:r>
      <w:r/>
    </w:p>
    <w:p>
      <w:r/>
      <w:r>
        <w:t>Reviews and early discussion have pointed to a film interested in identity, ambition and the pressure to remain desirable. The question is whether those ideas are explored fully or simply brushed against. According to GamesRadar's review coverage, the film's reception has focused on how successfully it balances horror with the emotional story beneath the effects.</w:t>
      </w:r>
      <w:r/>
    </w:p>
    <w:p>
      <w:r/>
      <w:r>
        <w:t>For LGBTQ+ viewers, that distinction matters. A film doesn't need to label Clayface as gay to speak to queer experiences, but it should handle themes such as dysphoria and social exclusion with care. The strongest version of this story won't treat the body as a gimmick. It'll make transformation feel like both a curse and, perhaps, a strange kind of freedom.</w:t>
      </w:r>
      <w:r/>
    </w:p>
    <w:p>
      <w:pPr>
        <w:pStyle w:val="Heading2"/>
      </w:pPr>
      <w:r>
        <w:t>Clayface's identity keeps changing with the times</w:t>
      </w:r>
      <w:r/>
    </w:p>
    <w:p>
      <w:r/>
      <w:r>
        <w:t>The character's long comic-book history helps explain why no single version can claim to be definitive. Basil Karlo began as a disgruntled actor, while Matt Hagen later became the more familiar tragic shapeshifter. Other incarnations have pushed the concept in stranger, lighter or more openly fluid directions, including the sexually fluid Clayface seen in Harley Quinn.</w:t>
      </w:r>
      <w:r/>
    </w:p>
    <w:p>
      <w:r/>
      <w:r>
        <w:t>Batman Wiki's entry on Claything reflects the broader tradition of Clayface-related identities and transformations across DC stories. Even the name has become flexible, attached to different bodies, personalities and interpretations. That's useful context when discussing whether one version is "really" queer: the character has never been especially stable in the first place.</w:t>
      </w:r>
      <w:r/>
    </w:p>
    <w:p>
      <w:r/>
      <w:r>
        <w:t>Perhaps that's why Clayface continues to invite personal readings. He isn't a neat symbol with one approved meaning. He's a cracked mirror, reflecting fears about beauty, illness, performance and belonging. For some viewers, that reflection will be frightening. For others, it may feel oddly familiar.</w:t>
      </w:r>
      <w:r/>
    </w:p>
    <w:p>
      <w:pPr>
        <w:pStyle w:val="Heading2"/>
      </w:pPr>
      <w:r>
        <w:t>The queer reading isn't going anywhere</w:t>
      </w:r>
      <w:r/>
    </w:p>
    <w:p>
      <w:r/>
      <w:r>
        <w:t>Whether the new film makes its queer subtext explicit or leaves it between the lines, audiences will keep bringing their own experiences to Clayface. That isn't a flaw in the character. It's one of the reasons he has survived so many reinventions.</w:t>
      </w:r>
      <w:r/>
    </w:p>
    <w:p>
      <w:r/>
      <w:r>
        <w:t>Associated Press coverage places the current film within a broader period of renewed interest in DC's unusual and darker characters. As superhero cinema becomes less interested in tidy heroes and villains, complicated figures such as Clayface have more room to breathe. Sometimes the most revealing stories are the ones that refuse to stay in one shape.</w:t>
      </w:r>
      <w:r/>
    </w:p>
    <w:p>
      <w:r/>
      <w:r>
        <w:t>Clayface may not offer a definitive answer to the question of whether he's gay. But the character's history shows why so many queer viewers see something of themselves in him: the fear of being rejected, the wish to be seen and the stubborn hope that change might lead somewhere better.</w:t>
      </w:r>
      <w:r/>
    </w:p>
    <w:p>
      <w:r/>
      <w:r>
        <w:t>It's a messy, moving metaphor, and Clayface was always built to leave fingerprints.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0">
        <w:r>
          <w:rPr>
            <w:color w:val="0000EE"/>
            <w:u w:val="single"/>
          </w:rPr>
          <w:t>[3]</w:t>
        </w:r>
      </w:hyperlink>
      <w:r>
        <w:t xml:space="preserve">, </w:t>
      </w:r>
      <w:hyperlink r:id="rId12">
        <w:r>
          <w:rPr>
            <w:color w:val="0000EE"/>
            <w:u w:val="single"/>
          </w:rPr>
          <w:t>[7]</w:t>
        </w:r>
      </w:hyperlink>
      <w:r>
        <w:t xml:space="preserve">- Paragraph 3: </w:t>
      </w:r>
      <w:hyperlink r:id="rId10">
        <w:r>
          <w:rPr>
            <w:color w:val="0000EE"/>
            <w:u w:val="single"/>
          </w:rPr>
          <w:t>[3]</w:t>
        </w:r>
      </w:hyperlink>
      <w:r>
        <w:t xml:space="preserve">, </w:t>
      </w:r>
      <w:hyperlink r:id="rId9">
        <w:r>
          <w:rPr>
            <w:color w:val="0000EE"/>
            <w:u w:val="single"/>
          </w:rPr>
          <w:t>[2]</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14">
        <w:r>
          <w:rPr>
            <w:color w:val="0000EE"/>
            <w:u w:val="single"/>
          </w:rPr>
          <w:t>[5]</w:t>
        </w:r>
      </w:hyperlink>
      <w:r>
        <w:t xml:space="preserve">, </w:t>
      </w:r>
      <w:hyperlink r:id="rId11">
        <w:r>
          <w:rPr>
            <w:color w:val="0000EE"/>
            <w:u w:val="single"/>
          </w:rPr>
          <w:t>[6]</w:t>
        </w:r>
      </w:hyperlink>
      <w:r>
        <w:t xml:space="preserve">- Paragraph 7: </w:t>
      </w:r>
      <w:hyperlink r:id="rId9">
        <w:r>
          <w:rPr>
            <w:color w:val="0000EE"/>
            <w:u w:val="single"/>
          </w:rPr>
          <w:t>[2]</w:t>
        </w:r>
      </w:hyperlink>
      <w:r>
        <w:t xml:space="preserve">, </w:t>
      </w:r>
      <w:hyperlink r:id="rId12">
        <w:r>
          <w:rPr>
            <w:color w:val="0000EE"/>
            <w:u w:val="single"/>
          </w:rPr>
          <w:t>[7]</w:t>
        </w:r>
      </w:hyperlink>
      <w:r>
        <w:t xml:space="preserve">- Paragraph 8: </w:t>
      </w:r>
      <w:hyperlink r:id="rId13">
        <w:r>
          <w:rPr>
            <w:color w:val="0000EE"/>
            <w:u w:val="single"/>
          </w:rPr>
          <w:t>[4]</w:t>
        </w:r>
      </w:hyperlink>
      <w:r>
        <w:t xml:space="preserve">, </w:t>
      </w:r>
      <w:hyperlink r:id="rId14">
        <w:r>
          <w:rPr>
            <w:color w:val="0000EE"/>
            <w:u w:val="single"/>
          </w:rPr>
          <w:t>[5]</w:t>
        </w:r>
      </w:hyperlink>
      <w:r>
        <w:t xml:space="preserve">- Paragraph 9: </w:t>
      </w:r>
      <w:hyperlink r:id="rId11">
        <w:r>
          <w:rPr>
            <w:color w:val="0000EE"/>
            <w:u w:val="single"/>
          </w:rPr>
          <w:t>[6]</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https://www.queerty.com/is-clayface-gay-unpacking-the-queer-subtext-of-the-batman-villain-20261022/</w:t>
        </w:r>
      </w:hyperlink>
      <w:r>
        <w:t xml:space="preserve"> - Please view link - unable to able to access data</w:t>
      </w:r>
      <w:r/>
    </w:p>
    <w:p>
      <w:pPr>
        <w:pStyle w:val="ListNumber"/>
        <w:spacing w:line="240" w:lineRule="auto"/>
        <w:ind w:left="720"/>
      </w:pPr>
      <w:r/>
      <w:hyperlink r:id="rId9">
        <w:r>
          <w:rPr>
            <w:color w:val="0000EE"/>
            <w:u w:val="single"/>
          </w:rPr>
          <w:t>https://www.queerty.com/is-clayface-gay-unpacking-the-queer-subtext-of-the-batman-villain-20261022/</w:t>
        </w:r>
      </w:hyperlink>
      <w:r>
        <w:t xml:space="preserve"> - This article explores the queer subtext of Batman's villain Clayface, highlighting his complex history and representations in various media. It discusses the character's origins, including his first appearance in 1940 as Basil Karlo, a disgruntled actor who becomes a villain after being excluded from a film remake. The piece also examines the 1990s animated series 'Batman: The Animated Series,' where Clayface's relationship with his stunt double, Teddy Lupus, is portrayed with clear romantic undertones. The article further delves into the upcoming 'Clayface' film, noting its potential resonance with LGBTQ+ audiences due to its themes of identity and transformation.</w:t>
      </w:r>
      <w:r/>
    </w:p>
    <w:p>
      <w:pPr>
        <w:pStyle w:val="ListNumber"/>
        <w:spacing w:line="240" w:lineRule="auto"/>
        <w:ind w:left="720"/>
      </w:pPr>
      <w:r/>
      <w:hyperlink r:id="rId10">
        <w:r>
          <w:rPr>
            <w:color w:val="0000EE"/>
            <w:u w:val="single"/>
          </w:rPr>
          <w:t>https://www.gamesradar.com/entertainment/dc-movies/who-is-matt-hagen-clayface-explained/</w:t>
        </w:r>
      </w:hyperlink>
      <w:r>
        <w:t xml:space="preserve"> - This article provides an overview of Matt Hagen, the character behind Clayface in DC Comics. It details his origin as a Hollywood actor whose career is derailed after a violent attack leaves him disfigured. Seeking restoration, Hagen undergoes an experimental treatment that transforms him into Clayface, a shape-shifting entity with regenerative powers. The piece also touches upon the upcoming 'Clayface' film, noting its release on October 23 and its connection to the broader DC Universe.</w:t>
      </w:r>
      <w:r/>
    </w:p>
    <w:p>
      <w:pPr>
        <w:pStyle w:val="ListNumber"/>
        <w:spacing w:line="240" w:lineRule="auto"/>
        <w:ind w:left="720"/>
      </w:pPr>
      <w:r/>
      <w:hyperlink r:id="rId13">
        <w:r>
          <w:rPr>
            <w:color w:val="0000EE"/>
            <w:u w:val="single"/>
          </w:rPr>
          <w:t>https://www.gamesradar.com/entertainment/dc-movies/clayface-director-didnt-want-to-reference-batman-because-the-dc-horror-is-like-how-joker-is-the-story-of-one-person-in-gotham/</w:t>
        </w:r>
      </w:hyperlink>
      <w:r>
        <w:t xml:space="preserve"> - This article discusses director James Watkins's approach to the upcoming 'Clayface' film, emphasizing its standalone nature. Watkins intentionally chose not to reference Batman, aiming for a character study similar to Todd Phillips's 'Joker.' The piece highlights the film's immersive portrayal of Gotham City, drawing inspiration from German expressionist cinema and vintage New York aesthetics. It also mentions the film's release date and its role in the new DC Universe lineup.</w:t>
      </w:r>
      <w:r/>
    </w:p>
    <w:p>
      <w:pPr>
        <w:pStyle w:val="ListNumber"/>
        <w:spacing w:line="240" w:lineRule="auto"/>
        <w:ind w:left="720"/>
      </w:pPr>
      <w:r/>
      <w:hyperlink r:id="rId14">
        <w:r>
          <w:rPr>
            <w:color w:val="0000EE"/>
            <w:u w:val="single"/>
          </w:rPr>
          <w:t>https://www.gamesradar.com/entertainment/dc-movies/clayface-review</w:t>
        </w:r>
      </w:hyperlink>
      <w:r>
        <w:t xml:space="preserve"> - This review evaluates the 'Clayface' film, noting its shift towards character-driven storytelling within the superhero genre. It praises Tom Rhys Harries's performance as Matt Hagen and Naomi Ackie's portrayal of Dr. Caitlyn Corr. The film is recognized for blending body horror and noir elements, though some subplots are considered underdeveloped. Overall, the review commends the film as a bold addition to the DC Universe, indicating a willingness to take creative risks with lesser-known characters.</w:t>
      </w:r>
      <w:r/>
    </w:p>
    <w:p>
      <w:pPr>
        <w:pStyle w:val="ListNumber"/>
        <w:spacing w:line="240" w:lineRule="auto"/>
        <w:ind w:left="720"/>
      </w:pPr>
      <w:r/>
      <w:hyperlink r:id="rId11">
        <w:r>
          <w:rPr>
            <w:color w:val="0000EE"/>
            <w:u w:val="single"/>
          </w:rPr>
          <w:t>https://apnews.com/article/daba845fadd55dde43b507c92fd7b918</w:t>
        </w:r>
      </w:hyperlink>
      <w:r>
        <w:t xml:space="preserve"> - This article reviews the 'Clayface' film, highlighting its unexpected success as an R-rated thriller-horror-romance. It details Matt Hagen's transformation into Clayface following a disfiguring attack and experimental treatment. The film is noted for blending body horror with satirical commentary on Hollywood's obsession with beauty. It also mentions the film's grounded visuals and practical effects, with a release date of October 23, 2026.</w:t>
      </w:r>
      <w:r/>
    </w:p>
    <w:p>
      <w:pPr>
        <w:pStyle w:val="ListNumber"/>
        <w:spacing w:line="240" w:lineRule="auto"/>
        <w:ind w:left="720"/>
      </w:pPr>
      <w:r/>
      <w:hyperlink r:id="rId12">
        <w:r>
          <w:rPr>
            <w:color w:val="0000EE"/>
            <w:u w:val="single"/>
          </w:rPr>
          <w:t>https://batman.fandom.com/wiki/Claything</w:t>
        </w:r>
      </w:hyperlink>
      <w:r>
        <w:t xml:space="preserve"> - This article provides information about Claything, the sixth incarnation of Clayface in DC Comics. It details the character's origin, abilities, and eventual destruction. The piece also touches upon the character's first appearance in 'Batman #550' and his creation through a merger of a skin sample and a scientist.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is-clayface-gay-unpacking-the-queer-subtext-of-the-batman-villain-20261022/" TargetMode="External"/><Relationship Id="rId10" Type="http://schemas.openxmlformats.org/officeDocument/2006/relationships/hyperlink" Target="https://www.gamesradar.com/entertainment/dc-movies/who-is-matt-hagen-clayface-explained/" TargetMode="External"/><Relationship Id="rId11" Type="http://schemas.openxmlformats.org/officeDocument/2006/relationships/hyperlink" Target="https://apnews.com/article/daba845fadd55dde43b507c92fd7b918" TargetMode="External"/><Relationship Id="rId12" Type="http://schemas.openxmlformats.org/officeDocument/2006/relationships/hyperlink" Target="https://batman.fandom.com/wiki/Claything" TargetMode="External"/><Relationship Id="rId13" Type="http://schemas.openxmlformats.org/officeDocument/2006/relationships/hyperlink" Target="https://www.gamesradar.com/entertainment/dc-movies/clayface-director-didnt-want-to-reference-batman-because-the-dc-horror-is-like-how-joker-is-the-story-of-one-person-in-gotham/" TargetMode="External"/><Relationship Id="rId14" Type="http://schemas.openxmlformats.org/officeDocument/2006/relationships/hyperlink" Target="https://www.gamesradar.com/entertainment/dc-movies/clayface-re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