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BBC Queer Dating Show Casting Call Sparks Fresh Romance Hopes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A new UK dating show is reportedly seeking 18 to 26-year-olds of all genders and sexualities, offering queer viewers a hopeful follow-up to recent reality TV favourites. With the BBC’s LGBTQ+ dating slate facing uncertainty, the project could bring fresh flirting, representation and suitably chaotic first-date energy to screens.</w:t>
      </w:r>
      <w:r/>
    </w:p>
    <w:p>
      <w:pPr>
        <w:pStyle w:val="Heading2"/>
      </w:pPr>
      <w:r>
        <w:t>Essential Takeaways</w:t>
      </w:r>
      <w:r/>
      <w:r/>
    </w:p>
    <w:p>
      <w:pPr>
        <w:pStyle w:val="ListBullet"/>
        <w:spacing w:line="240" w:lineRule="auto"/>
        <w:ind w:left="720"/>
      </w:pPr>
      <w:r/>
      <w:r>
        <w:rPr>
          <w:b/>
        </w:rPr>
        <w:t>Open casting:</w:t>
      </w:r>
      <w:r>
        <w:t xml:space="preserve"> The reported search is aimed at singles aged 18 to 26.</w:t>
      </w:r>
      <w:r/>
    </w:p>
    <w:p>
      <w:pPr>
        <w:pStyle w:val="ListBullet"/>
        <w:spacing w:line="240" w:lineRule="auto"/>
        <w:ind w:left="720"/>
      </w:pPr>
      <w:r/>
      <w:r>
        <w:rPr>
          <w:b/>
        </w:rPr>
        <w:t>Inclusive format:</w:t>
      </w:r>
      <w:r>
        <w:t xml:space="preserve"> Applicants of all genders and sexualities are being invited to express interest.</w:t>
      </w:r>
      <w:r/>
    </w:p>
    <w:p>
      <w:pPr>
        <w:pStyle w:val="ListBullet"/>
        <w:spacing w:line="240" w:lineRule="auto"/>
        <w:ind w:left="720"/>
      </w:pPr>
      <w:r/>
      <w:r>
        <w:rPr>
          <w:b/>
        </w:rPr>
        <w:t>Timely arrival:</w:t>
      </w:r>
      <w:r>
        <w:t xml:space="preserve"> The project follows the cancellation of </w:t>
      </w:r>
      <w:r>
        <w:rPr>
          <w:i/>
        </w:rPr>
        <w:t>I Kissed a Boy</w:t>
      </w:r>
      <w:r>
        <w:t xml:space="preserve"> and </w:t>
      </w:r>
      <w:r>
        <w:rPr>
          <w:i/>
        </w:rPr>
        <w:t>I Kissed a Girl</w:t>
      </w:r>
      <w:r>
        <w:t xml:space="preserve"> amid funding challenges.</w:t>
      </w:r>
      <w:r/>
    </w:p>
    <w:p>
      <w:pPr>
        <w:pStyle w:val="ListBullet"/>
        <w:spacing w:line="240" w:lineRule="auto"/>
        <w:ind w:left="720"/>
      </w:pPr>
      <w:r/>
      <w:r>
        <w:rPr>
          <w:b/>
        </w:rPr>
        <w:t>Details remain limited:</w:t>
      </w:r>
      <w:r>
        <w:t xml:space="preserve"> There’s currently no confirmed broadcaster, producer, release date or final format.</w:t>
      </w:r>
      <w:r/>
    </w:p>
    <w:p>
      <w:pPr>
        <w:pStyle w:val="ListBullet"/>
        <w:spacing w:line="240" w:lineRule="auto"/>
        <w:ind w:left="720"/>
      </w:pPr>
      <w:r/>
      <w:r>
        <w:rPr>
          <w:b/>
        </w:rPr>
        <w:t>Familiar appeal:</w:t>
      </w:r>
      <w:r>
        <w:t xml:space="preserve"> The concept could suit viewers who enjoy frank chats, awkward flirting and reality-TV romance.</w:t>
      </w:r>
      <w:r/>
      <w:r/>
    </w:p>
    <w:p>
      <w:pPr>
        <w:pStyle w:val="Heading2"/>
      </w:pPr>
      <w:r>
        <w:t>A new queer dating show could be exactly what viewers need</w:t>
      </w:r>
      <w:r/>
    </w:p>
    <w:p>
      <w:r/>
      <w:r>
        <w:t>The strongest detail is also the simplest: this reported dating show appears to be casting young singles across genders and sexualities. That immediately sets it apart from the narrow dating formats that still dominate mainstream television, where contestants are often expected to fit neatly into familiar boxes.</w:t>
      </w:r>
      <w:r/>
    </w:p>
    <w:p>
      <w:r/>
      <w:r>
        <w:t>According to the reported casting information, applicants must be aged between 18 and 26, comfortable meeting new people and open to seeing whether a first date might lead somewhere more meaningful. It sounds straightforward, but the promise of a genuinely broad dating pool gives the idea extra spark.</w:t>
      </w:r>
      <w:r/>
    </w:p>
    <w:p>
      <w:r/>
      <w:r>
        <w:t>There’s also something appealing about the possibility of a show that lets viewers see attraction unfold without treating one identity as the entire storyline. The romance can be messy, funny and occasionally cringe-making, just as it is everywhere else.</w:t>
      </w:r>
      <w:r/>
    </w:p>
    <w:p>
      <w:pPr>
        <w:pStyle w:val="Heading2"/>
      </w:pPr>
      <w:r>
        <w:t>Why the timing matters after BBC cancellations</w:t>
      </w:r>
      <w:r/>
    </w:p>
    <w:p>
      <w:r/>
      <w:r>
        <w:t xml:space="preserve">The reported casting search arrives at a difficult moment for queer reality television in the UK. </w:t>
      </w:r>
      <w:r>
        <w:rPr>
          <w:i/>
        </w:rPr>
        <w:t>I Kissed a Boy</w:t>
      </w:r>
      <w:r>
        <w:t xml:space="preserve"> made a landmark debut on BBC Three, followed by </w:t>
      </w:r>
      <w:r>
        <w:rPr>
          <w:i/>
        </w:rPr>
        <w:t>I Kissed a Girl</w:t>
      </w:r>
      <w:r>
        <w:t>, giving gay, lesbian and bisexual contestants a rare chance to lead a mainstream dating format.</w:t>
      </w:r>
      <w:r/>
    </w:p>
    <w:p>
      <w:r/>
      <w:r>
        <w:t>The BBC later cancelled both programmes, with funding pressures cited in coverage by Them and Hotspots Magazine. That decision left fans frustrated, particularly because the shows had begun to build a recognisable space for LGBTQ+ romance on British television.</w:t>
      </w:r>
      <w:r/>
    </w:p>
    <w:p>
      <w:r/>
      <w:r>
        <w:t xml:space="preserve">The first series of </w:t>
      </w:r>
      <w:r>
        <w:rPr>
          <w:i/>
        </w:rPr>
        <w:t>I Kissed a Boy</w:t>
      </w:r>
      <w:r>
        <w:t xml:space="preserve"> also drew international interest. ITV announced that Hulu had acquired the queer dating titles for US viewers, suggesting the format had an audience beyond the UK. Losing that pipeline makes any new inclusive dating project feel more significant.</w:t>
      </w:r>
      <w:r/>
    </w:p>
    <w:p>
      <w:pPr>
        <w:pStyle w:val="Heading2"/>
      </w:pPr>
      <w:r>
        <w:t>Could it fill the Love Island-shaped gap?</w:t>
      </w:r>
      <w:r/>
    </w:p>
    <w:p>
      <w:r/>
      <w:r>
        <w:t xml:space="preserve">The concept may appeal to viewers who enjoy the sun-soaked drama of </w:t>
      </w:r>
      <w:r>
        <w:rPr>
          <w:i/>
        </w:rPr>
        <w:t>Love Island</w:t>
      </w:r>
      <w:r>
        <w:t>, but the most interesting difference could be the range of relationships on offer. A cast that includes people of varied genders and sexualities could create a more unpredictable social mix, rather than relying on a single, familiar coupling formula.</w:t>
      </w:r>
      <w:r/>
    </w:p>
    <w:p>
      <w:r/>
      <w:r>
        <w:t>That doesn’t mean the show would automatically get inclusion right. Producers would need to avoid turning contestants into identity labels, while still giving viewers enough context to understand how each person approaches dating. Good casting will matter just as much as a flashy villa or dramatic recoupling.</w:t>
      </w:r>
      <w:r/>
    </w:p>
    <w:p>
      <w:r/>
      <w:r>
        <w:t xml:space="preserve">For now, comparisons with </w:t>
      </w:r>
      <w:r>
        <w:rPr>
          <w:i/>
        </w:rPr>
        <w:t>I Kissed a Boy</w:t>
      </w:r>
      <w:r>
        <w:t xml:space="preserve"> are inevitable. The BBC series helped establish the appeal of queer dating television, while a new project could take that idea somewhere broader and more fluid.</w:t>
      </w:r>
      <w:r/>
    </w:p>
    <w:p>
      <w:pPr>
        <w:pStyle w:val="Heading2"/>
      </w:pPr>
      <w:r>
        <w:t>What applicants and viewers should look out for</w:t>
      </w:r>
      <w:r/>
    </w:p>
    <w:p>
      <w:r/>
      <w:r>
        <w:t>Anyone considering applying should check the official casting route carefully and avoid handing over personal information through unverified social-media accounts. A legitimate application should explain who is producing the programme, how submitted details will be used and what participation involves.</w:t>
      </w:r>
      <w:r/>
    </w:p>
    <w:p>
      <w:r/>
      <w:r>
        <w:t>Viewers, meanwhile, may want to keep expectations measured. The reported casting notice doesn’t yet confirm the broadcaster, filming location, production company, format or premiere window. Until those details arrive, the project is an intriguing possibility rather than a guaranteed new television obsession.</w:t>
      </w:r>
      <w:r/>
    </w:p>
    <w:p>
      <w:r/>
      <w:r>
        <w:t xml:space="preserve">Still, casting across all genders and sexualities is a promising opening move. As the popularity of </w:t>
      </w:r>
      <w:r>
        <w:rPr>
          <w:i/>
        </w:rPr>
        <w:t>I Kissed a Boy</w:t>
      </w:r>
      <w:r>
        <w:t xml:space="preserve"> demonstrated, audiences are ready for romance that feels less predictable and more reflective of real life.</w:t>
      </w:r>
      <w:r/>
    </w:p>
    <w:p>
      <w:pPr>
        <w:pStyle w:val="Heading2"/>
      </w:pPr>
      <w:r>
        <w:t>The next big queer reality hit?</w:t>
      </w:r>
      <w:r/>
    </w:p>
    <w:p>
      <w:r/>
      <w:r>
        <w:t>The project could become a lively new chapter for LGBTQ+ dating television, particularly if it balances emotional honesty with the fun, awkward energy that makes reality dating so watchable. Cameras may magnify every pause and raised eyebrow, but they can also make space for stories that rarely get centre stage.</w:t>
      </w:r>
      <w:r/>
    </w:p>
    <w:p>
      <w:r/>
      <w:r>
        <w:t>Nothing is confirmed yet, and the road from casting call to finished series is a long one. Even so, after a run of cancellations, the prospect of a new queer dating show offers a small but welcome reason to keep the remote nearby.</w:t>
      </w:r>
      <w:r/>
    </w:p>
    <w:p>
      <w:r/>
      <w:r>
        <w:t>It could be romance, representation and just enough chaos to keep everyone watching.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5">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[7]</w:t>
        </w:r>
      </w:hyperlink>
      <w:r>
        <w:t xml:space="preserve">- Paragraph 6: </w:t>
      </w:r>
      <w:hyperlink r:id="rId10">
        <w:r>
          <w:rPr>
            <w:color w:val="0000EE"/>
            <w:u w:val="single"/>
          </w:rPr>
          <w:t>[2]</w:t>
        </w:r>
      </w:hyperlink>
      <w:r>
        <w:t xml:space="preserve">, </w:t>
      </w:r>
      <w:hyperlink r:id="rId14">
        <w:r>
          <w:rPr>
            <w:color w:val="0000EE"/>
            <w:u w:val="single"/>
          </w:rPr>
          <w:t>[5]</w:t>
        </w:r>
      </w:hyperlink>
      <w:r>
        <w:t xml:space="preserve">- Paragraph 7: </w:t>
      </w:r>
      <w:hyperlink r:id="rId11">
        <w:r>
          <w:rPr>
            <w:color w:val="0000EE"/>
            <w:u w:val="single"/>
          </w:rPr>
          <w:t>[3]</w:t>
        </w:r>
      </w:hyperlink>
      <w:r>
        <w:t xml:space="preserve">, </w:t>
      </w:r>
      <w:hyperlink r:id="rId12">
        <w:r>
          <w:rPr>
            <w:color w:val="0000EE"/>
            <w:u w:val="single"/>
          </w:rPr>
          <w:t>[4]</w:t>
        </w:r>
      </w:hyperlink>
      <w:r>
        <w:t xml:space="preserve">- Paragraph 8: </w:t>
      </w:r>
      <w:hyperlink r:id="rId14">
        <w:r>
          <w:rPr>
            <w:color w:val="0000EE"/>
            <w:u w:val="single"/>
          </w:rPr>
          <w:t>[5]</w:t>
        </w:r>
      </w:hyperlink>
      <w:r>
        <w:t xml:space="preserve">, </w:t>
      </w:r>
      <w:hyperlink r:id="rId15">
        <w:r>
          <w:rPr>
            <w:color w:val="0000EE"/>
            <w:u w:val="single"/>
          </w:rPr>
          <w:t>[6]</w:t>
        </w:r>
      </w:hyperlink>
      <w:r>
        <w:t xml:space="preserve">- Paragraph 9: </w:t>
      </w:r>
      <w:hyperlink r:id="rId10">
        <w:r>
          <w:rPr>
            <w:color w:val="0000EE"/>
            <w:u w:val="single"/>
          </w:rPr>
          <w:t>[2]</w:t>
        </w:r>
      </w:hyperlink>
      <w:r>
        <w:t xml:space="preserve">, </w:t>
      </w:r>
      <w:hyperlink r:id="rId13">
        <w:r>
          <w:rPr>
            <w:color w:val="0000EE"/>
            <w:u w:val="single"/>
          </w:rPr>
          <w:t>[7]</w:t>
        </w:r>
      </w:hyperlink>
      <w:r>
        <w:t xml:space="preserve">- Paragraph 10: </w:t>
      </w:r>
      <w:hyperlink r:id="rId11">
        <w:r>
          <w:rPr>
            <w:color w:val="0000EE"/>
            <w:u w:val="single"/>
          </w:rPr>
          <w:t>[3]</w:t>
        </w:r>
      </w:hyperlink>
      <w:r>
        <w:t xml:space="preserve">, </w:t>
      </w:r>
      <w:hyperlink r:id="rId12">
        <w:r>
          <w:rPr>
            <w:color w:val="0000EE"/>
            <w:u w:val="single"/>
          </w:rPr>
          <w:t>[4]</w:t>
        </w:r>
      </w:hyperlink>
      <w:r>
        <w:t xml:space="preserve">- Paragraph 11: </w:t>
      </w:r>
      <w:hyperlink r:id="rId10">
        <w:r>
          <w:rPr>
            <w:color w:val="0000EE"/>
            <w:u w:val="single"/>
          </w:rPr>
          <w:t>[2]</w:t>
        </w:r>
      </w:hyperlink>
      <w:r>
        <w:t xml:space="preserve">, </w:t>
      </w:r>
      <w:hyperlink r:id="rId14">
        <w:r>
          <w:rPr>
            <w:color w:val="0000EE"/>
            <w:u w:val="single"/>
          </w:rPr>
          <w:t>[5]</w:t>
        </w:r>
      </w:hyperlink>
      <w:r>
        <w:t xml:space="preserve">- Paragraph 12: </w:t>
      </w:r>
      <w:hyperlink r:id="rId11">
        <w:r>
          <w:rPr>
            <w:color w:val="0000EE"/>
            <w:u w:val="single"/>
          </w:rPr>
          <w:t>[3]</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https://instinctmagazine.com/gender-fluid-dating-show-bbc/</w:t>
        </w:r>
      </w:hyperlink>
      <w:r>
        <w:t xml:space="preserve"> - Please view link - unable to able to access data</w:t>
      </w:r>
      <w:r/>
    </w:p>
    <w:p>
      <w:pPr>
        <w:pStyle w:val="ListNumber"/>
        <w:spacing w:line="240" w:lineRule="auto"/>
        <w:ind w:left="720"/>
      </w:pPr>
      <w:r/>
      <w:hyperlink r:id="rId10">
        <w:r>
          <w:rPr>
            <w:color w:val="0000EE"/>
            <w:u w:val="single"/>
          </w:rPr>
          <w:t>https://www.itv.com/presscentre/presscentre/presscentre/presscentre/presscentre/presscentre/media-releases/hulu-acquires-twofours-groundbreaking-queer-dating-series-i-kissed-girl-i-kissed-boy</w:t>
        </w:r>
      </w:hyperlink>
      <w:r>
        <w:t xml:space="preserve"> - In May 2024, ITV Studios and Hulu announced a deal for Hulu to become the US home for the first two seasons of Twofour's queer dating series 'I Kissed A Girl' and 'I Kissed A Boy'. The first season premiered on Hulu on June 15, 2024, as part of the 'Hulu Has Pride' LGBTQ+ month-long celebration, with the second season set to premiere later that year. Both seasons are hosted by Dannii Minogue and have been praised for their inclusive representation of the LGBTQ+ community.</w:t>
      </w:r>
      <w:r/>
    </w:p>
    <w:p>
      <w:pPr>
        <w:pStyle w:val="ListNumber"/>
        <w:spacing w:line="240" w:lineRule="auto"/>
        <w:ind w:left="720"/>
      </w:pPr>
      <w:r/>
      <w:hyperlink r:id="rId11">
        <w:r>
          <w:rPr>
            <w:color w:val="0000EE"/>
            <w:u w:val="single"/>
          </w:rPr>
          <w:t>https://www.them.us/story/bbc-cancels-i-kissed-a-boy-and-i-kissed-a-girl-due-to-funding-challenges</w:t>
        </w:r>
      </w:hyperlink>
      <w:r>
        <w:t xml:space="preserve"> - In March 2026, the BBC announced the cancellation of its first-ever LGBTQ+ dating shows, 'I Kissed a Boy' and 'I Kissed a Girl', citing 'funding challenges'. The network confirmed that neither show would be renewed after the second season of 'I Kissed a Girl' airs later that year. Both shows were hosted by Dannii Minogue and had been praised for their representation of the LGBTQ+ community.</w:t>
      </w:r>
      <w:r/>
    </w:p>
    <w:p>
      <w:pPr>
        <w:pStyle w:val="ListNumber"/>
        <w:spacing w:line="240" w:lineRule="auto"/>
        <w:ind w:left="720"/>
      </w:pPr>
      <w:r/>
      <w:hyperlink r:id="rId12">
        <w:r>
          <w:rPr>
            <w:color w:val="0000EE"/>
            <w:u w:val="single"/>
          </w:rPr>
          <w:t>https://www.hotspotsmagazine.com/2026/03/12/bbc-cancels-lgbtq-dating-shows-i-kissed-a-boy-and-i-kissed-a-girl-citing-funding-challenges/</w:t>
        </w:r>
      </w:hyperlink>
      <w:r>
        <w:t xml:space="preserve"> - In March 2026, the BBC confirmed the cancellation of its LGBTQ+ dating shows 'I Kissed a Boy' and 'I Kissed a Girl', citing financial pressures. The network stated there are 'no current plans' for either series to continue beyond the upcoming season. Both shows, hosted by Dannii Minogue, debuted in 2023 and 2024, featuring queer singles forming connections in an Italian masseria. Their cancellation has raised concerns about declining LGBTQ+ representation on television.</w:t>
      </w:r>
      <w:r/>
    </w:p>
    <w:p>
      <w:pPr>
        <w:pStyle w:val="ListNumber"/>
        <w:spacing w:line="240" w:lineRule="auto"/>
        <w:ind w:left="720"/>
      </w:pPr>
      <w:r/>
      <w:hyperlink r:id="rId14">
        <w:r>
          <w:rPr>
            <w:color w:val="0000EE"/>
            <w:u w:val="single"/>
          </w:rPr>
          <w:t>https://www.tomsguide.com/entertainment/streaming/watch-i-kissed-a-boy-season-2-online</w:t>
        </w:r>
      </w:hyperlink>
      <w:r>
        <w:t xml:space="preserve"> - Season 2 of the LGBTQIA+ dating show 'I Kissed a Boy' premiered on May 11, 2025, at 9 p.m. BST on BBC Three and is available to stream for free on BBC iPlayer. Hosted by Dannii Minogue and narrated by Layton Williams, the show returns with its signature format—ten single men are matched and must share a first kiss before knowing each other's personalities. International viewers can use VPN services to stream via BBC iPlayer.</w:t>
      </w:r>
      <w:r/>
    </w:p>
    <w:p>
      <w:pPr>
        <w:pStyle w:val="ListNumber"/>
        <w:spacing w:line="240" w:lineRule="auto"/>
        <w:ind w:left="720"/>
      </w:pPr>
      <w:r/>
      <w:hyperlink r:id="rId15">
        <w:r>
          <w:rPr>
            <w:color w:val="0000EE"/>
            <w:u w:val="single"/>
          </w:rPr>
          <w:t>https://thetvdb.com/series/i-kissed-a-girl</w:t>
        </w:r>
      </w:hyperlink>
      <w:r>
        <w:t xml:space="preserve"> - 'I Kissed a Girl' is a British dating game show that premiered on May 5, 2024, on BBC Three. Hosted by Dannii Minogue, the show features ten single women who are matched and meet for the first time with a kiss. The series is set in an Italian country house called the 'Masseria' and follows the contestants as they get to know their new partners and explore potential relationships. The show concluded with its second and final series in July 2026.</w:t>
      </w:r>
      <w:r/>
    </w:p>
    <w:p>
      <w:pPr>
        <w:pStyle w:val="ListNumber"/>
        <w:spacing w:line="240" w:lineRule="auto"/>
        <w:ind w:left="720"/>
      </w:pPr>
      <w:r/>
      <w:hyperlink r:id="rId13">
        <w:r>
          <w:rPr>
            <w:color w:val="0000EE"/>
            <w:u w:val="single"/>
          </w:rPr>
          <w:t>https://en.wikipedia.org/wiki/I_Kissed_a_Boy_%28TV_series%29</w:t>
        </w:r>
      </w:hyperlink>
      <w:r>
        <w:t xml:space="preserve"> - 'I Kissed a Boy' is a British dating game show that premiered on May 13, 2023, on BBC Three. It is the first British dating show to feature exclusively gay men and is hosted by Dannii Minogue. The series follows ten single gay men who are matched and meet for the first time with a kiss. Set in an Italian country house called the 'Masseria', the show concluded with its second and final series in June 2025.</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stinctmagazine.com/gender-fluid-dating-show-bbc/" TargetMode="External"/><Relationship Id="rId10" Type="http://schemas.openxmlformats.org/officeDocument/2006/relationships/hyperlink" Target="https://www.itv.com/presscentre/presscentre/presscentre/presscentre/presscentre/presscentre/media-releases/hulu-acquires-twofours-groundbreaking-queer-dating-series-i-kissed-girl-i-kissed-boy" TargetMode="External"/><Relationship Id="rId11" Type="http://schemas.openxmlformats.org/officeDocument/2006/relationships/hyperlink" Target="https://www.them.us/story/bbc-cancels-i-kissed-a-boy-and-i-kissed-a-girl-due-to-funding-challenges" TargetMode="External"/><Relationship Id="rId12" Type="http://schemas.openxmlformats.org/officeDocument/2006/relationships/hyperlink" Target="https://www.hotspotsmagazine.com/2026/03/12/bbc-cancels-lgbtq-dating-shows-i-kissed-a-boy-and-i-kissed-a-girl-citing-funding-challenges/" TargetMode="External"/><Relationship Id="rId13" Type="http://schemas.openxmlformats.org/officeDocument/2006/relationships/hyperlink" Target="https://en.wikipedia.org/wiki/I_Kissed_a_Boy_%28TV_series%29" TargetMode="External"/><Relationship Id="rId14" Type="http://schemas.openxmlformats.org/officeDocument/2006/relationships/hyperlink" Target="https://www.tomsguide.com/entertainment/streaming/watch-i-kissed-a-boy-season-2-online" TargetMode="External"/><Relationship Id="rId15" Type="http://schemas.openxmlformats.org/officeDocument/2006/relationships/hyperlink" Target="https://thetvdb.com/series/i-kissed-a-gir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