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NBA Pride Nights 2026-27: Confirmed Dates and Fan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basketball fans now have 17 confirmed NBA Pride Nights to plan around for the 2026-27 season, with events ranging from early-season giveaways to spring celebrations. The schedule is encouraging in places, but the league-wide picture remains uneven, making local announcements worth watching.</w:t>
      </w:r>
      <w:r/>
    </w:p>
    <w:p>
      <w:pPr>
        <w:pStyle w:val="Heading2"/>
      </w:pPr>
      <w:r>
        <w:t>Essential Takeaways</w:t>
      </w:r>
      <w:r/>
      <w:r/>
    </w:p>
    <w:p>
      <w:pPr>
        <w:pStyle w:val="ListBullet"/>
        <w:spacing w:line="240" w:lineRule="auto"/>
        <w:ind w:left="720"/>
      </w:pPr>
      <w:r/>
      <w:r>
        <w:rPr>
          <w:b/>
        </w:rPr>
        <w:t>Seventeen teams confirmed:</w:t>
      </w:r>
      <w:r>
        <w:t xml:space="preserve"> The published 2026-27 list includes 17 NBA teams with Pride events or themed promotions announced.</w:t>
      </w:r>
      <w:r/>
    </w:p>
    <w:p>
      <w:pPr>
        <w:pStyle w:val="ListBullet"/>
        <w:spacing w:line="240" w:lineRule="auto"/>
        <w:ind w:left="720"/>
      </w:pPr>
      <w:r/>
      <w:r>
        <w:rPr>
          <w:b/>
        </w:rPr>
        <w:t>Dates stretch across the season:</w:t>
      </w:r>
      <w:r>
        <w:t xml:space="preserve"> Confirmed nights run from October 2026 through April 2027.</w:t>
      </w:r>
      <w:r/>
    </w:p>
    <w:p>
      <w:pPr>
        <w:pStyle w:val="ListBullet"/>
        <w:spacing w:line="240" w:lineRule="auto"/>
        <w:ind w:left="720"/>
      </w:pPr>
      <w:r/>
      <w:r>
        <w:rPr>
          <w:b/>
        </w:rPr>
        <w:t>Giveaways vary:</w:t>
      </w:r>
      <w:r>
        <w:t xml:space="preserve"> Fans can expect Pride shirts, hats, water bottles and rainbow-coloured jerseys, depending on the arena.</w:t>
      </w:r>
      <w:r/>
    </w:p>
    <w:p>
      <w:pPr>
        <w:pStyle w:val="ListBullet"/>
        <w:spacing w:line="240" w:lineRule="auto"/>
        <w:ind w:left="720"/>
      </w:pPr>
      <w:r/>
      <w:r>
        <w:rPr>
          <w:b/>
        </w:rPr>
        <w:t>Several teams remain unconfirmed:</w:t>
      </w:r>
      <w:r>
        <w:t xml:space="preserve"> Atlanta, Miami, Oklahoma City, Phoenix, Toronto and others had no announced date in the latest roundup.</w:t>
      </w:r>
      <w:r/>
    </w:p>
    <w:p>
      <w:pPr>
        <w:pStyle w:val="ListBullet"/>
        <w:spacing w:line="240" w:lineRule="auto"/>
        <w:ind w:left="720"/>
      </w:pPr>
      <w:r/>
      <w:r>
        <w:rPr>
          <w:b/>
        </w:rPr>
        <w:t>Check before booking:</w:t>
      </w:r>
      <w:r>
        <w:t xml:space="preserve"> Teams can add or alter theme nights later, so verify details with the club before buying tickets or making travel plans.</w:t>
      </w:r>
      <w:r/>
      <w:r/>
    </w:p>
    <w:p>
      <w:pPr>
        <w:pStyle w:val="Heading2"/>
      </w:pPr>
      <w:r>
        <w:t>The NBA Pride Night picture is improving, but unevenly</w:t>
      </w:r>
      <w:r/>
    </w:p>
    <w:p>
      <w:r/>
      <w:r>
        <w:t>The clearest takeaway is the gap between teams that have made a public commitment and those that haven't. Outsports' roundup identifies 17 confirmed Pride events for the 2026-27 campaign, while a further group remains without a date or any confirmed celebration.</w:t>
      </w:r>
      <w:r/>
    </w:p>
    <w:p>
      <w:r/>
      <w:r>
        <w:t>That matters because a Pride Night is more than a themed fixture. For many supporters, it's a visible signal that they can show up as themselves, bring friends or family, and feel welcome in a major sporting venue. The atmosphere can be simple - a shirt on a seat, a rainbow giveaway, a community partner - but those details still carry weight.</w:t>
      </w:r>
      <w:r/>
    </w:p>
    <w:p>
      <w:r/>
      <w:r>
        <w:t>The previous season produced 22 team celebrations, including a later Sacramento event, down from 25 the season before, according to Outsports. It's not exactly the direction LGBTQ+ fans would want to see, particularly in a league often regarded as one of North America's more inclusive major sports.</w:t>
      </w:r>
      <w:r/>
    </w:p>
    <w:p>
      <w:pPr>
        <w:pStyle w:val="Heading2"/>
      </w:pPr>
      <w:r>
        <w:t>Confirmed NBA Pride Nights run from October to April</w:t>
      </w:r>
      <w:r/>
    </w:p>
    <w:p>
      <w:r/>
      <w:r>
        <w:t>The Los Angeles Lakers got the calendar moving with an October 8 preseason event against Sacramento, including a Pride shirt for attendees. The Golden State Warriors follow on November 5, with Dallas hosting its event on November 8 and directing part of ticket sales towards The Trevor Project.</w:t>
      </w:r>
      <w:r/>
    </w:p>
    <w:p>
      <w:r/>
      <w:r>
        <w:t>Cleveland's Pride Night is set for November 16, followed by Portland on December 12 and Minnesota on December 21. The Denver Nuggets then begin 2027 with a January 5 celebration, while San Antonio and the Los Angeles Clippers host events on January 8 and 9 respectively.</w:t>
      </w:r>
      <w:r/>
    </w:p>
    <w:p>
      <w:r/>
      <w:r>
        <w:t>January remains particularly busy. Brooklyn is scheduled for January 20, Boston for January 23 and Houston for January 27. Chicago moves into March with a 6 March event, while Orlando, Indiana and Washington follow on March 22, March 30 and March 31. Milwaukee currently rounds out the confirmed list on April 6.</w:t>
      </w:r>
      <w:r/>
    </w:p>
    <w:p>
      <w:r/>
      <w:r>
        <w:t xml:space="preserve">The NBA's official promotional listings support several of those individual announcements. The Lakers have published their 2026-27 promotional schedule, while Denver and San Antonio have also listed their relevant theme-night details. Those club pages are the best place to check practical information such as entry requirements, giveaway limits and start times. (Sources: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[7]</w:t>
        </w:r>
      </w:hyperlink>
      <w:r>
        <w:t>)</w:t>
      </w:r>
      <w:r/>
    </w:p>
    <w:p>
      <w:pPr>
        <w:pStyle w:val="Heading2"/>
      </w:pPr>
      <w:r>
        <w:t>What fans can expect inside the arena</w:t>
      </w:r>
      <w:r/>
    </w:p>
    <w:p>
      <w:r/>
      <w:r>
        <w:t>The extras differ from city to city, which is part of the fun. Lakers fans received a Pride shirt, Denver is promoting a Pride water bottle and Chicago plans a hat in its Artist Hat Series, created by a local artist. Washington's event is expected to feature rainbow-coloured football shirts, while the Clippers have announced a shirt without yet revealing its design.</w:t>
      </w:r>
      <w:r/>
    </w:p>
    <w:p>
      <w:r/>
      <w:r>
        <w:t>For fans who care about more than the game, the strongest events tend to combine a visible arena moment with community support. Dallas, for example, is linking part of its Pride Night ticket sales to The Trevor Project, giving the occasion a clearer charitable purpose than a simple branded giveaway.</w:t>
      </w:r>
      <w:r/>
    </w:p>
    <w:p>
      <w:r/>
      <w:r>
        <w:t xml:space="preserve">Orlando is also positioning its event within a broader programme of Unity Nights. The Magic have a long-running reputation for LGBTQ+ support, and their 2026-27 schedule suggests the team is treating inclusion as part of its wider community calendar rather than a one-off marketing slot. (Sources: </w:t>
      </w:r>
      <w:hyperlink r:id="rId13">
        <w:r>
          <w:rPr>
            <w:color w:val="0000EE"/>
            <w:u w:val="single"/>
          </w:rPr>
          <w:t>[6]</w:t>
        </w:r>
      </w:hyperlink>
      <w:r>
        <w:t xml:space="preserve">, </w:t>
      </w:r>
      <w:hyperlink r:id="rId12">
        <w:r>
          <w:rPr>
            <w:color w:val="0000EE"/>
            <w:u w:val="single"/>
          </w:rPr>
          <w:t>[7]</w:t>
        </w:r>
      </w:hyperlink>
      <w:r>
        <w:t>)</w:t>
      </w:r>
      <w:r/>
    </w:p>
    <w:p>
      <w:pPr>
        <w:pStyle w:val="Heading2"/>
      </w:pPr>
      <w:r>
        <w:t>Dates are useful, but they aren't the whole story</w:t>
      </w:r>
      <w:r/>
    </w:p>
    <w:p>
      <w:r/>
      <w:r>
        <w:t>A Pride Night can look very different depending on the team, the timing and the level of community involvement. A preseason fixture may offer cheaper tickets and a less pressurised route into the arena, while a regular-season game can bring a bigger crowd and more atmosphere.</w:t>
      </w:r>
      <w:r/>
    </w:p>
    <w:p>
      <w:r/>
      <w:r>
        <w:t xml:space="preserve">There's also a difference between a club announcing an event early and one adding a date later. Sacramento's previous celebration arrived after the main season had finished, and several teams that haven't announced anything yet could still update their schedules. Brooklyn is a good reminder to check the club's own information rather than relying only on an initial league-wide list. (Sources: </w:t>
      </w:r>
      <w:hyperlink r:id="rId14">
        <w:r>
          <w:rPr>
            <w:color w:val="0000EE"/>
            <w:u w:val="single"/>
          </w:rPr>
          <w:t>[5]</w:t>
        </w:r>
      </w:hyperlink>
      <w:r>
        <w:t xml:space="preserve">, </w:t>
      </w:r>
      <w:hyperlink r:id="rId12">
        <w:r>
          <w:rPr>
            <w:color w:val="0000EE"/>
            <w:u w:val="single"/>
          </w:rPr>
          <w:t>[7]</w:t>
        </w:r>
      </w:hyperlink>
      <w:r>
        <w:t>)</w:t>
      </w:r>
      <w:r/>
    </w:p>
    <w:p>
      <w:r/>
      <w:r>
        <w:t>For LGBTQ+ fans planning a trip, the practical checklist is straightforward: confirm the date on the team's website, check whether the giveaway is guaranteed or limited, look for charity or community partners, and review ticket terms before travelling. If you're bringing children or first-time arena visitors, an earlier start and a quieter preseason setting may be especially appealing.</w:t>
      </w:r>
      <w:r/>
    </w:p>
    <w:p>
      <w:pPr>
        <w:pStyle w:val="Heading2"/>
      </w:pPr>
      <w:r>
        <w:t>Which teams are still missing from the list?</w:t>
      </w:r>
      <w:r/>
    </w:p>
    <w:p>
      <w:r/>
      <w:r>
        <w:t>A number of franchises had no confirmed 2026-27 Pride Night at the time of the roundup. They include Atlanta, Charlotte, Detroit, Memphis, Miami, New Orleans, New York, Oklahoma City, Philadelphia, Phoenix, Sacramento, Toronto and Utah.</w:t>
      </w:r>
      <w:r/>
    </w:p>
    <w:p>
      <w:r/>
      <w:r>
        <w:t>The omissions don't all mean the same thing. Some clubs are known to announce themed nights later, while others have published parts of their promotional calendar without listing a Pride event. Oklahoma City is highlighted as a particularly consistent non-participant, while Miami's lack of a second consecutive announcement stands out given the city's large LGBTQ+ community.</w:t>
      </w:r>
      <w:r/>
    </w:p>
    <w:p>
      <w:r/>
      <w:r>
        <w:t>That uncertainty is frustrating for fans who need to plan around work, travel or accessibility. Still, the season is long, and a missing date today isn't necessarily a final answer. Keep an eye on official team calendars and local LGBTQ+ organisations, which may share updates before ticket pages are widely promoted.</w:t>
      </w:r>
      <w:r/>
    </w:p>
    <w:p>
      <w:pPr>
        <w:pStyle w:val="Heading2"/>
      </w:pPr>
      <w:r>
        <w:t>A small arena gesture can still feel significant</w:t>
      </w:r>
      <w:r/>
    </w:p>
    <w:p>
      <w:r/>
      <w:r>
        <w:t>The confirmed schedule offers plenty for fans to look forward to, from a soft new shirt in Los Angeles to a collectible hat in Chicago. But the broader trend deserves attention too. Pride Nights work best when they're consistent, properly resourced and connected to the communities they're meant to welcome.</w:t>
      </w:r>
      <w:r/>
    </w:p>
    <w:p>
      <w:r/>
      <w:r>
        <w:t>For supporters, the best approach is hopeful but observant. Enjoy the game, ask what the event supports and notice which teams continue to show up beyond a single rainbow logo. A full arena is a powerful message, but so is a club that keeps listening after the final buzzer.</w:t>
      </w:r>
      <w:r/>
    </w:p>
    <w:p>
      <w:r/>
      <w:r>
        <w:t>Plan ahead, check the latest team details and choose the Pride Night that feels right for you.</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2">
        <w:r>
          <w:rPr>
            <w:color w:val="0000EE"/>
            <w:u w:val="single"/>
          </w:rPr>
          <w:t>[7]</w:t>
        </w:r>
      </w:hyperlink>
      <w:r>
        <w:t xml:space="preserve">- Paragraph 2: </w:t>
      </w:r>
      <w:hyperlink r:id="rId12">
        <w:r>
          <w:rPr>
            <w:color w:val="0000EE"/>
            <w:u w:val="single"/>
          </w:rPr>
          <w:t>[7]</w:t>
        </w:r>
      </w:hyperlink>
      <w:r>
        <w:t xml:space="preserve">- Paragraph 3: </w:t>
      </w:r>
      <w:hyperlink r:id="rId12">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[7]</w:t>
        </w:r>
      </w:hyperlink>
      <w:r>
        <w:t xml:space="preserve">- Paragraph 6: </w:t>
      </w:r>
      <w:hyperlink r:id="rId13">
        <w:r>
          <w:rPr>
            <w:color w:val="0000EE"/>
            <w:u w:val="single"/>
          </w:rPr>
          <w:t>[6]</w:t>
        </w:r>
      </w:hyperlink>
      <w:r>
        <w:t xml:space="preserve">, </w:t>
      </w:r>
      <w:hyperlink r:id="rId12">
        <w:r>
          <w:rPr>
            <w:color w:val="0000EE"/>
            <w:u w:val="single"/>
          </w:rPr>
          <w:t>[7]</w:t>
        </w:r>
      </w:hyperlink>
      <w:r>
        <w:t xml:space="preserve">- Paragraph 7: </w:t>
      </w:r>
      <w:hyperlink r:id="rId14">
        <w:r>
          <w:rPr>
            <w:color w:val="0000EE"/>
            <w:u w:val="single"/>
          </w:rPr>
          <w:t>[5]</w:t>
        </w:r>
      </w:hyperlink>
      <w:r>
        <w:t xml:space="preserve">, </w:t>
      </w:r>
      <w:hyperlink r:id="rId12">
        <w:r>
          <w:rPr>
            <w:color w:val="0000EE"/>
            <w:u w:val="single"/>
          </w:rPr>
          <w:t>[7]</w:t>
        </w:r>
      </w:hyperlink>
      <w:r>
        <w:t xml:space="preserve">- Paragraph 8: </w:t>
      </w:r>
      <w:hyperlink r:id="rId14">
        <w:r>
          <w:rPr>
            <w:color w:val="0000EE"/>
            <w:u w:val="single"/>
          </w:rPr>
          <w:t>[5]</w:t>
        </w:r>
      </w:hyperlink>
      <w:r>
        <w:t xml:space="preserve">, </w:t>
      </w:r>
      <w:hyperlink r:id="rId12">
        <w:r>
          <w:rPr>
            <w:color w:val="0000EE"/>
            <w:u w:val="single"/>
          </w:rPr>
          <w:t>[7]</w:t>
        </w:r>
      </w:hyperlink>
      <w:r>
        <w:t xml:space="preserve">- Paragraph 9: </w:t>
      </w:r>
      <w:hyperlink r:id="rId12">
        <w:r>
          <w:rPr>
            <w:color w:val="0000EE"/>
            <w:u w:val="single"/>
          </w:rPr>
          <w:t>[7]</w:t>
        </w:r>
      </w:hyperlink>
      <w:r>
        <w:t xml:space="preserve">- Paragraph 10: </w:t>
      </w:r>
      <w:hyperlink r:id="rId12">
        <w:r>
          <w:rPr>
            <w:color w:val="0000EE"/>
            <w:u w:val="single"/>
          </w:rPr>
          <w:t>[7]</w:t>
        </w:r>
      </w:hyperlink>
      <w:r>
        <w:t xml:space="preserve">- Paragraph 11: </w:t>
      </w:r>
      <w:hyperlink r:id="rId12">
        <w:r>
          <w:rPr>
            <w:color w:val="0000EE"/>
            <w:u w:val="single"/>
          </w:rPr>
          <w:t>[7]</w:t>
        </w:r>
      </w:hyperlink>
      <w:r>
        <w:t xml:space="preserve">- Paragraph 12: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https://www.outsports.com/2026/10/22/24145784/nba-pride-nights-2026-27-season-lgbtq-fans/</w:t>
        </w:r>
      </w:hyperlink>
      <w:r>
        <w:t xml:space="preserve"> - Please view link - unable to able to access data</w:t>
      </w:r>
      <w:r/>
    </w:p>
    <w:p>
      <w:pPr>
        <w:pStyle w:val="ListNumber"/>
        <w:spacing w:line="240" w:lineRule="auto"/>
        <w:ind w:left="720"/>
      </w:pPr>
      <w:r/>
      <w:hyperlink r:id="rId9">
        <w:r>
          <w:rPr>
            <w:color w:val="0000EE"/>
            <w:u w:val="single"/>
          </w:rPr>
          <w:t>https://www.nba.com/lakers/news/lakers-announce-2627-promotional-nights</w:t>
        </w:r>
      </w:hyperlink>
      <w:r>
        <w:t xml:space="preserve"> - The Los Angeles Lakers have announced their promotional nights for the 2026-27 season, including an LGBTQ+ Pride Night on October 8, 2026. Fans attending this preseason game against the Sacramento Kings will receive a Pride T-shirt, with tickets likely being more affordable due to the preseason timing, making it accessible for more queer fans to attend.</w:t>
      </w:r>
      <w:r/>
    </w:p>
    <w:p>
      <w:pPr>
        <w:pStyle w:val="ListNumber"/>
        <w:spacing w:line="240" w:lineRule="auto"/>
        <w:ind w:left="720"/>
      </w:pPr>
      <w:r/>
      <w:hyperlink r:id="rId10">
        <w:r>
          <w:rPr>
            <w:color w:val="0000EE"/>
            <w:u w:val="single"/>
          </w:rPr>
          <w:t>https://www.nba.com/nuggets/promotional-schedule</w:t>
        </w:r>
      </w:hyperlink>
      <w:r>
        <w:t xml:space="preserve"> - The Denver Nuggets have scheduled their Pride Night for January 5, 2027, during a game against the Phoenix Suns. The event will feature a Pride water bottle giveaway, celebrating the team's commitment to the LGBTQ+ community.</w:t>
      </w:r>
      <w:r/>
    </w:p>
    <w:p>
      <w:pPr>
        <w:pStyle w:val="ListNumber"/>
        <w:spacing w:line="240" w:lineRule="auto"/>
        <w:ind w:left="720"/>
      </w:pPr>
      <w:r/>
      <w:hyperlink r:id="rId11">
        <w:r>
          <w:rPr>
            <w:color w:val="0000EE"/>
            <w:u w:val="single"/>
          </w:rPr>
          <w:t>https://www.nba.com/spurs/news/spurs-announce-2026-27-theme-nights-giveaways</w:t>
        </w:r>
      </w:hyperlink>
      <w:r>
        <w:t xml:space="preserve"> - The San Antonio Spurs have unveiled their 2026-27 theme nights, including Pride Night on January 8, 2027, against the Memphis Grizzlies. The event is part of the team's broader initiative to celebrate various cultures and communities through themed games and giveaways.</w:t>
      </w:r>
      <w:r/>
    </w:p>
    <w:p>
      <w:pPr>
        <w:pStyle w:val="ListNumber"/>
        <w:spacing w:line="240" w:lineRule="auto"/>
        <w:ind w:left="720"/>
      </w:pPr>
      <w:r/>
      <w:hyperlink r:id="rId14">
        <w:r>
          <w:rPr>
            <w:color w:val="0000EE"/>
            <w:u w:val="single"/>
          </w:rPr>
          <w:t>https://www.nba.com/nets/news/nets-set-host-annual-pride-night-game-feb-24</w:t>
        </w:r>
      </w:hyperlink>
      <w:r>
        <w:t xml:space="preserve"> - The Brooklyn Nets are set to host their annual Pride Night on February 24, 2026, during a game against the Dallas Mavericks. The event will feature halftime entertainment, special merchandise, and an awards ceremony honoring the Ali Forney Center with the Jason Collins Award.</w:t>
      </w:r>
      <w:r/>
    </w:p>
    <w:p>
      <w:pPr>
        <w:pStyle w:val="ListNumber"/>
        <w:spacing w:line="240" w:lineRule="auto"/>
        <w:ind w:left="720"/>
      </w:pPr>
      <w:r/>
      <w:hyperlink r:id="rId13">
        <w:r>
          <w:rPr>
            <w:color w:val="0000EE"/>
            <w:u w:val="single"/>
          </w:rPr>
          <w:t>https://www.wftv.com/news/local/orlando-magic-announces-20-theme-unity-nights-2026-27-season/ZYYIJWN2FZF7TJREOZQKBR34KI/</w:t>
        </w:r>
      </w:hyperlink>
      <w:r>
        <w:t xml:space="preserve"> - The Orlando Magic have announced 20 theme and unity nights for the 2026-27 season, including Pride Night. The event is part of the team's initiative to recognize and celebrate Central Florida's diversity through community-focused events and initiatives.</w:t>
      </w:r>
      <w:r/>
    </w:p>
    <w:p>
      <w:pPr>
        <w:pStyle w:val="ListNumber"/>
        <w:spacing w:line="240" w:lineRule="auto"/>
        <w:ind w:left="720"/>
      </w:pPr>
      <w:r/>
      <w:hyperlink r:id="rId12">
        <w:r>
          <w:rPr>
            <w:color w:val="0000EE"/>
            <w:u w:val="single"/>
          </w:rPr>
          <w:t>https://www.outsports.com/2025/11/10/24121254/nba-pride-nights-lgbtq-events-promotional-schedule-2026</w:t>
        </w:r>
      </w:hyperlink>
      <w:r>
        <w:t xml:space="preserve"> - An article from Outsports detailing the NBA teams that have announced LGBTQ Pride Nights for the 2026-2027 season. The piece highlights the importance of these events in promoting inclusivity and support for the LGBTQ community within professional sports.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ba.com/lakers/news/lakers-announce-2627-promotional-nights" TargetMode="External"/><Relationship Id="rId10" Type="http://schemas.openxmlformats.org/officeDocument/2006/relationships/hyperlink" Target="https://www.nba.com/nuggets/promotional-schedule" TargetMode="External"/><Relationship Id="rId11" Type="http://schemas.openxmlformats.org/officeDocument/2006/relationships/hyperlink" Target="https://www.nba.com/spurs/news/spurs-announce-2026-27-theme-nights-giveaways" TargetMode="External"/><Relationship Id="rId12" Type="http://schemas.openxmlformats.org/officeDocument/2006/relationships/hyperlink" Target="https://www.outsports.com/2025/11/10/24121254/nba-pride-nights-lgbtq-events-promotional-schedule-2026" TargetMode="External"/><Relationship Id="rId13" Type="http://schemas.openxmlformats.org/officeDocument/2006/relationships/hyperlink" Target="https://www.wftv.com/news/local/orlando-magic-announces-20-theme-unity-nights-2026-27-season/ZYYIJWN2FZF7TJREOZQKBR34KI/" TargetMode="External"/><Relationship Id="rId14" Type="http://schemas.openxmlformats.org/officeDocument/2006/relationships/hyperlink" Target="https://www.nba.com/nets/news/nets-set-host-annual-pride-night-game-feb-24" TargetMode="External"/><Relationship Id="rId15" Type="http://schemas.openxmlformats.org/officeDocument/2006/relationships/hyperlink" Target="https://www.outsports.com/2026/10/22/24145784/nba-pride-nights-2026-27-season-lgbtq-fa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