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Jim Queen review: a gleefully outrageous animated queer adventure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discovering Jim Queen, an animated Paris-set comedy about a vain gay influencer, a devoted superfan and a bizarre disease threatening the LGBT+ community. With crude jokes, campy villains and unexpectedly tender ideas about solidarity, the film is proving divisive at Cannes but hard to ignore.</w:t>
      </w:r>
      <w:r/>
    </w:p>
    <w:p>
      <w:pPr>
        <w:pStyle w:val="Heading2"/>
      </w:pPr>
      <w:r>
        <w:t>Essential Takeaways</w:t>
      </w:r>
      <w:r/>
      <w:r/>
    </w:p>
    <w:p>
      <w:pPr>
        <w:pStyle w:val="ListBullet"/>
        <w:spacing w:line="240" w:lineRule="auto"/>
        <w:ind w:left="720"/>
      </w:pPr>
      <w:r/>
      <w:r>
        <w:rPr>
          <w:b/>
        </w:rPr>
        <w:t>A surreal premise:</w:t>
      </w:r>
      <w:r>
        <w:t xml:space="preserve"> A condition called heterosis is turning gay men straight, with influencer Jim Parfait among those affected.</w:t>
      </w:r>
      <w:r/>
    </w:p>
    <w:p>
      <w:pPr>
        <w:pStyle w:val="ListBullet"/>
        <w:spacing w:line="240" w:lineRule="auto"/>
        <w:ind w:left="720"/>
      </w:pPr>
      <w:r/>
      <w:r>
        <w:rPr>
          <w:b/>
        </w:rPr>
        <w:t>A reluctant partnership:</w:t>
      </w:r>
      <w:r>
        <w:t xml:space="preserve"> Jim and superfan Lucien cross Paris searching for a possible cure.</w:t>
      </w:r>
      <w:r/>
    </w:p>
    <w:p>
      <w:pPr>
        <w:pStyle w:val="ListBullet"/>
        <w:spacing w:line="240" w:lineRule="auto"/>
        <w:ind w:left="720"/>
      </w:pPr>
      <w:r/>
      <w:r>
        <w:rPr>
          <w:b/>
        </w:rPr>
        <w:t>Camp meets danger:</w:t>
      </w:r>
      <w:r>
        <w:t xml:space="preserve"> Drag venues, musical numbers, fights and grotesque body humour give the adventure a deliberately excessive feel.</w:t>
      </w:r>
      <w:r/>
    </w:p>
    <w:p>
      <w:pPr>
        <w:pStyle w:val="ListBullet"/>
        <w:spacing w:line="240" w:lineRule="auto"/>
        <w:ind w:left="720"/>
      </w:pPr>
      <w:r/>
      <w:r>
        <w:rPr>
          <w:b/>
        </w:rPr>
        <w:t>More than a sex joke:</w:t>
      </w:r>
      <w:r>
        <w:t xml:space="preserve"> Beneath the smut, the film explores division, privilege, fear and rebuilding trust.</w:t>
      </w:r>
      <w:r/>
    </w:p>
    <w:p>
      <w:pPr>
        <w:pStyle w:val="ListBullet"/>
        <w:spacing w:line="240" w:lineRule="auto"/>
        <w:ind w:left="720"/>
      </w:pPr>
      <w:r/>
      <w:r>
        <w:rPr>
          <w:b/>
        </w:rPr>
        <w:t>A festival curiosity:</w:t>
      </w:r>
      <w:r>
        <w:t xml:space="preserve"> Critics have reacted unevenly, while queer audiences have embraced its flamboyant energy.</w:t>
      </w:r>
      <w:r/>
      <w:r/>
    </w:p>
    <w:p>
      <w:pPr>
        <w:pStyle w:val="Heading2"/>
      </w:pPr>
      <w:r>
        <w:t>A queer comedy with a gloriously strange hook</w:t>
      </w:r>
      <w:r/>
    </w:p>
    <w:p>
      <w:r/>
      <w:r>
        <w:t>Jim Queen wastes little time explaining its world. Jim Parfait is an online-famous muscle queen whose carefully sculpted body begins changing after he contracts heterosis, a fictional disease that turns gay people straight. His alarming loss of definition is played for broad visual comedy, but the premise also gives the film an instantly recognisable threat: a community confronting the possibility of its identity being erased.</w:t>
      </w:r>
      <w:r/>
    </w:p>
    <w:p>
      <w:r/>
      <w:r>
        <w:t>According to the film’s festival coverage, Jim’s journey begins in earnest when he encounters Lucien, an obsessive admirer who has been sneaking into queer clubs. The pair make an unlikely team, with Jim’s vanity rubbing against Lucien’s more observant, outsider perspective. It’s a familiar buddy-adventure shape, but the film fills it with enough sequins, sweat and absurdity to keep things lively. (Irish Times)</w:t>
      </w:r>
      <w:r/>
    </w:p>
    <w:p>
      <w:pPr>
        <w:pStyle w:val="Heading2"/>
      </w:pPr>
      <w:r>
        <w:t>Jim and Lucien turn Paris into a queer obstacle course</w:t>
      </w:r>
      <w:r/>
    </w:p>
    <w:p>
      <w:r/>
      <w:r>
        <w:t>The search for a doctor takes the duo through a vividly imagined queer Paris, moving between different venues and communities. Along the way, Jim is forced to face people who dislike him, including drag performers Glamydia and Robear, whose grievances aren’t brushed aside simply because there’s a crisis to solve.</w:t>
      </w:r>
      <w:r/>
    </w:p>
    <w:p>
      <w:r/>
      <w:r>
        <w:t>That detail gives the film more bite than its deliberately silly surface might suggest. Jim’s celebrity status, conventional attractiveness and self-absorption have made him influential, but they’ve also separated him from people around him. The journey therefore becomes a tour of old resentments as much as a hunt for a cure. Cannes reviews have noted the film’s simple archetypes and repeated venue-based encounters, yet those divisions are also central to its argument. (Irish Times; Cineuropa)</w:t>
      </w:r>
      <w:r/>
    </w:p>
    <w:p>
      <w:pPr>
        <w:pStyle w:val="Heading2"/>
      </w:pPr>
      <w:r>
        <w:t>Grotesque muscles, drag disguises and animated freedom</w:t>
      </w:r>
      <w:r/>
    </w:p>
    <w:p>
      <w:r/>
      <w:r>
        <w:t>Animation allows Jim Queen to push its body humour far beyond the limits of live action. Jim’s changing abs become an almost alien spectacle, while his frantic crunches turn fitness culture into a physical punchline. The comedy is intentionally ridiculous, but there’s a sharper idea underneath: behind the exaggerated muscle and online persona is someone struggling to admit he’s frightened.</w:t>
      </w:r>
      <w:r/>
    </w:p>
    <w:p>
      <w:r/>
      <w:r>
        <w:t>The character design is one of the film’s strongest tools. Glamydia and Robear bring their own striking silhouettes, while the wider cast helps build a colourful, slightly dangerous fantasy of queer Paris. Even the disguises, including Jim and Lucien appearing in drag to evade hostile pursuers, feel like part of the film’s playful visual language rather than a break from it. (Irish Times)</w:t>
      </w:r>
      <w:r/>
    </w:p>
    <w:p>
      <w:pPr>
        <w:pStyle w:val="Heading2"/>
      </w:pPr>
      <w:r>
        <w:t>A satire about community, not just shock value</w:t>
      </w:r>
      <w:r/>
    </w:p>
    <w:p>
      <w:r/>
      <w:r>
        <w:t>Jim Queen piles on the ingredients: an AIDS-era echo, action sequences, musical interludes, rivalries and a large supporting cast. That could easily become cluttered, and some critics have felt the film’s episodic middle stretches the joke. Still, the crowded structure reflects a community in which everyone arrives with their own history, defences and wounds.</w:t>
      </w:r>
      <w:r/>
    </w:p>
    <w:p>
      <w:r/>
      <w:r>
        <w:t>Lucien’s personal story adds another layer. He’s revealed to be the son of a homophobic minister, which complicates his role as a wide-eyed fan and makes his search for belonging more meaningful. Meanwhile, Jim’s friends and former critics gradually begin helping one another. The film’s most hopeful idea is that solidarity doesn’t require everyone to like each other first. (Irish Times; Cineuropa)</w:t>
      </w:r>
      <w:r/>
    </w:p>
    <w:p>
      <w:pPr>
        <w:pStyle w:val="Heading2"/>
      </w:pPr>
      <w:r>
        <w:t>Is Jim Queen worth seeing?</w:t>
      </w:r>
      <w:r/>
    </w:p>
    <w:p>
      <w:r/>
      <w:r>
        <w:t>If you’re after polished realism or restrained satire, this probably isn’t the animated film for you. Jim Queen is loud, horny, colourful and sometimes deliberately crude, with a tone that can swing from camp farce to genuine danger in a single scene.</w:t>
      </w:r>
      <w:r/>
    </w:p>
    <w:p>
      <w:r/>
      <w:r>
        <w:t>But that excess is also its appeal. The film understands that queer stories can be messy, erotic, silly and politically pointed at the same time. Its mixed critical response may be fair, particularly when the episodic structure repeats familiar beats, but the film’s affection for its characters keeps it from feeling empty. Jim Queen is currently available in selected North American cinemas, where its full-volume energy is likely to work best with an audience ready to laugh, wince and cheer together. (Irish Times; Cineuropa)</w:t>
      </w:r>
      <w:r/>
    </w:p>
    <w:p>
      <w:r/>
      <w:r>
        <w:t>It’s a messy, exuberant reminder that community can be rebuilt one unlikely alliance at a time.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0">
        <w:r>
          <w:rPr>
            <w:color w:val="0000EE"/>
            <w:u w:val="single"/>
          </w:rPr>
          <w:t>[6]</w:t>
        </w:r>
      </w:hyperlink>
      <w:r>
        <w:t xml:space="preserve">- Paragraph 3: </w:t>
      </w:r>
      <w:hyperlink r:id="rId10">
        <w:r>
          <w:rPr>
            <w:color w:val="0000EE"/>
            <w:u w:val="single"/>
          </w:rPr>
          <w:t>[2]</w:t>
        </w:r>
      </w:hyperlink>
      <w:r>
        <w:t xml:space="preserve">, </w:t>
      </w:r>
      <w:hyperlink r:id="rId10">
        <w:r>
          <w:rPr>
            <w:color w:val="0000EE"/>
            <w:u w:val="single"/>
          </w:rPr>
          <w:t>[5]</w:t>
        </w:r>
      </w:hyperlink>
      <w:r>
        <w:t xml:space="preserve">- Paragraph 4: </w:t>
      </w:r>
      <w:hyperlink r:id="rId11">
        <w:r>
          <w:rPr>
            <w:color w:val="0000EE"/>
            <w:u w:val="single"/>
          </w:rPr>
          <w:t>[3]</w:t>
        </w:r>
      </w:hyperlink>
      <w:r>
        <w:t xml:space="preserve">, </w:t>
      </w:r>
      <w:hyperlink r:id="rId10">
        <w:r>
          <w:rPr>
            <w:color w:val="0000EE"/>
            <w:u w:val="single"/>
          </w:rPr>
          <w:t>[4]</w:t>
        </w:r>
      </w:hyperlink>
      <w:r>
        <w:t xml:space="preserve">- Paragraph 5: </w:t>
      </w:r>
      <w:hyperlink r:id="rId10">
        <w:r>
          <w:rPr>
            <w:color w:val="0000EE"/>
            <w:u w:val="single"/>
          </w:rPr>
          <w:t>[2]</w:t>
        </w:r>
      </w:hyperlink>
      <w:r>
        <w:t xml:space="preserve">, </w:t>
      </w:r>
      <w:hyperlink r:id="rId10">
        <w:r>
          <w:rPr>
            <w:color w:val="0000EE"/>
            <w:u w:val="single"/>
          </w:rPr>
          <w:t>[6]</w:t>
        </w:r>
      </w:hyperlink>
      <w:r>
        <w:t xml:space="preserve">- Paragraph 6: </w:t>
      </w:r>
      <w:hyperlink r:id="rId11">
        <w:r>
          <w:rPr>
            <w:color w:val="0000EE"/>
            <w:u w:val="single"/>
          </w:rPr>
          <w:t>[3]</w:t>
        </w:r>
      </w:hyperlink>
      <w:r>
        <w:t xml:space="preserve">, </w:t>
      </w:r>
      <w:hyperlink r:id="rId10">
        <w:r>
          <w:rPr>
            <w:color w:val="0000EE"/>
            <w:u w:val="single"/>
          </w:rPr>
          <w:t>[5]</w:t>
        </w:r>
      </w:hyperlink>
      <w:r>
        <w:t xml:space="preserve">- Paragraph 7: </w:t>
      </w:r>
      <w:hyperlink r:id="rId10">
        <w:r>
          <w:rPr>
            <w:color w:val="0000EE"/>
            <w:u w:val="single"/>
          </w:rPr>
          <w:t>[2]</w:t>
        </w:r>
      </w:hyperlink>
      <w:r>
        <w:t xml:space="preserve">, </w:t>
      </w:r>
      <w:hyperlink r:id="rId10">
        <w:r>
          <w:rPr>
            <w:color w:val="0000EE"/>
            <w:u w:val="single"/>
          </w:rPr>
          <w:t>[4]</w:t>
        </w:r>
      </w:hyperlink>
      <w:r>
        <w:t xml:space="preserve">- Paragraph 8: </w:t>
      </w:r>
      <w:hyperlink r:id="rId11">
        <w:r>
          <w:rPr>
            <w:color w:val="0000EE"/>
            <w:u w:val="single"/>
          </w:rPr>
          <w:t>[3]</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https://intheseats.ca/open-wide-our-review-of-jim-queen/</w:t>
        </w:r>
      </w:hyperlink>
      <w:r>
        <w:t xml:space="preserve"> - Please view link - unable to able to access data</w:t>
      </w:r>
      <w:r/>
    </w:p>
    <w:p>
      <w:pPr>
        <w:pStyle w:val="ListNumber"/>
        <w:spacing w:line="240" w:lineRule="auto"/>
        <w:ind w:left="720"/>
      </w:pPr>
      <w:r/>
      <w:hyperlink r:id="rId10">
        <w:r>
          <w:rPr>
            <w:color w:val="0000EE"/>
            <w:u w:val="single"/>
          </w:rPr>
          <w:t>https://www.irishtimes.com/culture/film/review/2026/05/19/cannes-first-look-review-jim-queen-this-gay-influencer-animated-comedy-is-gleefully-smutty/</w:t>
        </w:r>
      </w:hyperlink>
      <w:r>
        <w:t xml:space="preserve"> - The Irish Times reviews 'Jim Queen', an animated comedy that premiered at the 2026 Cannes Film Festival. Directed by Nicolas Athané and Marco Nguyen, the film follows Parisian gay influencer Jim Parfait, who contracts 'heterosis', a virus turning gay men straight. The narrative satirises gym culture, sex toys, fetishes, football obsession, and queer tribalism, delivered with crass energy and vibrant animation. Alex Ramirès voices Jim, bringing both swagger and vulnerability, while Jérémy Gillet's Lucien adds sweetness beneath the profanity. The film's anarchic style and musical flourishes amuse, though its AIDS-adjacent allegory is a gamble beside the cartoon absurdity. Midnight audiences at Cannes were laughing too hard to care.</w:t>
      </w:r>
      <w:r/>
    </w:p>
    <w:p>
      <w:pPr>
        <w:pStyle w:val="ListNumber"/>
        <w:spacing w:line="240" w:lineRule="auto"/>
        <w:ind w:left="720"/>
      </w:pPr>
      <w:r/>
      <w:hyperlink r:id="rId11">
        <w:r>
          <w:rPr>
            <w:color w:val="0000EE"/>
            <w:u w:val="single"/>
          </w:rPr>
          <w:t>https://cineuropa.org/en/newsdetail/491639</w:t>
        </w:r>
      </w:hyperlink>
      <w:r>
        <w:t xml:space="preserve"> - Cineuropa provides a review of 'Jim Queen', an adult animated film directed by Nicolas Athané and Marco Nguyen. The film centres on a fictional disease known as 'heterosis', a virus that transforms gay men into heterosexuals. Premiering in the Midnight Screenings section of the 2026 Cannes Film Festival, the narrative follows Jim Parfait, a Parisian influencer who contracts the virus, leading to his world crumbling. The film is noted for its sharp, hilarious, and surprisingly heartfelt approach, blending satire with social commentary on identity and desire.</w:t>
      </w:r>
      <w:r/>
    </w:p>
    <w:p>
      <w:pPr>
        <w:pStyle w:val="ListNumber"/>
        <w:spacing w:line="240" w:lineRule="auto"/>
        <w:ind w:left="720"/>
      </w:pPr>
      <w:r/>
      <w:hyperlink r:id="rId10">
        <w:r>
          <w:rPr>
            <w:color w:val="0000EE"/>
            <w:u w:val="single"/>
          </w:rPr>
          <w:t>https://www.irishtimes.com/culture/film/review/2026/05/19/cannes-first-look-review-jim-queen-this-gay-influencer-animated-comedy-is-gleefully-smutty/</w:t>
        </w:r>
      </w:hyperlink>
      <w:r>
        <w:t xml:space="preserve"> - The Irish Times reviews 'Jim Queen', an animated comedy that premiered at the 2026 Cannes Film Festival. Directed by Nicolas Athané and Marco Nguyen, the film follows Parisian gay influencer Jim Parfait, who contracts 'heterosis', a virus turning gay men straight. The narrative satirises gym culture, sex toys, fetishes, football obsession, and queer tribalism, delivered with crass energy and vibrant animation. Alex Ramirès voices Jim, bringing both swagger and vulnerability, while Jérémy Gillet's Lucien adds sweetness beneath the profanity. The film's anarchic style and musical flourishes amuse, though its AIDS-adjacent allegory is a gamble beside the cartoon absurdity. Midnight audiences at Cannes were laughing too hard to care.</w:t>
      </w:r>
      <w:r/>
    </w:p>
    <w:p>
      <w:pPr>
        <w:pStyle w:val="ListNumber"/>
        <w:spacing w:line="240" w:lineRule="auto"/>
        <w:ind w:left="720"/>
      </w:pPr>
      <w:r/>
      <w:hyperlink r:id="rId10">
        <w:r>
          <w:rPr>
            <w:color w:val="0000EE"/>
            <w:u w:val="single"/>
          </w:rPr>
          <w:t>https://www.irishtimes.com/culture/film/review/2026/05/19/cannes-first-look-review-jim-queen-this-gay-influencer-animated-comedy-is-gleefully-smutty/</w:t>
        </w:r>
      </w:hyperlink>
      <w:r>
        <w:t xml:space="preserve"> - The Irish Times reviews 'Jim Queen', an animated comedy that premiered at the 2026 Cannes Film Festival. Directed by Nicolas Athané and Marco Nguyen, the film follows Parisian gay influencer Jim Parfait, who contracts 'heterosis', a virus turning gay men straight. The narrative satirises gym culture, sex toys, fetishes, football obsession, and queer tribalism, delivered with crass energy and vibrant animation. Alex Ramirès voices Jim, bringing both swagger and vulnerability, while Jérémy Gillet's Lucien adds sweetness beneath the profanity. The film's anarchic style and musical flourishes amuse, though its AIDS-adjacent allegory is a gamble beside the cartoon absurdity. Midnight audiences at Cannes were laughing too hard to care.</w:t>
      </w:r>
      <w:r/>
    </w:p>
    <w:p>
      <w:pPr>
        <w:pStyle w:val="ListNumber"/>
        <w:spacing w:line="240" w:lineRule="auto"/>
        <w:ind w:left="720"/>
      </w:pPr>
      <w:r/>
      <w:hyperlink r:id="rId10">
        <w:r>
          <w:rPr>
            <w:color w:val="0000EE"/>
            <w:u w:val="single"/>
          </w:rPr>
          <w:t>https://www.irishtimes.com/culture/film/review/2026/05/19/cannes-first-look-review-jim-queen-this-gay-influencer-animated-comedy-is-gleefully-smutty/</w:t>
        </w:r>
      </w:hyperlink>
      <w:r>
        <w:t xml:space="preserve"> - The Irish Times reviews 'Jim Queen', an animated comedy that premiered at the 2026 Cannes Film Festival. Directed by Nicolas Athané and Marco Nguyen, the film follows Parisian gay influencer Jim Parfait, who contracts 'heterosis', a virus turning gay men straight. The narrative satirises gym culture, sex toys, fetishes, football obsession, and queer tribalism, delivered with crass energy and vibrant animation. Alex Ramirès voices Jim, bringing both swagger and vulnerability, while Jérémy Gillet's Lucien adds sweetness beneath the profanity. The film's anarchic style and musical flourishes amuse, though its AIDS-adjacent allegory is a gamble beside the cartoon absurdity. Midnight audiences at Cannes were laughing too hard to care.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theseats.ca/open-wide-our-review-of-jim-queen/" TargetMode="External"/><Relationship Id="rId10" Type="http://schemas.openxmlformats.org/officeDocument/2006/relationships/hyperlink" Target="https://www.irishtimes.com/culture/film/review/2026/05/19/cannes-first-look-review-jim-queen-this-gay-influencer-animated-comedy-is-gleefully-smutty/" TargetMode="External"/><Relationship Id="rId11" Type="http://schemas.openxmlformats.org/officeDocument/2006/relationships/hyperlink" Target="https://cineuropa.org/en/newsdetail/49163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