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Jennifer Corday on Palm Springs Pride Music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finding more than a parade in Palm Springs Pride, where singer Jennifer Corday brings live music, LGBTQ+ visibility and a distinctly welcoming desert spirit together. Her performances, women’s weekend events and upcoming album show how entertainment can become a bridge between celebration and genuine connection.</w:t>
      </w:r>
      <w:r/>
    </w:p>
    <w:p>
      <w:pPr>
        <w:pStyle w:val="Heading2"/>
      </w:pPr>
      <w:r>
        <w:t>Essential Takeaways</w:t>
      </w:r>
      <w:r/>
      <w:r/>
    </w:p>
    <w:p>
      <w:pPr>
        <w:pStyle w:val="ListBullet"/>
        <w:spacing w:line="240" w:lineRule="auto"/>
        <w:ind w:left="720"/>
      </w:pPr>
      <w:r/>
      <w:r>
        <w:rPr>
          <w:b/>
        </w:rPr>
        <w:t>Music with a message:</w:t>
      </w:r>
      <w:r>
        <w:t xml:space="preserve"> Jennifer Corday uses live performance to support LGBTQ+ visibility and community connection.</w:t>
      </w:r>
      <w:r/>
    </w:p>
    <w:p>
      <w:pPr>
        <w:pStyle w:val="ListBullet"/>
        <w:spacing w:line="240" w:lineRule="auto"/>
        <w:ind w:left="720"/>
      </w:pPr>
      <w:r/>
      <w:r>
        <w:rPr>
          <w:b/>
        </w:rPr>
        <w:t>Pride beyond one weekend:</w:t>
      </w:r>
      <w:r>
        <w:t xml:space="preserve"> Her Palm Springs appearances reflect an ongoing commitment rather than a single annual event.</w:t>
      </w:r>
      <w:r/>
    </w:p>
    <w:p>
      <w:pPr>
        <w:pStyle w:val="ListBullet"/>
        <w:spacing w:line="240" w:lineRule="auto"/>
        <w:ind w:left="720"/>
      </w:pPr>
      <w:r/>
      <w:r>
        <w:rPr>
          <w:b/>
        </w:rPr>
        <w:t>A women’s weekend grows:</w:t>
      </w:r>
      <w:r>
        <w:t xml:space="preserve"> Desert Legends brings music, social events and shared experiences to Palm Springs.</w:t>
      </w:r>
      <w:r/>
    </w:p>
    <w:p>
      <w:pPr>
        <w:pStyle w:val="ListBullet"/>
        <w:spacing w:line="240" w:lineRule="auto"/>
        <w:ind w:left="720"/>
      </w:pPr>
      <w:r/>
      <w:r>
        <w:rPr>
          <w:b/>
        </w:rPr>
        <w:t>The setting matters:</w:t>
      </w:r>
      <w:r>
        <w:t xml:space="preserve"> The desert city’s relaxed, open atmosphere helps visitors feel part of something bigger.</w:t>
      </w:r>
      <w:r/>
    </w:p>
    <w:p>
      <w:pPr>
        <w:pStyle w:val="ListBullet"/>
        <w:spacing w:line="240" w:lineRule="auto"/>
        <w:ind w:left="720"/>
      </w:pPr>
      <w:r/>
      <w:r>
        <w:rPr>
          <w:b/>
        </w:rPr>
        <w:t>More to come:</w:t>
      </w:r>
      <w:r>
        <w:t xml:space="preserve"> Corday’s forthcoming album adds another creative chapter to her Palm Springs story.</w:t>
      </w:r>
      <w:r/>
      <w:r/>
    </w:p>
    <w:p>
      <w:pPr>
        <w:pStyle w:val="Heading2"/>
      </w:pPr>
      <w:r>
        <w:t>Palm Springs Pride sounds better with a local connection</w:t>
      </w:r>
      <w:r/>
    </w:p>
    <w:p>
      <w:r/>
      <w:r>
        <w:t>There’s a particular warmth to Pride when the music feels personal. In Palm Springs, Jennifer Corday’s performances bring that feeling to life, pairing a confident stage presence with the emotional lift of songs shared among friends, visitors and long-time community members.</w:t>
      </w:r>
      <w:r/>
    </w:p>
    <w:p>
      <w:r/>
      <w:r>
        <w:t>According to The Hollywood Times, Corday discussed her relationship with Palm Springs Pride, LGBTQ+ visibility and the importance of creating places where people can meet naturally. It’s a useful reminder that a festival isn’t only about the headline moments. Sometimes the most lasting memories happen between sets, in a conversation or over a quiet drink after the crowds thin out.</w:t>
      </w:r>
      <w:r/>
    </w:p>
    <w:p>
      <w:pPr>
        <w:pStyle w:val="Heading2"/>
      </w:pPr>
      <w:r>
        <w:t>Jennifer Corday turns performance into connection</w:t>
      </w:r>
      <w:r/>
    </w:p>
    <w:p>
      <w:r/>
      <w:r>
        <w:t>Corday’s work sits comfortably between music and community organising. Her annual Pride appearances and parade participation give her a visible role in the city’s celebrations, but the wider aim is more intimate: helping people feel recognised and included.</w:t>
      </w:r>
      <w:r/>
    </w:p>
    <w:p>
      <w:r/>
      <w:r>
        <w:t>That matters in a destination such as Palm Springs, where Pride draws both residents and travellers. The Hollywood Times reported that Corday sees music as a way to create shared space, rather than simply provide background entertainment. There’s a lovely simplicity to that idea, especially when a familiar chorus gets an entire crowd singing together.</w:t>
      </w:r>
      <w:r/>
    </w:p>
    <w:p>
      <w:pPr>
        <w:pStyle w:val="Heading2"/>
      </w:pPr>
      <w:r>
        <w:t>Desert Legends offers a different kind of Palm Springs weekend</w:t>
      </w:r>
      <w:r/>
    </w:p>
    <w:p>
      <w:r/>
      <w:r>
        <w:t>The connection continues through Desert Legends, a women’s weekend designed around celebration, friendship and community. Event listings describe a programme that brings people together for several days, giving guests more time to settle in and make connections than a single concert or parade can offer.</w:t>
      </w:r>
      <w:r/>
    </w:p>
    <w:p>
      <w:r/>
      <w:r>
        <w:t>Previous coverage in The Hollywood Times positioned the event as a welcoming gathering with a strong sense of belonging. Its appeal is easy to understand: Palm Springs already offers sunshine, pools and stylish places to stay, while a structured weekend gives visitors a ready-made social circle. For anyone travelling alone, that can make the difference between feeling like a spectator and feeling involved.</w:t>
      </w:r>
      <w:r/>
    </w:p>
    <w:p>
      <w:pPr>
        <w:pStyle w:val="Heading2"/>
      </w:pPr>
      <w:r>
        <w:t>How to make the most of a Pride visit</w:t>
      </w:r>
      <w:r/>
    </w:p>
    <w:p>
      <w:r/>
      <w:r>
        <w:t>If you’re planning a Palm Springs Pride trip, leave room for both the major events and the slower moments. Check performance times before travelling, book accommodation early and allow extra time for getting between venues, particularly during parade periods when roads and parking can become busier.</w:t>
      </w:r>
      <w:r/>
    </w:p>
    <w:p>
      <w:r/>
      <w:r>
        <w:t>For Desert Legends or similar women’s weekends, look beyond the headline event. The smaller meet-ups, informal gatherings and repeated encounters are often where friendships begin. Coverage of the 2025 and 2026 editions suggests the weekend is developing into a regular fixture, so it’s worth checking the latest programme rather than relying on last year’s schedule.</w:t>
      </w:r>
      <w:r/>
    </w:p>
    <w:p>
      <w:pPr>
        <w:pStyle w:val="Heading2"/>
      </w:pPr>
      <w:r>
        <w:t>A growing creative story in the desert</w:t>
      </w:r>
      <w:r/>
    </w:p>
    <w:p>
      <w:r/>
      <w:r>
        <w:t>Corday’s upcoming album adds momentum to a story already rooted in performance and community. New music can extend the reach of a live event, giving listeners something to take home after the lights go down and the desert evening cools.</w:t>
      </w:r>
      <w:r/>
    </w:p>
    <w:p>
      <w:r/>
      <w:r>
        <w:t>Recent reporting on Desert Legends also points to continued interest in Palm Springs as a place for LGBTQ+ events that feel both celebratory and purposeful. That combination is part of the city’s charm. It can be glamorous when the occasion calls for it, but it still knows how to make a newcomer feel welcome.</w:t>
      </w:r>
      <w:r/>
    </w:p>
    <w:p>
      <w:r/>
      <w:r>
        <w:t>It's a small reminder that the best Pride experiences are built around people, not just programmes.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3">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https://gaydesertguide.com/jennifer-corday-on-palm-springs-pride-music-and-lgbtq-community/</w:t>
        </w:r>
      </w:hyperlink>
      <w:r>
        <w:t xml:space="preserve"> - Please view link - unable to able to access data</w:t>
      </w:r>
      <w:r/>
    </w:p>
    <w:p>
      <w:pPr>
        <w:pStyle w:val="ListNumber"/>
        <w:spacing w:line="240" w:lineRule="auto"/>
        <w:ind w:left="720"/>
      </w:pPr>
      <w:r/>
      <w:hyperlink r:id="rId10">
        <w:r>
          <w:rPr>
            <w:color w:val="0000EE"/>
            <w:u w:val="single"/>
          </w:rPr>
          <w:t>https://hollywoodtimes.net/jennifer-corday-music-pride-and-building-community-in-palm-springs/</w:t>
        </w:r>
      </w:hyperlink>
      <w:r>
        <w:t xml:space="preserve"> - An article from The Hollywood Times featuring an interview with Jennifer Corday, discussing her involvement in Palm Springs Pride, her music career, and her efforts in building community connections within the LGBTQ+ community. Corday shares her experiences performing at Pride events, her perspectives on the growth of Palm Springs Pride, and her upcoming projects, including her participation in the Desert Legends women's weekend and her new single releases.</w:t>
      </w:r>
      <w:r/>
    </w:p>
    <w:p>
      <w:pPr>
        <w:pStyle w:val="ListNumber"/>
        <w:spacing w:line="240" w:lineRule="auto"/>
        <w:ind w:left="720"/>
      </w:pPr>
      <w:r/>
      <w:hyperlink r:id="rId12">
        <w:r>
          <w:rPr>
            <w:color w:val="0000EE"/>
            <w:u w:val="single"/>
          </w:rPr>
          <w:t>https://qlist.app/events/Palm-Springs/Desert-Legends-The-Legendary-Womens-Weekend/16103</w:t>
        </w:r>
      </w:hyperlink>
      <w:r>
        <w:t xml:space="preserve"> - A listing for Desert Legends: The Legendary Women's Weekend, a four-day event in Palm Springs focusing on women aged 40 and over. The event includes activities such as golf, pickleball, comedy shows, concerts, pool parties, and tea dances. The weekend is centred at Hotel Zoso, with most events within walking distance of downtown Palm Springs. The listing provides details on the schedule, ticket information, and the event's focus on community-building and celebration.</w:t>
      </w:r>
      <w:r/>
    </w:p>
    <w:p>
      <w:pPr>
        <w:pStyle w:val="ListNumber"/>
        <w:spacing w:line="240" w:lineRule="auto"/>
        <w:ind w:left="720"/>
      </w:pPr>
      <w:r/>
      <w:hyperlink r:id="rId11">
        <w:r>
          <w:rPr>
            <w:color w:val="0000EE"/>
            <w:u w:val="single"/>
          </w:rPr>
          <w:t>https://hollywoodtimes.net/desert-legends-womens-weekend-returns-to-palm-springs/</w:t>
        </w:r>
      </w:hyperlink>
      <w:r>
        <w:t xml:space="preserve"> - An announcement from The Hollywood Times about the return of Desert Legends Women's Weekend to Palm Springs, scheduled for April 2–5, 2026. The event promises four days of sports, music, comedy, wellness, and celebration at Hotel Zoso and Agua Caliente Casino Palm Springs. Highlights include a golf tournament benefiting The L-Fund, a women's pickleball tournament, concerts, and a tea dance at Palm Springs Surf Club. The article provides details on the event's schedule and ticket information.</w:t>
      </w:r>
      <w:r/>
    </w:p>
    <w:p>
      <w:pPr>
        <w:pStyle w:val="ListNumber"/>
        <w:spacing w:line="240" w:lineRule="auto"/>
        <w:ind w:left="720"/>
      </w:pPr>
      <w:r/>
      <w:hyperlink r:id="rId13">
        <w:r>
          <w:rPr>
            <w:color w:val="0000EE"/>
            <w:u w:val="single"/>
          </w:rPr>
          <w:t>https://hollywoodtimes.net/desert-legends-legendary-womens-weekend-returns-palm-springs-four-days-celebration-connection-community-april-2-april-5-2026/</w:t>
        </w:r>
      </w:hyperlink>
      <w:r>
        <w:t xml:space="preserve"> - A detailed overview from The Hollywood Times about Desert Legends Women's Weekend returning to Palm Springs from April 2–5, 2026. The event is designed for women aged 40 and over and includes a variety of activities such as a meet-and-greet, golf tournament, pickleball tournament, concerts, and a tea dance. The article highlights the event's focus on community-building and connection, with most activities centred at Hotel Zoso and other venues in downtown Palm Springs.</w:t>
      </w:r>
      <w:r/>
    </w:p>
    <w:p>
      <w:pPr>
        <w:pStyle w:val="ListNumber"/>
        <w:spacing w:line="240" w:lineRule="auto"/>
        <w:ind w:left="720"/>
      </w:pPr>
      <w:r/>
      <w:hyperlink r:id="rId15">
        <w:r>
          <w:rPr>
            <w:color w:val="0000EE"/>
            <w:u w:val="single"/>
          </w:rPr>
          <w:t>https://hollywoodtimes.net/desertlegends-net-2025-womens-weekend-wonderful-celebration-pride-connection-palm-springs/</w:t>
        </w:r>
      </w:hyperlink>
      <w:r>
        <w:t xml:space="preserve"> - A recap from The Hollywood Times of the Desert Legends 2025 Women's Weekend in Palm Springs, highlighting the event's success in celebrating women's pride and connection. The article details various activities such as pickleball, golf, pool parties, synchronized swimming, cocktail gatherings, NCAA watch parties, live music concerts, a tattoo contest, a 70s dance party, live DJs, a Sunday brunch, and a spa day. The piece emphasizes the event's role in fostering community and connection among women.</w:t>
      </w:r>
      <w:r/>
    </w:p>
    <w:p>
      <w:pPr>
        <w:pStyle w:val="ListNumber"/>
        <w:spacing w:line="240" w:lineRule="auto"/>
        <w:ind w:left="720"/>
      </w:pPr>
      <w:r/>
      <w:hyperlink r:id="rId14">
        <w:r>
          <w:rPr>
            <w:color w:val="0000EE"/>
            <w:u w:val="single"/>
          </w:rPr>
          <w:t>https://hollywoodtimes.net/desert-legends-2025-legendary-womens-weekend-palm-springs/</w:t>
        </w:r>
      </w:hyperlink>
      <w:r>
        <w:t xml:space="preserve"> - An announcement from The Hollywood Times about the Desert Legends 2025 Women's Weekend in Palm Springs, scheduled for April 3–7, 2025. The event offers a blend of sports, entertainment, and social activities designed for women, especially those aged 40 and over. Highlights include a meet-and-greet cocktail party, a golf tournament supporting The LGBTQ Community Center of the Desert, and various social gatherings. The article provides details on the event's schedule and ticket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desertguide.com/jennifer-corday-on-palm-springs-pride-music-and-lgbtq-community/" TargetMode="External"/><Relationship Id="rId10" Type="http://schemas.openxmlformats.org/officeDocument/2006/relationships/hyperlink" Target="https://hollywoodtimes.net/jennifer-corday-music-pride-and-building-community-in-palm-springs/" TargetMode="External"/><Relationship Id="rId11" Type="http://schemas.openxmlformats.org/officeDocument/2006/relationships/hyperlink" Target="https://hollywoodtimes.net/desert-legends-womens-weekend-returns-to-palm-springs/" TargetMode="External"/><Relationship Id="rId12" Type="http://schemas.openxmlformats.org/officeDocument/2006/relationships/hyperlink" Target="https://qlist.app/events/Palm-Springs/Desert-Legends-The-Legendary-Womens-Weekend/16103" TargetMode="External"/><Relationship Id="rId13" Type="http://schemas.openxmlformats.org/officeDocument/2006/relationships/hyperlink" Target="https://hollywoodtimes.net/desert-legends-legendary-womens-weekend-returns-palm-springs-four-days-celebration-connection-community-april-2-april-5-2026/" TargetMode="External"/><Relationship Id="rId14" Type="http://schemas.openxmlformats.org/officeDocument/2006/relationships/hyperlink" Target="https://hollywoodtimes.net/desert-legends-2025-legendary-womens-weekend-palm-springs/" TargetMode="External"/><Relationship Id="rId15" Type="http://schemas.openxmlformats.org/officeDocument/2006/relationships/hyperlink" Target="https://hollywoodtimes.net/desertlegends-net-2025-womens-weekend-wonderful-celebration-pride-connection-palm-spr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