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Brisbane Fair Day postponed: what LGBTQ+ visitors need to know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Brisbane Pride’s Fair Day has been postponed because of poor weather, moving the much-loved LGBTQ+ celebration to 7 November. The change affects the rally, march and outdoor festival at New Farm Park, leaving visitors, performers and stallholders waiting for fresh details while organisers prioritise safety.</w:t>
      </w:r>
      <w:r/>
    </w:p>
    <w:p>
      <w:pPr>
        <w:pStyle w:val="Heading2"/>
      </w:pPr>
      <w:r>
        <w:t>Essential Takeaways</w:t>
      </w:r>
      <w:r/>
      <w:r/>
    </w:p>
    <w:p>
      <w:pPr>
        <w:pStyle w:val="ListBullet"/>
        <w:spacing w:line="240" w:lineRule="auto"/>
        <w:ind w:left="720"/>
      </w:pPr>
      <w:r/>
      <w:r>
        <w:rPr>
          <w:b/>
        </w:rPr>
        <w:t>New date:</w:t>
      </w:r>
      <w:r>
        <w:t xml:space="preserve"> Brisbane Pride’s Rally, March and Fair Day are now scheduled for Saturday 7 November.</w:t>
      </w:r>
      <w:r/>
    </w:p>
    <w:p>
      <w:pPr>
        <w:pStyle w:val="ListBullet"/>
        <w:spacing w:line="240" w:lineRule="auto"/>
        <w:ind w:left="720"/>
      </w:pPr>
      <w:r/>
      <w:r>
        <w:rPr>
          <w:b/>
        </w:rPr>
        <w:t>Original venue:</w:t>
      </w:r>
      <w:r>
        <w:t xml:space="preserve"> Fair Day was due to return to New Farm Park, its first appearance there in four years.</w:t>
      </w:r>
      <w:r/>
    </w:p>
    <w:p>
      <w:pPr>
        <w:pStyle w:val="ListBullet"/>
        <w:spacing w:line="240" w:lineRule="auto"/>
        <w:ind w:left="720"/>
      </w:pPr>
      <w:r/>
      <w:r>
        <w:rPr>
          <w:b/>
        </w:rPr>
        <w:t>Weather decision:</w:t>
      </w:r>
      <w:r>
        <w:t xml:space="preserve"> Organisers said adverse conditions made postponement the responsible option.</w:t>
      </w:r>
      <w:r/>
    </w:p>
    <w:p>
      <w:pPr>
        <w:pStyle w:val="ListBullet"/>
        <w:spacing w:line="240" w:lineRule="auto"/>
        <w:ind w:left="720"/>
      </w:pPr>
      <w:r/>
      <w:r>
        <w:rPr>
          <w:b/>
        </w:rPr>
        <w:t>This weekend:</w:t>
      </w:r>
      <w:r>
        <w:t xml:space="preserve"> A possible free pop-up party has been rumoured, but it hadn't been confirmed.</w:t>
      </w:r>
      <w:r/>
    </w:p>
    <w:p>
      <w:pPr>
        <w:pStyle w:val="ListBullet"/>
        <w:spacing w:line="240" w:lineRule="auto"/>
        <w:ind w:left="720"/>
      </w:pPr>
      <w:r/>
      <w:r>
        <w:rPr>
          <w:b/>
        </w:rPr>
        <w:t>Best next step:</w:t>
      </w:r>
      <w:r>
        <w:t xml:space="preserve"> Check Brisbane Pride's official social channels before making travel or event plans.</w:t>
      </w:r>
      <w:r/>
      <w:r/>
    </w:p>
    <w:p>
      <w:pPr>
        <w:pStyle w:val="Heading2"/>
      </w:pPr>
      <w:r>
        <w:t>Bad weather puts Brisbane Pride on pause</w:t>
      </w:r>
      <w:r/>
    </w:p>
    <w:p>
      <w:r/>
      <w:r>
        <w:t>Brisbane's colourful riverside celebration has hit an unavoidable wet-weather pause. The decision means the music, drag acts, performances, community stalls and parade atmosphere planned for New Farm Park won't go ahead this weekend, with safety taking priority over a soggy day out.</w:t>
      </w:r>
      <w:r/>
    </w:p>
    <w:p>
      <w:r/>
      <w:r>
        <w:t>Brisbane Pride said the wellbeing of attendees, performers, stallholders, volunteers and staff had to come first. That's a practical call, even if it leaves rainbow flags folded away and plenty of disappointed plans in the diary.</w:t>
      </w:r>
      <w:r/>
    </w:p>
    <w:p>
      <w:pPr>
        <w:pStyle w:val="Heading2"/>
      </w:pPr>
      <w:r>
        <w:t>Fair Day was set for a long-awaited return</w:t>
      </w:r>
      <w:r/>
    </w:p>
    <w:p>
      <w:r/>
      <w:r>
        <w:t>The postponed event was meant to mark Fair Day's first return to heritage-listed New Farm Park in four years. Previous editions had been staged at Musgrave Park, so the move back to the riverfront site carried a little extra significance for regular attendees.</w:t>
      </w:r>
      <w:r/>
    </w:p>
    <w:p>
      <w:r/>
      <w:r>
        <w:t>For visitors, the venue change was part of the appeal. New Farm Park offers a scenic setting for an outdoor celebration, but open grass, temporary stalls and large crowds are especially vulnerable when the weather turns rough. Other major outdoor events have also faced postponements or cancellations in difficult conditions, including motorsport and family festival programmes reported by regional outlets.</w:t>
      </w:r>
      <w:r/>
    </w:p>
    <w:p>
      <w:pPr>
        <w:pStyle w:val="Heading2"/>
      </w:pPr>
      <w:r>
        <w:t>When is Brisbane Fair Day now happening?</w:t>
      </w:r>
      <w:r/>
    </w:p>
    <w:p>
      <w:r/>
      <w:r>
        <w:t>Brisbane Pride has rescheduled the Rally, March and Fair Day for Saturday 7 November. The new date gives organisers more time to reset the programme, coordinate suppliers and make sure the event can run safely rather than trying to force a compromised celebration into a bad forecast.</w:t>
      </w:r>
      <w:r/>
    </w:p>
    <w:p>
      <w:r/>
      <w:r>
        <w:t>Anyone travelling into Brisbane should wait for confirmed timings, access information and venue guidance before booking transport or accommodation. Queensland's public holiday calendar can also help visitors understand the wider weekend context, although the Pride programme itself remains the key source for event updates.</w:t>
      </w:r>
      <w:r/>
    </w:p>
    <w:p>
      <w:pPr>
        <w:pStyle w:val="Heading2"/>
      </w:pPr>
      <w:r>
        <w:t>Could a pop-up party fill the gap?</w:t>
      </w:r>
      <w:r/>
    </w:p>
    <w:p>
      <w:r/>
      <w:r>
        <w:t>There was speculation that a free pop-up party could take place at The Wickham this weekend, featuring Vybe and Coco Jumbo. However, that possibility hadn't been confirmed, so it should be treated as a rumour rather than a firm alternative to Fair Day.</w:t>
      </w:r>
      <w:r/>
    </w:p>
    <w:p>
      <w:r/>
      <w:r>
        <w:t>That uncertainty is familiar territory for event-goers. When weather disrupts a major outdoor programme, organisers sometimes look for smaller indoor options, but capacity, licensing, performer availability and crowd safety all need to line up first. In other words, don't set off based on a social-media whisper alone.</w:t>
      </w:r>
      <w:r/>
    </w:p>
    <w:p>
      <w:pPr>
        <w:pStyle w:val="Heading2"/>
      </w:pPr>
      <w:r>
        <w:t>How to keep up with the latest plans</w:t>
      </w:r>
      <w:r/>
    </w:p>
    <w:p>
      <w:r/>
      <w:r>
        <w:t>The simplest approach is to follow Brisbane Pride's official social accounts and check for updates before heading out. Look for confirmed announcements about the rescheduled date, venue arrangements, tickets or registrations, accessibility, road closures and stallholder information.</w:t>
      </w:r>
      <w:r/>
    </w:p>
    <w:p>
      <w:r/>
      <w:r>
        <w:t>If you've already made plans, keep receipts and booking details handy, then contact providers directly about changes. And if you're attending in November, prepare for both sunshine and showers: comfortable shoes, water, sun protection and a light waterproof layer are the unglamorous essentials that can save the day.</w:t>
      </w:r>
      <w:r/>
    </w:p>
    <w:p>
      <w:r/>
      <w:r>
        <w:t>Brisbane's Pride celebration hasn't disappeared; it's simply waiting for a safer, brighter moment.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[6]</w:t>
        </w:r>
      </w:hyperlink>
      <w:r>
        <w:t xml:space="preserve">- Paragraph 5: </w:t>
      </w:r>
      <w:hyperlink r:id="rId11">
        <w:r>
          <w:rPr>
            <w:color w:val="0000EE"/>
            <w:u w:val="single"/>
          </w:rPr>
          <w:t>[3]</w:t>
        </w:r>
      </w:hyperlink>
      <w:r>
        <w:t xml:space="preserve">, </w:t>
      </w:r>
      <w:hyperlink r:id="rId14">
        <w:r>
          <w:rPr>
            <w:color w:val="0000EE"/>
            <w:u w:val="single"/>
          </w:rPr>
          <w:t>[7]</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[6]</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9">
        <w:r>
          <w:rPr>
            <w:color w:val="0000EE"/>
            <w:u w:val="single"/>
          </w:rPr>
          <w:t>[2]</w:t>
        </w:r>
      </w:hyperlink>
      <w:r>
        <w:t xml:space="preserve">, </w:t>
      </w:r>
      <w:hyperlink r:id="rId13">
        <w:r>
          <w:rPr>
            <w:color w:val="0000EE"/>
            <w:u w:val="single"/>
          </w:rPr>
          <w:t>[5]</w:t>
        </w:r>
      </w:hyperlink>
      <w:r>
        <w:t xml:space="preserve">- Paragraph 10: </w:t>
      </w:r>
      <w:hyperlink r:id="rId10">
        <w:r>
          <w:rPr>
            <w:color w:val="0000EE"/>
            <w:u w:val="single"/>
          </w:rPr>
          <w:t>[6]</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2">
        <w:r>
          <w:rPr>
            <w:color w:val="0000EE"/>
            <w:u w:val="single"/>
          </w:rPr>
          <w:t>[4]</w:t>
        </w:r>
      </w:hyperlink>
      <w:r>
        <w:t xml:space="preserve">- Paragraph 12: </w:t>
      </w:r>
      <w:hyperlink r:id="rId13">
        <w:r>
          <w:rPr>
            <w:color w:val="0000EE"/>
            <w:u w:val="single"/>
          </w:rPr>
          <w:t>[5]</w:t>
        </w:r>
      </w:hyperlink>
      <w:r>
        <w:t xml:space="preserve">, </w:t>
      </w:r>
      <w:hyperlink r:id="rId10">
        <w:r>
          <w:rPr>
            <w:color w:val="0000EE"/>
            <w:u w:val="single"/>
          </w:rPr>
          <w:t>[6]</w:t>
        </w:r>
      </w:hyperlink>
      <w:r>
        <w:t xml:space="preserve">- Paragraph 13: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https://www.starobserver.com.au/gay-scene/brisbane-fair-day-cancelled-due-to-poor-weather/244667</w:t>
        </w:r>
      </w:hyperlink>
      <w:r>
        <w:t xml:space="preserve"> - Please view link - unable to able to access data</w:t>
      </w:r>
      <w:r/>
    </w:p>
    <w:p>
      <w:pPr>
        <w:pStyle w:val="ListNumber"/>
        <w:spacing w:line="240" w:lineRule="auto"/>
        <w:ind w:left="720"/>
      </w:pPr>
      <w:r/>
      <w:hyperlink r:id="rId9">
        <w:r>
          <w:rPr>
            <w:color w:val="0000EE"/>
            <w:u w:val="single"/>
          </w:rPr>
          <w:t>https://www.starobserver.com.au/gay-scene/brisbane-fair-day-cancelled-due-to-poor-weather/244667</w:t>
        </w:r>
      </w:hyperlink>
      <w:r>
        <w:t xml:space="preserve"> - Brisbane's Fair Day, a cherished annual LGBTQ+ festival, has been postponed to 7 November due to adverse weather conditions. Originally scheduled for this Saturday at New Farm Park, the event marks its return to the heritage-listed riverfront public park after four years, having previously been held at Musgrave Park. A Brisbane Pride spokesperson stated that the decision prioritises the safety and wellbeing of the community, performers, stallholders, volunteers, and event staff. They acknowledged the community's disappointment and expressed gratitude for the understanding shown. The spokesperson also mentioned potential updates regarding rescheduling arrangements and encouraged the public to follow official social media channels for the latest information. Additionally, there are rumours of a free pop-up party at The Wickham featuring Vybe and Coco Jumbo, though this is yet to be confirmed. The spokesperson concluded by expressing eagerness to celebrate Pride with the community soon.</w:t>
      </w:r>
      <w:r/>
    </w:p>
    <w:p>
      <w:pPr>
        <w:pStyle w:val="ListNumber"/>
        <w:spacing w:line="240" w:lineRule="auto"/>
        <w:ind w:left="720"/>
      </w:pPr>
      <w:r/>
      <w:hyperlink r:id="rId11">
        <w:r>
          <w:rPr>
            <w:color w:val="0000EE"/>
            <w:u w:val="single"/>
          </w:rPr>
          <w:t>https://www.chad.co.uk/read-this/goodwood-festival-of-speed-day-2-cancelled-4219930</w:t>
        </w:r>
      </w:hyperlink>
      <w:r>
        <w:t xml:space="preserve"> - The Goodwood Festival of Speed's penultimate day was cancelled due to a severe weather warning for high winds. Organisers expressed deep regret over the decision, marking the first cancellation in the event's 30-year history. The cancellation was prompted by a Met Office warning indicating potential risks to temporary structures on-site. Attendees were advised not to travel to Goodwood, and organisers announced that Sunday’s event would proceed as planned, though Saturday tickets would not be accepted. Customers affected by the cancellation were informed that refunds would be processed in the coming days, with organisers requesting that ticket holders refrain from contacting the ticket office directly.</w:t>
      </w:r>
      <w:r/>
    </w:p>
    <w:p>
      <w:pPr>
        <w:pStyle w:val="ListNumber"/>
        <w:spacing w:line="240" w:lineRule="auto"/>
        <w:ind w:left="720"/>
      </w:pPr>
      <w:r/>
      <w:hyperlink r:id="rId12">
        <w:r>
          <w:rPr>
            <w:color w:val="0000EE"/>
            <w:u w:val="single"/>
          </w:rPr>
          <w:t>https://www.theguardian.com/australia-news/2023/jul/17/brisbane-olympics-drone-show-cancelled-melbourne-yarra-river-fail</w:t>
        </w:r>
      </w:hyperlink>
      <w:r>
        <w:t xml:space="preserve"> - A drone show intended to mark nine years until Brisbane hosts the Olympics and Paralympics was cancelled after hundreds of drones fell into Melbourne's Yarra River during a Matildas display. The Brisbane 2032 organising committee stated that the drone company, ATN, advised against further shows until the cause of the equipment malfunction was identified. Committee president Andrew Liveris expressed disappointment over the cancellation but emphasised the priority of safety. He assured the public that alternative celebrations would be organised across Brisbane, the Sunshine Coast, and Gold Coast, including large-scale structures of the Olympic rings and Paralympic agitos, as well as participation in various Olympic and Paralympic sports. Details of these events were to be provided on local council websites.</w:t>
      </w:r>
      <w:r/>
    </w:p>
    <w:p>
      <w:pPr>
        <w:pStyle w:val="ListNumber"/>
        <w:spacing w:line="240" w:lineRule="auto"/>
        <w:ind w:left="720"/>
      </w:pPr>
      <w:r/>
      <w:hyperlink r:id="rId13">
        <w:r>
          <w:rPr>
            <w:color w:val="0000EE"/>
            <w:u w:val="single"/>
          </w:rPr>
          <w:t>https://www.qld.gov.au/recreation/travel/holidays/queensland-public-holiday-dates-for-2023</w:t>
        </w:r>
      </w:hyperlink>
      <w:r>
        <w:t xml:space="preserve"> - The Queensland Government has released the public holiday dates for 2023. Notable dates include New Year's Day on Sunday 1 January and Monday 2 January, Australia Day on Thursday 26 January, Good Friday on Friday 7 April, and Easter Monday on Monday 10 April. Other holidays include Anzac Day on Tuesday 25 April, Labour Day on Monday 1 May, and the Royal Queensland Show Day on Wednesday 16 August, observed only in the Brisbane area. The King's Birthday is celebrated on Monday 2 October, with Christmas Eve (24 December) from 6pm to midnight on Sunday 24 December, Christmas Day on Monday 25 December, and Boxing Day on Tuesday 26 December. The list provides a comprehensive overview of public, school, and show holidays for the year.</w:t>
      </w:r>
      <w:r/>
    </w:p>
    <w:p>
      <w:pPr>
        <w:pStyle w:val="ListNumber"/>
        <w:spacing w:line="240" w:lineRule="auto"/>
        <w:ind w:left="720"/>
      </w:pPr>
      <w:r/>
      <w:hyperlink r:id="rId10">
        <w:r>
          <w:rPr>
            <w:color w:val="0000EE"/>
            <w:u w:val="single"/>
          </w:rPr>
          <w:t>https://www.inkl.com/news/family-friendly-festival-postponed-due-to-extreme-weather-concerns</w:t>
        </w:r>
      </w:hyperlink>
      <w:r>
        <w:t xml:space="preserve"> - The Fairgrounds Festival, a family-friendly event, has been postponed to 2023 due to extreme weather concerns, labour shortages, and increased costs. Organisers cited ongoing extreme weather patterns, ballooning insurance premiums, lingering COVID-19 risks, labour shortages, and increased costs at every level of the supply chain as reasons for the postponement. They stated that it wouldn't have been responsible to continue under conditions where they weren't confident of delivering an event worthy of their loyal attendees. The festival, originally set to run in November, is billed as a multi-day family-friendly event with music, markets, an on-site swimming pool, a dedicated kids area with carnival rides, and food and wine. Previous years have featured artists like Liam Gallagher, King Gizzard and The Lizard Wizard, Rodriguez, Billy Bragg, The Breeders, Courtney Barnett, Julia Jacklin, Sampa The Great, Gang Of Youths, The Shins, Aldous Harding, Father John Misty, and more.</w:t>
      </w:r>
      <w:r/>
    </w:p>
    <w:p>
      <w:pPr>
        <w:pStyle w:val="ListNumber"/>
        <w:spacing w:line="240" w:lineRule="auto"/>
        <w:ind w:left="720"/>
      </w:pPr>
      <w:r/>
      <w:hyperlink r:id="rId14">
        <w:r>
          <w:rPr>
            <w:color w:val="0000EE"/>
            <w:u w:val="single"/>
          </w:rPr>
          <w:t>https://horsebetting.com.au/magic-millions-day-postponed-on-the-gold-coast/</w:t>
        </w:r>
      </w:hyperlink>
      <w:r>
        <w:t xml:space="preserve"> - Magic Millions Day 2023 on the Gold Coast was postponed after just two races due to heavy rain and poor track conditions. The decision was made after the area received over 12mm of rain, which continued to fall during the meeting, making the track perilous for participants. The Queensland Racing Integrity Commission (QRIC) Stewards postponed the event to prioritise the safety of animals and riders in poor conditions. The Gold Coast Turf Club had earlier moved the rail from the 400m to the 300m mark after discovering a wet patch, but ultimately decided to delay the meeting. Jockeys were asked to undertake a secret ballot, resulting in a majority decision to withdraw their services due to poor visibility and wet weather. Racing Queensland and the Gold Coast Turf Club will determine the new date for the meeting.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gay-scene/brisbane-fair-day-cancelled-due-to-poor-weather/244667" TargetMode="External"/><Relationship Id="rId10" Type="http://schemas.openxmlformats.org/officeDocument/2006/relationships/hyperlink" Target="https://www.inkl.com/news/family-friendly-festival-postponed-due-to-extreme-weather-concerns" TargetMode="External"/><Relationship Id="rId11" Type="http://schemas.openxmlformats.org/officeDocument/2006/relationships/hyperlink" Target="https://www.chad.co.uk/read-this/goodwood-festival-of-speed-day-2-cancelled-4219930" TargetMode="External"/><Relationship Id="rId12" Type="http://schemas.openxmlformats.org/officeDocument/2006/relationships/hyperlink" Target="https://www.theguardian.com/australia-news/2023/jul/17/brisbane-olympics-drone-show-cancelled-melbourne-yarra-river-fail" TargetMode="External"/><Relationship Id="rId13" Type="http://schemas.openxmlformats.org/officeDocument/2006/relationships/hyperlink" Target="https://www.qld.gov.au/recreation/travel/holidays/queensland-public-holiday-dates-for-2023" TargetMode="External"/><Relationship Id="rId14" Type="http://schemas.openxmlformats.org/officeDocument/2006/relationships/hyperlink" Target="https://horsebetting.com.au/magic-millions-day-postponed-on-the-gold-coa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