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Wicked Manors 2026 guide for Halloween in Wilton Manors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partygoers and costume devotees are already eyeing Wicked Manors 2026, South Florida's huge Halloween street festival in Wilton Manors. Taking place on Saturday, 31 October, the Masquerade of Mayhem promises music, performances and elaborate outfits, while ticket sales help fund vital Pride Center services.</w:t>
      </w:r>
      <w:r/>
    </w:p>
    <w:p>
      <w:pPr>
        <w:pStyle w:val="Heading2"/>
      </w:pPr>
      <w:r>
        <w:t>Essential Takeaways</w:t>
      </w:r>
      <w:r/>
      <w:r/>
    </w:p>
    <w:p>
      <w:pPr>
        <w:pStyle w:val="ListBullet"/>
        <w:spacing w:line="240" w:lineRule="auto"/>
        <w:ind w:left="720"/>
      </w:pPr>
      <w:r/>
      <w:r>
        <w:rPr>
          <w:b/>
        </w:rPr>
        <w:t>When:</w:t>
      </w:r>
      <w:r>
        <w:t xml:space="preserve"> Saturday, 31 October 2026, from 5pm to 11pm.</w:t>
      </w:r>
      <w:r/>
    </w:p>
    <w:p>
      <w:pPr>
        <w:pStyle w:val="ListBullet"/>
        <w:spacing w:line="240" w:lineRule="auto"/>
        <w:ind w:left="720"/>
      </w:pPr>
      <w:r/>
      <w:r>
        <w:rPr>
          <w:b/>
        </w:rPr>
        <w:t>Where:</w:t>
      </w:r>
      <w:r>
        <w:t xml:space="preserve"> Wilton Drive, between NE 21st Court and N Dixie Highway at Five Points.</w:t>
      </w:r>
      <w:r/>
    </w:p>
    <w:p>
      <w:pPr>
        <w:pStyle w:val="ListBullet"/>
        <w:spacing w:line="240" w:lineRule="auto"/>
        <w:ind w:left="720"/>
      </w:pPr>
      <w:r/>
      <w:r>
        <w:rPr>
          <w:b/>
        </w:rPr>
        <w:t>What to expect:</w:t>
      </w:r>
      <w:r>
        <w:t xml:space="preserve"> Two entertainment stages, DJs, dancing and a lively costume competition.</w:t>
      </w:r>
      <w:r/>
    </w:p>
    <w:p>
      <w:pPr>
        <w:pStyle w:val="ListBullet"/>
        <w:spacing w:line="240" w:lineRule="auto"/>
        <w:ind w:left="720"/>
      </w:pPr>
      <w:r/>
      <w:r>
        <w:rPr>
          <w:b/>
        </w:rPr>
        <w:t>Ticket choices:</w:t>
      </w:r>
      <w:r>
        <w:t xml:space="preserve"> General Admission costs $17.71, Premium costs $46.47 and VIP costs $145.51.</w:t>
      </w:r>
      <w:r/>
    </w:p>
    <w:p>
      <w:pPr>
        <w:pStyle w:val="ListBullet"/>
        <w:spacing w:line="240" w:lineRule="auto"/>
        <w:ind w:left="720"/>
      </w:pPr>
      <w:r/>
      <w:r>
        <w:rPr>
          <w:b/>
        </w:rPr>
        <w:t>Practical detail:</w:t>
      </w:r>
      <w:r>
        <w:t xml:space="preserve"> The event runs rain or shine, with no refunds, so dress for Florida weather.</w:t>
      </w:r>
      <w:r/>
      <w:r/>
    </w:p>
    <w:p>
      <w:pPr>
        <w:pStyle w:val="Heading2"/>
      </w:pPr>
      <w:r>
        <w:t>Wilton Drive becomes a giant Halloween stage</w:t>
      </w:r>
      <w:r/>
    </w:p>
    <w:p>
      <w:r/>
      <w:r>
        <w:t xml:space="preserve">The first thing to know about Wicked Manors 2026 is its sheer scale. Wilton Drive will close to traffic, creating a pedestrian-friendly festival route where thousands of visitors can move between music, costumes and pop-up excitement. According to the Pride Center's event listing, the celebration runs from 5pm until 11pm. </w:t>
      </w:r>
      <w:hyperlink r:id="rId9">
        <w:r>
          <w:rPr>
            <w:color w:val="0000EE"/>
            <w:u w:val="single"/>
          </w:rPr>
          <w:t>[2]</w:t>
        </w:r>
      </w:hyperlink>
      <w:r/>
    </w:p>
    <w:p>
      <w:r/>
      <w:r>
        <w:t xml:space="preserve">The atmosphere is expected to be big, bright and gloriously over the top. Think sequins catching the stage lights, elaborate masks, loud cheers and enough costume creativity to make a standard supermarket cape feel rather underprepared. The event is produced by The Pride Center at Equality Park with the City of Wilton Manors. </w:t>
      </w:r>
      <w:hyperlink r:id="rId10">
        <w:r>
          <w:rPr>
            <w:color w:val="0000EE"/>
            <w:u w:val="single"/>
          </w:rPr>
          <w:t>[3]</w:t>
        </w:r>
      </w:hyperlink>
      <w:r/>
    </w:p>
    <w:p>
      <w:pPr>
        <w:pStyle w:val="Heading2"/>
      </w:pPr>
      <w:r>
        <w:t>Masquerade of Mayhem brings the drama</w:t>
      </w:r>
      <w:r/>
    </w:p>
    <w:p>
      <w:r/>
      <w:r>
        <w:t xml:space="preserve">This year's theme, Masquerade of Mayhem, gives guests plenty of room to interpret the brief. You could go elegant and mysterious, campy and comic, or arrive as something nobody can identify until the third compliment. That freedom is part of Wicked Manors' appeal, particularly for visitors who treat Halloween as a chance to try on a completely different character. </w:t>
      </w:r>
      <w:hyperlink r:id="rId11">
        <w:r>
          <w:rPr>
            <w:color w:val="0000EE"/>
            <w:u w:val="single"/>
          </w:rPr>
          <w:t>[4]</w:t>
        </w:r>
      </w:hyperlink>
      <w:r/>
    </w:p>
    <w:p>
      <w:r/>
      <w:r>
        <w:t xml:space="preserve">Entertainment will be spread across the Main Stage and North Stage, with live acts, DJs and a hosted costume contest. Event listings also highlight the festival's combination of music, dancing and community celebration, so expect the evening to move quickly once the crowds arrive. </w:t>
      </w:r>
      <w:hyperlink r:id="rId12">
        <w:r>
          <w:rPr>
            <w:color w:val="0000EE"/>
            <w:u w:val="single"/>
          </w:rPr>
          <w:t>[5]</w:t>
        </w:r>
      </w:hyperlink>
      <w:r/>
    </w:p>
    <w:p>
      <w:pPr>
        <w:pStyle w:val="Heading2"/>
      </w:pPr>
      <w:r>
        <w:t>Why this Halloween event matters beyond the costumes</w:t>
      </w:r>
      <w:r/>
    </w:p>
    <w:p>
      <w:r/>
      <w:r>
        <w:t xml:space="preserve">Wicked Manors isn't simply a night out. It serves as a major fundraiser for The Pride Center at Equality Park, helping support community connection, advocacy, health and wellness resources and social services across South Florida. That gives the glitter and theatricality a practical purpose. </w:t>
      </w:r>
      <w:hyperlink r:id="rId13">
        <w:r>
          <w:rPr>
            <w:color w:val="0000EE"/>
            <w:u w:val="single"/>
          </w:rPr>
          <w:t>[7]</w:t>
        </w:r>
      </w:hyperlink>
      <w:r/>
    </w:p>
    <w:p>
      <w:r/>
      <w:r>
        <w:t xml:space="preserve">The event has been part of the local Halloween calendar since 2007 and now attracts more than 40,000 people each year, according to the event information. For many attendees, that mix of celebration and support is the real draw: you get the street party, but your ticket also contributes to work that continues long after the last DJ track. </w:t>
      </w:r>
      <w:hyperlink r:id="rId10">
        <w:r>
          <w:rPr>
            <w:color w:val="0000EE"/>
            <w:u w:val="single"/>
          </w:rPr>
          <w:t>[3]</w:t>
        </w:r>
      </w:hyperlink>
      <w:r/>
    </w:p>
    <w:p>
      <w:pPr>
        <w:pStyle w:val="Heading2"/>
      </w:pPr>
      <w:r>
        <w:t>Which Wicked Manors ticket is right for you?</w:t>
      </w:r>
      <w:r/>
    </w:p>
    <w:p>
      <w:r/>
      <w:r>
        <w:t xml:space="preserve">General Admission is the straightforward option at $17.71, making it the easiest choice for visitors who mainly want access to the street festival. Premium Admission costs $46.47 and includes entry plus five official Wicked drink tickets, which may suit anyone planning to settle in for the evening. </w:t>
      </w:r>
      <w:hyperlink r:id="rId14">
        <w:r>
          <w:rPr>
            <w:color w:val="0000EE"/>
            <w:u w:val="single"/>
          </w:rPr>
          <w:t>[6]</w:t>
        </w:r>
      </w:hyperlink>
      <w:r/>
    </w:p>
    <w:p>
      <w:r/>
      <w:r>
        <w:t xml:space="preserve">VIP costs $145.51 and adds an air-conditioned indoor lounge, light bites, a full open bar from 5pm to 11pm, plus seating and lounge areas. If Florida heat, dense crowds or the need for a proper cooling-off break could test your patience, the upgrade has an obvious comfort advantage. </w:t>
      </w:r>
      <w:hyperlink r:id="rId9">
        <w:r>
          <w:rPr>
            <w:color w:val="0000EE"/>
            <w:u w:val="single"/>
          </w:rPr>
          <w:t>[2]</w:t>
        </w:r>
      </w:hyperlink>
      <w:r/>
    </w:p>
    <w:p>
      <w:r/>
      <w:r>
        <w:t xml:space="preserve">Whichever ticket you choose, buying in advance is sensible. Check the official ticket page for current availability and terms, and remember that the event is rain or shine. Comfortable shoes are also a wise investment; impressive boots are lovely, but less so after several hours on your feet. </w:t>
      </w:r>
      <w:hyperlink r:id="rId12">
        <w:r>
          <w:rPr>
            <w:color w:val="0000EE"/>
            <w:u w:val="single"/>
          </w:rPr>
          <w:t>[5]</w:t>
        </w:r>
      </w:hyperlink>
      <w:r/>
    </w:p>
    <w:p>
      <w:pPr>
        <w:pStyle w:val="Heading2"/>
      </w:pPr>
      <w:r>
        <w:t>Plan ahead for the busiest parts of the night</w:t>
      </w:r>
      <w:r/>
    </w:p>
    <w:p>
      <w:r/>
      <w:r>
        <w:t xml:space="preserve">With tens of thousands of people expected, arriving early should make it easier to get oriented before the main rush. Traffic restrictions around Wilton Drive will change the usual journey, so allow extra time and consider arranging a meeting point in case your group gets separated. </w:t>
      </w:r>
      <w:hyperlink r:id="rId11">
        <w:r>
          <w:rPr>
            <w:color w:val="0000EE"/>
            <w:u w:val="single"/>
          </w:rPr>
          <w:t>[4]</w:t>
        </w:r>
      </w:hyperlink>
      <w:r/>
    </w:p>
    <w:p>
      <w:r/>
      <w:r>
        <w:t xml:space="preserve">Costume planning deserves a little practical thought, too. Choose breathable layers, secure anything that could snag in a crowd and keep essentials in a small bag. Most importantly, leave space for spontaneity. At Wicked Manors, the best moments may be the ones you didn't plan, whether that's an unexpected performance or a stranger's astonishingly detailed costume. </w:t>
      </w:r>
      <w:hyperlink r:id="rId13">
        <w:r>
          <w:rPr>
            <w:color w:val="0000EE"/>
            <w:u w:val="single"/>
          </w:rPr>
          <w:t>[7]</w:t>
        </w:r>
      </w:hyperlink>
      <w:r/>
    </w:p>
    <w:p>
      <w:r/>
      <w:r>
        <w:t xml:space="preserve">Wicked Manors 2026 looks set to deliver the familiar formula with a fresh theme: huge costumes, loud music and a strong sense of belonging. As Misty Eyez has described the event, it's become a tradition and a celebration of self-expression, which may be why people return year after year. </w:t>
      </w:r>
      <w:hyperlink r:id="rId15">
        <w:r>
          <w:rPr>
            <w:color w:val="0000EE"/>
            <w:u w:val="single"/>
          </w:rPr>
          <w:t>[1]</w:t>
        </w:r>
      </w:hyperlink>
      <w:r/>
    </w:p>
    <w:p>
      <w:r/>
      <w:r>
        <w:t>It's a glamorous, gloriously chaotic Halloween night with a meaningful cause behind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9">
        <w:r>
          <w:rPr>
            <w:color w:val="0000EE"/>
            <w:u w:val="single"/>
          </w:rPr>
          <w:t>[2]</w:t>
        </w:r>
      </w:hyperlink>
      <w:r>
        <w:t xml:space="preserve">- Paragraph 5: </w:t>
      </w:r>
      <w:hyperlink r:id="rId12">
        <w:r>
          <w:rPr>
            <w:color w:val="0000EE"/>
            <w:u w:val="single"/>
          </w:rPr>
          <w:t>[5]</w:t>
        </w:r>
      </w:hyperlink>
      <w:r>
        <w:t xml:space="preserve">, </w:t>
      </w:r>
      <w:hyperlink r:id="rId11">
        <w:r>
          <w:rPr>
            <w:color w:val="0000EE"/>
            <w:u w:val="single"/>
          </w:rPr>
          <w:t>[4]</w:t>
        </w:r>
      </w:hyperlink>
      <w:r>
        <w:t xml:space="preserve">- Paragraph 6: </w:t>
      </w:r>
      <w:hyperlink r:id="rId13">
        <w:r>
          <w:rPr>
            <w:color w:val="0000EE"/>
            <w:u w:val="single"/>
          </w:rPr>
          <w:t>[7]</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https://hotspotsmagazine.com/2026/10/22/wicked-manors-2026-masquerade-of-mayhem/</w:t>
        </w:r>
      </w:hyperlink>
      <w:r>
        <w:t xml:space="preserve"> - Please view link - unable to able to access data</w:t>
      </w:r>
      <w:r/>
    </w:p>
    <w:p>
      <w:pPr>
        <w:pStyle w:val="ListNumber"/>
        <w:spacing w:line="240" w:lineRule="auto"/>
        <w:ind w:left="720"/>
      </w:pPr>
      <w:r/>
      <w:hyperlink r:id="rId9">
        <w:r>
          <w:rPr>
            <w:color w:val="0000EE"/>
            <w:u w:val="single"/>
          </w:rPr>
          <w:t>https://www.ffea.com/events/2026/wicked-manors-2026-masquerade-of-mayhem</w:t>
        </w:r>
      </w:hyperlink>
      <w:r>
        <w:t xml:space="preserve"> - Wicked Manors 2026: Masquerade of Mayhem is scheduled for October 31, 2026, from 5:00 PM to 11:00 PM along Wilton Drive in Wilton Manors, Florida. This event is presented by The Pride Center at Equality Park in partnership with the City of Wilton Manors. The high-energy street festival draws over 40,000 attendees annually, featuring outrageous costumes, live entertainment, music, dancing, and a lively costume contest. As The Pride Center's signature fundraiser, the event supports vital programs and services benefiting the South Florida community.</w:t>
      </w:r>
      <w:r/>
    </w:p>
    <w:p>
      <w:pPr>
        <w:pStyle w:val="ListNumber"/>
        <w:spacing w:line="240" w:lineRule="auto"/>
        <w:ind w:left="720"/>
      </w:pPr>
      <w:r/>
      <w:hyperlink r:id="rId10">
        <w:r>
          <w:rPr>
            <w:color w:val="0000EE"/>
            <w:u w:val="single"/>
          </w:rPr>
          <w:t>https://pridecenterflorida.org/events/wicked-manors-2026-masquerade-of-mayhem/</w:t>
        </w:r>
      </w:hyperlink>
      <w:r>
        <w:t xml:space="preserve"> - Wicked Manors 2026: Masquerade of Mayhem is set for Saturday, October 31, 2026, from 6:00 PM to 11:00 PM along Wilton Drive in Wilton Manors, Florida. The event is produced by The Pride Center at Equality Park in collaboration with the City of Wilton Manors. Attendees can expect a vibrant street festival with spectacular costumes, music, dancing, and delightful surprises. Ticket options include General Admission, Premium Admission (which includes five official Wicked drink tickets for guests aged 21 and over), and VIP Admission, which offers an indoor lounge, light bites, an open bar, and a DJ.</w:t>
      </w:r>
      <w:r/>
    </w:p>
    <w:p>
      <w:pPr>
        <w:pStyle w:val="ListNumber"/>
        <w:spacing w:line="240" w:lineRule="auto"/>
        <w:ind w:left="720"/>
      </w:pPr>
      <w:r/>
      <w:hyperlink r:id="rId11">
        <w:r>
          <w:rPr>
            <w:color w:val="0000EE"/>
            <w:u w:val="single"/>
          </w:rPr>
          <w:t>https://sfbwmag.com/events/wicked-manors-2026-masquerade-of-mayhem/</w:t>
        </w:r>
      </w:hyperlink>
      <w:r>
        <w:t xml:space="preserve"> - Wicked Manors 2026: Masquerade of Mayhem returns to Wilton Drive on Saturday, October 31, from 5:00 PM to 11:00 PM for South Florida’s largest Halloween celebration. Presented by The Pride Center at Equality Park in partnership with the City of Wilton Manors, the high-energy street festival draws more than 40,000 attendees each year for outrageous costumes, live entertainment, music, dancing, and a lively costume contest. As The Pride Center’s signature fundraiser, the event helps support vital programs and services benefiting the South Florida community.</w:t>
      </w:r>
      <w:r/>
    </w:p>
    <w:p>
      <w:pPr>
        <w:pStyle w:val="ListNumber"/>
        <w:spacing w:line="240" w:lineRule="auto"/>
        <w:ind w:left="720"/>
      </w:pPr>
      <w:r/>
      <w:hyperlink r:id="rId12">
        <w:r>
          <w:rPr>
            <w:color w:val="0000EE"/>
            <w:u w:val="single"/>
          </w:rPr>
          <w:t>https://fortlauderdalemagazine.com/event/wicked-manors-2026-masquerade-of-mayhem/</w:t>
        </w:r>
      </w:hyperlink>
      <w:r>
        <w:t xml:space="preserve"> - Wicked Manors 2026: Masquerade of Mayhem is scheduled for October 31, 2026, from 5:00 PM to 11:00 PM along Wilton Drive in Wilton Manors, Florida. The event is presented by The Pride Center at Equality Park in partnership with the City of Wilton Manors. This high-energy street festival draws over 40,000 attendees annually, featuring outrageous costumes, live entertainment, music, dancing, and a lively costume contest. As The Pride Center's signature fundraiser, the event supports vital programs and services benefiting the South Florida community.</w:t>
      </w:r>
      <w:r/>
    </w:p>
    <w:p>
      <w:pPr>
        <w:pStyle w:val="ListNumber"/>
        <w:spacing w:line="240" w:lineRule="auto"/>
        <w:ind w:left="720"/>
      </w:pPr>
      <w:r/>
      <w:hyperlink r:id="rId14">
        <w:r>
          <w:rPr>
            <w:color w:val="0000EE"/>
            <w:u w:val="single"/>
          </w:rPr>
          <w:t>https://sickening.events/e/wicked-manors-masquerade-of-mayhem</w:t>
        </w:r>
      </w:hyperlink>
      <w:r>
        <w:t xml:space="preserve"> - Wicked Manors: Masquerade of Mayhem is set for Saturday, October 31, 2026, from 5:00 PM to 11:00 PM along Wilton Drive in Wilton Manors, Florida. The event features DJs and entertainment on both the main and north stages, as well as costume contests on the Main Stage. The children's/family costume contest starts at 6:30 PM, and adult costume contests begin at 8:30 PM, with categories including Theme Costumes, Group Costumes, and Sexiest Costumes. Wilton Drive will be shut down to all motorized vehicles starting at 9:00 AM on October 31, and no metered parking will be available on Wilton Drive between Dixie Highway and NE 21st Court on that day.</w:t>
      </w:r>
      <w:r/>
    </w:p>
    <w:p>
      <w:pPr>
        <w:pStyle w:val="ListNumber"/>
        <w:spacing w:line="240" w:lineRule="auto"/>
        <w:ind w:left="720"/>
      </w:pPr>
      <w:r/>
      <w:hyperlink r:id="rId13">
        <w:r>
          <w:rPr>
            <w:color w:val="0000EE"/>
            <w:u w:val="single"/>
          </w:rPr>
          <w:t>https://www.southfloridasuntimes.com/news-2-1/wicked-manors-2026%3A-masquerade-of-mayhem---south-florida%27s-largest-halloween-celebration-on-saturday%2C-october-31st%2C-2026</w:t>
        </w:r>
      </w:hyperlink>
      <w:r>
        <w:t xml:space="preserve"> - Wicked Manors 2026: Masquerade of Mayhem, the largest Halloween celebration in the Southeast and the signature fundraiser for The Pride Center at Equality Park, returns on Saturday, October 31, 2026, from 5:00 PM to 11:00 PM along Wilton Drive. Produced by The Pride Center in partnership with the City of Wilton Manors, this year's extravaganza is themed Masquerade of Mayhem. Drawing more than 40,000 attendees each year, Wicked Manors transforms Wilton Drive into a vibrant, high-energy street festival featuring outrageous costumes, live entertainment, music, dancing, and unforgettable surprises around every corner. The event unites residents, visitors, and community supporters while raising essential funds to support The Pride Center's vital programs and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fea.com/events/2026/wicked-manors-2026-masquerade-of-mayhem" TargetMode="External"/><Relationship Id="rId10" Type="http://schemas.openxmlformats.org/officeDocument/2006/relationships/hyperlink" Target="https://pridecenterflorida.org/events/wicked-manors-2026-masquerade-of-mayhem/" TargetMode="External"/><Relationship Id="rId11" Type="http://schemas.openxmlformats.org/officeDocument/2006/relationships/hyperlink" Target="https://sfbwmag.com/events/wicked-manors-2026-masquerade-of-mayhem/" TargetMode="External"/><Relationship Id="rId12" Type="http://schemas.openxmlformats.org/officeDocument/2006/relationships/hyperlink" Target="https://fortlauderdalemagazine.com/event/wicked-manors-2026-masquerade-of-mayhem/" TargetMode="External"/><Relationship Id="rId13" Type="http://schemas.openxmlformats.org/officeDocument/2006/relationships/hyperlink" Target="https://www.southfloridasuntimes.com/news-2-1/wicked-manors-2026%3A-masquerade-of-mayhem---south-florida%27s-largest-halloween-celebration-on-saturday%2C-october-31st%2C-2026" TargetMode="External"/><Relationship Id="rId14" Type="http://schemas.openxmlformats.org/officeDocument/2006/relationships/hyperlink" Target="https://sickening.events/e/wicked-manors-masquerade-of-mayhem" TargetMode="External"/><Relationship Id="rId15" Type="http://schemas.openxmlformats.org/officeDocument/2006/relationships/hyperlink" Target="https://hotspotsmagazine.com/2026/10/22/wicked-manors-2026-masquerade-of-mayh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