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San Francisco LGBTQ Events and Halloween Nights This Autumn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aren't the only ones with full calendars this season. San Francisco's LGBTQ arts, theatre, film, music and nightlife scene is offering everything from historic storytelling and immersive horror to drag, dance and community gatherings, giving locals and visitors plenty of ways to make an autumn night feel memorable.</w:t>
      </w:r>
      <w:r/>
    </w:p>
    <w:p>
      <w:pPr>
        <w:pStyle w:val="Heading2"/>
      </w:pPr>
      <w:r>
        <w:t>Essential Takeaways</w:t>
      </w:r>
      <w:r/>
      <w:r/>
    </w:p>
    <w:p>
      <w:pPr>
        <w:pStyle w:val="ListBullet"/>
        <w:spacing w:line="240" w:lineRule="auto"/>
        <w:ind w:left="720"/>
      </w:pPr>
      <w:r/>
      <w:r>
        <w:rPr>
          <w:b/>
        </w:rPr>
        <w:t>Theatre leads the way:</w:t>
      </w:r>
      <w:r>
        <w:t xml:space="preserve"> Choose from historical drama, sharp comedy, musicals and classic vampire stories across the Bay Area.</w:t>
      </w:r>
      <w:r/>
    </w:p>
    <w:p>
      <w:pPr>
        <w:pStyle w:val="ListBullet"/>
        <w:spacing w:line="240" w:lineRule="auto"/>
        <w:ind w:left="720"/>
      </w:pPr>
      <w:r/>
      <w:r>
        <w:rPr>
          <w:b/>
        </w:rPr>
        <w:t>Halloween is everywhere:</w:t>
      </w:r>
      <w:r>
        <w:t xml:space="preserve"> Expect costume parties, immersive scares, museum late nights and the return of Castro Halloween.</w:t>
      </w:r>
      <w:r/>
    </w:p>
    <w:p>
      <w:pPr>
        <w:pStyle w:val="ListBullet"/>
        <w:spacing w:line="240" w:lineRule="auto"/>
        <w:ind w:left="720"/>
      </w:pPr>
      <w:r/>
      <w:r>
        <w:rPr>
          <w:b/>
        </w:rPr>
        <w:t>History gets centre stage:</w:t>
      </w:r>
      <w:r>
        <w:t xml:space="preserve"> Compton's Cafeteria Riot brings a pivotal 1966 uprising to life in a recreated diner setting.</w:t>
      </w:r>
      <w:r/>
    </w:p>
    <w:p>
      <w:pPr>
        <w:pStyle w:val="ListBullet"/>
        <w:spacing w:line="240" w:lineRule="auto"/>
        <w:ind w:left="720"/>
      </w:pPr>
      <w:r/>
      <w:r>
        <w:rPr>
          <w:b/>
        </w:rPr>
        <w:t>There is more than nightlife:</w:t>
      </w:r>
      <w:r>
        <w:t xml:space="preserve"> Film festivals, queer history exhibits, bookshops and community spaces offer quieter options.</w:t>
      </w:r>
      <w:r/>
    </w:p>
    <w:p>
      <w:pPr>
        <w:pStyle w:val="ListBullet"/>
        <w:spacing w:line="240" w:lineRule="auto"/>
        <w:ind w:left="720"/>
      </w:pPr>
      <w:r/>
      <w:r>
        <w:rPr>
          <w:b/>
        </w:rPr>
        <w:t>Plan before travelling:</w:t>
      </w:r>
      <w:r>
        <w:t xml:space="preserve"> Tickets, opening times and venues vary widely, so check official listings before setting off.</w:t>
      </w:r>
      <w:r/>
      <w:r/>
    </w:p>
    <w:p>
      <w:pPr>
        <w:pStyle w:val="Heading2"/>
      </w:pPr>
      <w:r>
        <w:t>San Francisco's autumn calendar is gloriously crowded</w:t>
      </w:r>
      <w:r/>
    </w:p>
    <w:p>
      <w:r/>
      <w:r>
        <w:t>The strongest impression is that San Francisco's LGBTQ events aren't confined to one neighbourhood or one kind of night out. A single week can take in a two-person drama, a dance film, a gallery opening and a packed Castro celebration, with Oakland, Berkeley, Marin and the South Bay adding even more choice.</w:t>
      </w:r>
      <w:r/>
    </w:p>
    <w:p>
      <w:r/>
      <w:r>
        <w:t>That variety matters. The season's programme moves comfortably between high-energy entertainment and reflective cultural experiences, so you don't have to be a committed club-goer to enjoy it. Think velvet theatre seats, loud costumes, flickering museum installations and the warm buzz of a bar patio.</w:t>
      </w:r>
      <w:r/>
    </w:p>
    <w:p>
      <w:r/>
      <w:r>
        <w:t>Halloween naturally provides the spark, but it isn't the whole story. The wider calendar also reflects the Bay Area's long-standing habit of blending performance, activism, history and nightlife into one wonderfully untidy cultural mix.</w:t>
      </w:r>
      <w:r/>
    </w:p>
    <w:p>
      <w:pPr>
        <w:pStyle w:val="Heading2"/>
      </w:pPr>
      <w:r>
        <w:t>A historic uprising becomes an intimate night at the theatre</w:t>
      </w:r>
      <w:r/>
    </w:p>
    <w:p>
      <w:r/>
      <w:r>
        <w:t>One of the most significant productions is Compton's Cafeteria Riot, a dramatic recreation of the 1966 uprising involving trans and drag communities in San Francisco's Tenderloin. The production is staged in a recreated diner, with breakfast served, making the setting feel deliberately close, tactile and human rather than distant or museum-like.</w:t>
      </w:r>
      <w:r/>
    </w:p>
    <w:p>
      <w:r/>
      <w:r>
        <w:t>The history behind it gives the evening real weight. The riot is widely recognised as an important act of resistance against harassment and discrimination, and the production turns that moment into an accessible piece of live storytelling. KQED's review highlighted the play's combination of historical material, performance and diner atmosphere, while No Proscenium noted how food and setting help pull audiences into the action.</w:t>
      </w:r>
      <w:r/>
    </w:p>
    <w:p>
      <w:r/>
      <w:r>
        <w:t>It's a good example of how the best San Francisco LGBTQ events can entertain without sanding down the past. Allow extra time around the performance, and approach it as both theatre and a conversation with local history.</w:t>
      </w:r>
      <w:r/>
    </w:p>
    <w:p>
      <w:pPr>
        <w:pStyle w:val="Heading2"/>
      </w:pPr>
      <w:r>
        <w:t>Theatregoers can pick between drama, camp and chaos</w:t>
      </w:r>
      <w:r/>
    </w:p>
    <w:p>
      <w:r/>
      <w:r>
        <w:t>For a more conventional night at the theatre, the choices are unusually broad. Harold Pinter's Betrayal offers cool, intricate relationship drama, while A Case for the Existence of God takes a smaller, more intimate route through questions of hope and hardship.</w:t>
      </w:r>
      <w:r/>
    </w:p>
    <w:p>
      <w:r/>
      <w:r>
        <w:t>Then there's the comic end of the spectrum. Peter Pan Goes Wrong promises physical mishaps and backstage mayhem, Gutenberg! The Musical! pokes fun at Broadway ambition, and Dracula: A Comedy of Terrors gives the vampire story a deliberately silly makeover. Little Shop of Horrors adds catchy songs, eccentric characters and a man-eating plant that remains one of musical theatre's most reliable troublemakers.</w:t>
      </w:r>
      <w:r/>
    </w:p>
    <w:p>
      <w:r/>
      <w:r>
        <w:t>For a date night, match the show to your mood rather than its reputation. A dramatic production rewards quiet attention, while a comedy or musical is better suited to a group that wants easy laughs and a little theatrical chaos.</w:t>
      </w:r>
      <w:r/>
    </w:p>
    <w:p>
      <w:pPr>
        <w:pStyle w:val="Heading2"/>
      </w:pPr>
      <w:r>
        <w:t>Halloween goes from polished to properly surreal</w:t>
      </w:r>
      <w:r/>
    </w:p>
    <w:p>
      <w:r/>
      <w:r>
        <w:t>The city's Halloween programme ranges from glamorous rooftops to full-scale fright experiences. Castro Halloween returns with vendors, food, multiple stages, a costume contest and a dance floor, while parties at venues including Oasis, Beaux, Jolene's and the de Young Museum bring different flavours of drag, music and dress-up.</w:t>
      </w:r>
      <w:r/>
    </w:p>
    <w:p>
      <w:r/>
      <w:r>
        <w:t>For serious scare-seekers, Slashed at the San Francisco Mint combines horror with an interactive mystery hunt. Ghost Palace at the Palace of Fine Arts takes a larger party approach, with several stages, performers and art cars, while the Winchester Mystery House offers its own famously eerie atmosphere beyond the city.</w:t>
      </w:r>
      <w:r/>
    </w:p>
    <w:p>
      <w:r/>
      <w:r>
        <w:t>Costume logistics are worth treating as seriously as the outfit itself. Comfortable shoes, a small bag and a plan for getting home will serve you better than an elaborate look that becomes a nuisance by midnight. Book early where possible, especially for ticketed Halloween events with limited capacity.</w:t>
      </w:r>
      <w:r/>
    </w:p>
    <w:p>
      <w:pPr>
        <w:pStyle w:val="Heading2"/>
      </w:pPr>
      <w:r>
        <w:t>Film, books and museums offer a quieter kind of night out</w:t>
      </w:r>
      <w:r/>
    </w:p>
    <w:p>
      <w:r/>
      <w:r>
        <w:t>Not every seasonal plan needs flashing lights and a crowded dance floor. Frameline's autumn showcase, the San Francisco Latino Film Festival and the San Francisco Dance Film Festival offer thoughtful screen-based alternatives, including queer stories, experimental work and international cinema.</w:t>
      </w:r>
      <w:r/>
    </w:p>
    <w:p>
      <w:r/>
      <w:r>
        <w:t>Bookshops and cultural venues add another layer. Fabulosa Books hosts LGBTQ-inclusive author events, while the GLBT History Museum, the SF Public Library and the Oakland LGBTQ Community Center provide ways to explore queer history and community life at a gentler pace.</w:t>
      </w:r>
      <w:r/>
    </w:p>
    <w:p>
      <w:r/>
      <w:r>
        <w:t>Museums are also leaning into the season. The California Academy of Sciences has themed evening programming, the Asian Art Museum is presenting exhibitions rooted in mythology and visual culture, and Yerba Buena Center for the Arts is staging Halloween events with installations, drinks and costume workshops. These are ideal choices if you want atmosphere without committing to a club until closing time.</w:t>
      </w:r>
      <w:r/>
    </w:p>
    <w:p>
      <w:pPr>
        <w:pStyle w:val="Heading2"/>
      </w:pPr>
      <w:r>
        <w:t>How to choose the right event for your night</w:t>
      </w:r>
      <w:r/>
    </w:p>
    <w:p>
      <w:r/>
      <w:r>
        <w:t>Start with energy level. If you want conversation, choose a gallery, book event or early theatre performance; if you want spectacle, look towards drag shows, immersive horror or a major Halloween party. San Francisco makes it tempting to overbook yourself, but two well-chosen stops usually beat a frantic crawl across town.</w:t>
      </w:r>
      <w:r/>
    </w:p>
    <w:p>
      <w:r/>
      <w:r>
        <w:t>Location matters too. Castro and the central districts are convenient for combining venues, while Oakland, Berkeley, Alameda and Marin offer strong programmes of their own. Check transport, venue access and age restrictions before buying tickets, particularly for late-night parties and events involving alcohol.</w:t>
      </w:r>
      <w:r/>
    </w:p>
    <w:p>
      <w:r/>
      <w:r>
        <w:t>Most importantly, leave room for spontaneity. A packed calendar is useful, but some of the best evenings happen when a striking poster, lively bar or unexpected performance persuades you to change direction. As the Compton's Cafeteria Riot production demonstrates, a night out can be fun, moving and historically meaningful all at once.</w:t>
      </w:r>
      <w:r/>
    </w:p>
    <w:p>
      <w:r/>
      <w:r>
        <w:t>A little planning turns San Francisco's busiest autumn calendar into a much better night out.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[7]</w:t>
        </w:r>
      </w:hyperlink>
      <w:r>
        <w:t xml:space="preserve">, </w:t>
      </w:r>
      <w:hyperlink r:id="rId15">
        <w:r>
          <w:rPr>
            <w:color w:val="0000EE"/>
            <w:u w:val="single"/>
          </w:rPr>
          <w:t>[3]</w:t>
        </w:r>
      </w:hyperlink>
      <w:r>
        <w:t xml:space="preserve">- Paragraph 4: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https://www.ebar.com/story/171390/</w:t>
        </w:r>
      </w:hyperlink>
      <w:r>
        <w:t xml:space="preserve"> - Please view link - unable to able to access data</w:t>
      </w:r>
      <w:r/>
    </w:p>
    <w:p>
      <w:pPr>
        <w:pStyle w:val="ListNumber"/>
        <w:spacing w:line="240" w:lineRule="auto"/>
        <w:ind w:left="720"/>
      </w:pPr>
      <w:r/>
      <w:hyperlink r:id="rId10">
        <w:r>
          <w:rPr>
            <w:color w:val="0000EE"/>
            <w:u w:val="single"/>
          </w:rPr>
          <w:t>https://www.tenderloinmuseum.org/the-comptons-cafeteria-riot-play</w:t>
        </w:r>
      </w:hyperlink>
      <w:r>
        <w:t xml:space="preserve"> - The Tenderloin Museum presents 'The Compton’s Cafeteria Riot,' an immersive theatrical experience that recreates the 1966 uprising in San Francisco's Tenderloin district. The play is set in a historically accurate 1960s diner, with breakfast served during the performance. Shows are held every Friday and Saturday at 7:00 PM at 835 Larkin Street, San Francisco, CA 94109. Tickets are priced at $75, with vegan, vegetarian, and gluten-free options available. For more information and to purchase tickets, visit the Tenderloin Museum's website.</w:t>
      </w:r>
      <w:r/>
    </w:p>
    <w:p>
      <w:pPr>
        <w:pStyle w:val="ListNumber"/>
        <w:spacing w:line="240" w:lineRule="auto"/>
        <w:ind w:left="720"/>
      </w:pPr>
      <w:r/>
      <w:hyperlink r:id="rId15">
        <w:r>
          <w:rPr>
            <w:color w:val="0000EE"/>
            <w:u w:val="single"/>
          </w:rPr>
          <w:t>https://www.sfdems.org/events/comptons-cafeteria-riot</w:t>
        </w:r>
      </w:hyperlink>
      <w:r>
        <w:t xml:space="preserve"> - The San Francisco Democratic Party is hosting an event featuring 'The Compton’s Cafeteria Riot' play on Friday, September 26, 2025, at 7:00 PM at 835 Larkin Street, San Francisco, CA 94109. The event includes a pre-show reception at the Rosebud Gallery at 6:00 PM. Attendees are encouraged to purchase tickets in advance for $75. The play offers an immersive experience that honors the 1966 uprising in the Tenderloin district, a pivotal moment in LGBTQ+ history.</w:t>
      </w:r>
      <w:r/>
    </w:p>
    <w:p>
      <w:pPr>
        <w:pStyle w:val="ListNumber"/>
        <w:spacing w:line="240" w:lineRule="auto"/>
        <w:ind w:left="720"/>
      </w:pPr>
      <w:r/>
      <w:hyperlink r:id="rId11">
        <w:r>
          <w:rPr>
            <w:color w:val="0000EE"/>
            <w:u w:val="single"/>
          </w:rPr>
          <w:t>https://www.comptonscafeteriariot.com/</w:t>
        </w:r>
      </w:hyperlink>
      <w:r>
        <w:t xml:space="preserve"> - The official website for 'The Compton’s Cafeteria Riot' play provides detailed information about the production, including its historical context, cast and crew, and ticket purchasing options. The play is an immersive theatrical experience that brings to life the 1966 uprising in San Francisco's Tenderloin district, a seminal act of resistance in the fight for transgender rights. Performances are held at 835 Larkin Street, San Francisco, CA 94109, with shows every Friday and Saturday at 7:00 PM.</w:t>
      </w:r>
      <w:r/>
    </w:p>
    <w:p>
      <w:pPr>
        <w:pStyle w:val="ListNumber"/>
        <w:spacing w:line="240" w:lineRule="auto"/>
        <w:ind w:left="720"/>
      </w:pPr>
      <w:r/>
      <w:hyperlink r:id="rId12">
        <w:r>
          <w:rPr>
            <w:color w:val="0000EE"/>
            <w:u w:val="single"/>
          </w:rPr>
          <w:t>https://www.kqed.org/arts/13975971/review-comptons-cafeteria-riot-play-trans-women-tenderloin</w:t>
        </w:r>
      </w:hyperlink>
      <w:r>
        <w:t xml:space="preserve"> - KQED's review of 'The Compton’s Cafeteria Riot' play highlights its immersive nature, transporting audiences back to 1966 San Francisco. The play is set in a recreated diner where trans women and gay hustlers faced off against abusive police. It offers a unique perspective on a pivotal moment in LGBTQ+ history, three years before the Stonewall uprising. The review provides insights into the production's execution and its significance in shedding light on this lesser-known chapter of queer history.</w:t>
      </w:r>
      <w:r/>
    </w:p>
    <w:p>
      <w:pPr>
        <w:pStyle w:val="ListNumber"/>
        <w:spacing w:line="240" w:lineRule="auto"/>
        <w:ind w:left="720"/>
      </w:pPr>
      <w:r/>
      <w:hyperlink r:id="rId13">
        <w:r>
          <w:rPr>
            <w:color w:val="0000EE"/>
            <w:u w:val="single"/>
          </w:rPr>
          <w:t>https://www.noproscenium.com/comptons-cafeteria-riot-is-serving-up-coffee-pancakes-and-resistance-the-nopro-review/</w:t>
        </w:r>
      </w:hyperlink>
      <w:r>
        <w:t xml:space="preserve"> - NoPro's review of 'The Compton’s Cafeteria Riot' emphasizes the play's role as a defiant act of historical restoration and living resistance. Staged in the Tenderloin district, the show transports audiences to 1966 San Francisco, where transgender women, drag queens, and queer individuals fought back against police harassment in one of the first LGBTQ+ uprisings in U.S. history. The review discusses the immersive experience and the play's impact on bringing this important historical event to life.</w:t>
      </w:r>
      <w:r/>
    </w:p>
    <w:p>
      <w:pPr>
        <w:pStyle w:val="ListNumber"/>
        <w:spacing w:line="240" w:lineRule="auto"/>
        <w:ind w:left="720"/>
      </w:pPr>
      <w:r/>
      <w:hyperlink r:id="rId14">
        <w:r>
          <w:rPr>
            <w:color w:val="0000EE"/>
            <w:u w:val="single"/>
          </w:rPr>
          <w:t>https://www.sfchronicle.com/entertainment/article/review-comptons-cafeteria-riot-sf-20319503.php</w:t>
        </w:r>
      </w:hyperlink>
      <w:r>
        <w:t xml:space="preserve"> - The San Francisco Chronicle's review of 'The Compton’s Cafeteria Riot' play describes the immersive experience of dining at a recreated 1960s diner while witnessing the dramatic reenactment of the 1966 uprising. The review highlights the play's ability to transport audiences back in time, providing a visceral understanding of the historical event. It discusses the production's attention to detail and the emotional impact of experiencing this pivotal moment in LGBTQ+ history firsthand.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bar.com/story/171390/" TargetMode="External"/><Relationship Id="rId10" Type="http://schemas.openxmlformats.org/officeDocument/2006/relationships/hyperlink" Target="https://www.tenderloinmuseum.org/the-comptons-cafeteria-riot-play" TargetMode="External"/><Relationship Id="rId11" Type="http://schemas.openxmlformats.org/officeDocument/2006/relationships/hyperlink" Target="https://www.comptonscafeteriariot.com/" TargetMode="External"/><Relationship Id="rId12" Type="http://schemas.openxmlformats.org/officeDocument/2006/relationships/hyperlink" Target="https://www.kqed.org/arts/13975971/review-comptons-cafeteria-riot-play-trans-women-tenderloin" TargetMode="External"/><Relationship Id="rId13" Type="http://schemas.openxmlformats.org/officeDocument/2006/relationships/hyperlink" Target="https://www.noproscenium.com/comptons-cafeteria-riot-is-serving-up-coffee-pancakes-and-resistance-the-nopro-review/" TargetMode="External"/><Relationship Id="rId14" Type="http://schemas.openxmlformats.org/officeDocument/2006/relationships/hyperlink" Target="https://www.sfchronicle.com/entertainment/article/review-comptons-cafeteria-riot-sf-20319503.php" TargetMode="External"/><Relationship Id="rId15" Type="http://schemas.openxmlformats.org/officeDocument/2006/relationships/hyperlink" Target="https://www.sfdems.org/events/comptons-cafeteria-rio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