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horror films to stream for Halloween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turning to queer horror films for Halloween, with this year's streaming crop mixing supernatural scares, slasher thrills and sharply drawn LGBTQ+ stories. From Australian teen hauntings to a glamorous camp classic revisited, these films make room for romance, identity and plenty of blood-curdling fun.</w:t>
      </w:r>
      <w:r/>
    </w:p>
    <w:p>
      <w:pPr>
        <w:pStyle w:val="Heading2"/>
      </w:pPr>
      <w:r>
        <w:t>Essential Takeaways</w:t>
      </w:r>
      <w:r/>
      <w:r/>
    </w:p>
    <w:p>
      <w:pPr>
        <w:pStyle w:val="ListBullet"/>
        <w:spacing w:line="240" w:lineRule="auto"/>
        <w:ind w:left="720"/>
      </w:pPr>
      <w:r/>
      <w:r>
        <w:rPr>
          <w:b/>
        </w:rPr>
        <w:t>A notably queer line-up:</w:t>
      </w:r>
      <w:r>
        <w:t xml:space="preserve"> The selection spans gay, lesbian, trans and non-binary characters, filmmakers and themes.</w:t>
      </w:r>
      <w:r/>
    </w:p>
    <w:p>
      <w:pPr>
        <w:pStyle w:val="ListBullet"/>
        <w:spacing w:line="240" w:lineRule="auto"/>
        <w:ind w:left="720"/>
      </w:pPr>
      <w:r/>
      <w:r>
        <w:rPr>
          <w:b/>
        </w:rPr>
        <w:t>Horror with something to say:</w:t>
      </w:r>
      <w:r>
        <w:t xml:space="preserve"> Conversion therapy, body image, trauma, memory and queer joy sit beneath the scares.</w:t>
      </w:r>
      <w:r/>
    </w:p>
    <w:p>
      <w:pPr>
        <w:pStyle w:val="ListBullet"/>
        <w:spacing w:line="240" w:lineRule="auto"/>
        <w:ind w:left="720"/>
      </w:pPr>
      <w:r/>
      <w:r>
        <w:rPr>
          <w:b/>
        </w:rPr>
        <w:t>Plenty of variety:</w:t>
      </w:r>
      <w:r>
        <w:t xml:space="preserve"> Expect slashers, body horror, supernatural romance, dark comedy, science fiction and psychological thrillers.</w:t>
      </w:r>
      <w:r/>
    </w:p>
    <w:p>
      <w:pPr>
        <w:pStyle w:val="ListBullet"/>
        <w:spacing w:line="240" w:lineRule="auto"/>
        <w:ind w:left="720"/>
      </w:pPr>
      <w:r/>
      <w:r>
        <w:rPr>
          <w:b/>
        </w:rPr>
        <w:t>Camp remains a major draw:</w:t>
      </w:r>
      <w:r>
        <w:t xml:space="preserve"> Teenage Sex and Death at Camp Miasma leans into franchise mythology, glamour and genre self-awareness.</w:t>
      </w:r>
      <w:r/>
    </w:p>
    <w:p>
      <w:pPr>
        <w:pStyle w:val="ListBullet"/>
        <w:spacing w:line="240" w:lineRule="auto"/>
        <w:ind w:left="720"/>
      </w:pPr>
      <w:r/>
      <w:r>
        <w:rPr>
          <w:b/>
        </w:rPr>
        <w:t>Check the mood first:</w:t>
      </w:r>
      <w:r>
        <w:t xml:space="preserve"> Some titles feature graphic violence, disturbing imagery and sexual content, so they aren't all easy Halloween viewing.</w:t>
      </w:r>
      <w:r/>
      <w:r/>
    </w:p>
    <w:p>
      <w:pPr>
        <w:pStyle w:val="Heading2"/>
      </w:pPr>
      <w:r>
        <w:t>Queer horror is having a properly big year</w:t>
      </w:r>
      <w:r/>
    </w:p>
    <w:p>
      <w:r/>
      <w:r>
        <w:t>The strongest thing about this year's queer horror films is how little they feel obliged to choose between identity and entertainment. These aren't simply issue dramas with a ghost added for atmosphere. They offer monsters, spells, cursed objects and spectacular deaths, while letting queer characters remain at the centre of the story.</w:t>
      </w:r>
      <w:r/>
    </w:p>
    <w:p>
      <w:r/>
      <w:r>
        <w:t>Leviticus is a particularly unsettling example. Set in a small Australian town, it follows Naim, a queer teenager whose secret relationship becomes tangled with religious intervention and a supposed attempt to "cure" same-sex desire. The result turns conversion therapy into a supernatural nightmare, with desire itself becoming an inescapable haunting.</w:t>
      </w:r>
      <w:r/>
    </w:p>
    <w:p>
      <w:r/>
      <w:r>
        <w:t xml:space="preserve">That premise gives the film a chilly emotional core. Its most frightening moments aren't only about what appears in the dark, but about the danger of being watched, judged and forced into silence. It's horror with a bruise beneath it. According to the film's reference listings, Leviticus is centred on queer adolescence and religiously framed persecution. </w:t>
      </w:r>
      <w:hyperlink r:id="rId9">
        <w:r>
          <w:rPr>
            <w:color w:val="0000EE"/>
            <w:u w:val="single"/>
          </w:rPr>
          <w:t>[2]</w:t>
        </w:r>
      </w:hyperlink>
      <w:r/>
    </w:p>
    <w:p>
      <w:pPr>
        <w:pStyle w:val="Heading2"/>
      </w:pPr>
      <w:r>
        <w:t>Camp Miasma turns slasher nostalgia into seduction</w:t>
      </w:r>
      <w:r/>
    </w:p>
    <w:p>
      <w:r/>
      <w:r>
        <w:t>For viewers who like their horror glossy, knowingly theatrical and a little bit wicked, Teenage Sex and Death at Camp Miasma looks like the evening's natural centrepiece. The film follows Kris, a filmmaker hoping to revive a famous slasher series, as she meets Billy, the actress who survived the original Camp Miasma massacre.</w:t>
      </w:r>
      <w:r/>
    </w:p>
    <w:p>
      <w:r/>
      <w:r>
        <w:t>Their meeting quickly becomes more intimate and unstable than a conventional professional conversation. The film plays with the idea of the final girl as both a horror icon and a person carrying the weight of old fame. There are flirtations, power shifts and questions about whether the past is being revived, exploited or allowed to bite back.</w:t>
      </w:r>
      <w:r/>
    </w:p>
    <w:p>
      <w:r/>
      <w:r>
        <w:t xml:space="preserve">The surrounding franchise mythology adds to the fun. The imaginary series has sequels, merchandise and cultural aftershocks, giving the film plenty of room to tease the way horror properties become commercial empires. The Atlantic described the film as a work that blends erotic tension with genre spectacle, while The Week highlighted its deliberately sexy, slaughter-filled approach. </w:t>
      </w:r>
      <w:hyperlink r:id="rId10">
        <w:r>
          <w:rPr>
            <w:color w:val="0000EE"/>
            <w:u w:val="single"/>
          </w:rPr>
          <w:t>[6]</w:t>
        </w:r>
      </w:hyperlink>
      <w:r>
        <w:t xml:space="preserve">, </w:t>
      </w:r>
      <w:hyperlink r:id="rId11">
        <w:r>
          <w:rPr>
            <w:color w:val="0000EE"/>
            <w:u w:val="single"/>
          </w:rPr>
          <w:t>[7]</w:t>
        </w:r>
      </w:hyperlink>
      <w:r/>
    </w:p>
    <w:p>
      <w:r/>
      <w:r>
        <w:t xml:space="preserve">Reviews and audience-facing listings also suggest that its appeal lies in the balance between affectionate parody and genuine menace. It knows the language of the slasher, but it doesn't treat queer desire as a joke or a decorative extra. </w:t>
      </w:r>
      <w:hyperlink r:id="rId12">
        <w:r>
          <w:rPr>
            <w:color w:val="0000EE"/>
            <w:u w:val="single"/>
          </w:rPr>
          <w:t>[3]</w:t>
        </w:r>
      </w:hyperlink>
      <w:r>
        <w:t xml:space="preserve">, </w:t>
      </w:r>
      <w:hyperlink r:id="rId13">
        <w:r>
          <w:rPr>
            <w:color w:val="0000EE"/>
            <w:u w:val="single"/>
          </w:rPr>
          <w:t>[4]</w:t>
        </w:r>
      </w:hyperlink>
      <w:r/>
    </w:p>
    <w:p>
      <w:pPr>
        <w:pStyle w:val="Heading2"/>
      </w:pPr>
      <w:r>
        <w:t>Supernatural romance gets a fresh, messier shape</w:t>
      </w:r>
      <w:r/>
    </w:p>
    <w:p>
      <w:r/>
      <w:r>
        <w:t>The Serpent's Skin takes a more intimate route, following Anna after she leaves home and discovers frightening powers she can't yet control. Her connection with Gen, a tattoo artist with similar abilities, gives the film a romantic pulse, but their relationship is tested by the consequences of supernatural violence.</w:t>
      </w:r>
      <w:r/>
    </w:p>
    <w:p>
      <w:r/>
      <w:r>
        <w:t>There is something appealingly scrappy about the set-up. Rather than presenting power as glamorous, the film makes it awkward, dangerous and difficult to manage. The romance grows alongside that uncertainty, so emotional trust becomes just as important as learning how to stop someone from bleeding from the eyes.</w:t>
      </w:r>
      <w:r/>
    </w:p>
    <w:p>
      <w:r/>
      <w:r>
        <w:t>Camp explores queer trauma and empowerment through a similarly supernatural lens. Emily arrives at a camp for troubled children and finds herself surrounded by counsellors with witchy abilities. The story's shifting boundary between dreams and waking life creates a woozy, uneasy atmosphere, especially when Emily wakes beside a bonfire with no clear sense of what has happened.</w:t>
      </w:r>
      <w:r/>
    </w:p>
    <w:p>
      <w:r/>
      <w:r>
        <w:t xml:space="preserve">Both films understand that queer horror doesn't need to be relentlessly bleak. There can be fear, but there can also be friendship, attraction and the delicious possibility of taking power back. The contrast is important: a scary story can still leave its characters with somewhere to go. </w:t>
      </w:r>
      <w:hyperlink r:id="rId14">
        <w:r>
          <w:rPr>
            <w:color w:val="0000EE"/>
            <w:u w:val="single"/>
          </w:rPr>
          <w:t>[5]</w:t>
        </w:r>
      </w:hyperlink>
      <w:r/>
    </w:p>
    <w:p>
      <w:pPr>
        <w:pStyle w:val="Heading2"/>
      </w:pPr>
      <w:r>
        <w:t>Witches, whistles and some gloriously nasty deaths</w:t>
      </w:r>
      <w:r/>
    </w:p>
    <w:p>
      <w:r/>
      <w:r>
        <w:t>Forbidden Fruits brings a darker comic energy to the list. Set around a high-end shop in a Texas shopping centre, it follows a group of women who offer customers confidence through witchcraft, then use their private gatherings to share secrets and cast spells. The setting has a polished, retail sheen, but the mood becomes increasingly satanic and gruesome.</w:t>
      </w:r>
      <w:r/>
    </w:p>
    <w:p>
      <w:r/>
      <w:r>
        <w:t>The film's lesbian elements sit alongside a wider story about female power, performance and revenge. It's less a straightforward sapphic romance than a wicked ensemble piece, with a strong cast enjoying the chance to make the material larger, stranger and nastier. Frankly, the shopping-centre setting may be the most unsettling detail of all.</w:t>
      </w:r>
      <w:r/>
    </w:p>
    <w:p>
      <w:r/>
      <w:r>
        <w:t>Whistle is more direct and crowd-pleasing. A new student discovers an ancient Mexican whistle, and blowing it summons death. Flirting, friendship and school corridors are soon interrupted by a rapidly rising body count, while Ellie uses her medical knowledge to help the teenagers survive.</w:t>
      </w:r>
      <w:r/>
    </w:p>
    <w:p>
      <w:r/>
      <w:r>
        <w:t xml:space="preserve">This is the pick for viewers who want a recognisable teen-horror engine with inventive kills and a queer spark at its centre. It isn't trying to whisper. It wants the scream, the sudden silence and the moment when everyone realises the cursed object should have stayed in the locker. </w:t>
      </w:r>
      <w:hyperlink r:id="rId14">
        <w:r>
          <w:rPr>
            <w:color w:val="0000EE"/>
            <w:u w:val="single"/>
          </w:rPr>
          <w:t>[5]</w:t>
        </w:r>
      </w:hyperlink>
      <w:r/>
    </w:p>
    <w:p>
      <w:pPr>
        <w:pStyle w:val="Heading2"/>
      </w:pPr>
      <w:r>
        <w:t>Body horror and alien desire raise the temperature</w:t>
      </w:r>
      <w:r/>
    </w:p>
    <w:p>
      <w:r/>
      <w:r>
        <w:t>Saccharine heads into more uncomfortable territory, using a queer romance to explore dieting, addiction and body dysmorphia. Hana joins a fitness challenge after developing feelings for Alanya, then becomes caught in a dangerous cycle after taking an illicit weight-loss pill.</w:t>
      </w:r>
      <w:r/>
    </w:p>
    <w:p>
      <w:r/>
      <w:r>
        <w:t>The film's horror is both physical and psychological. Food, appetite and the changing body become sources of dread, with the grotesque imagery reflecting the pressure to pursue an impossible ideal. It makes for challenging viewing, particularly for anyone sensitive to eating-disorder themes, but the emotional stakes give the body horror real purpose.</w:t>
      </w:r>
      <w:r/>
    </w:p>
    <w:p>
      <w:r/>
      <w:r>
        <w:t>Touch Me is a very different kind of strange. Joey and her gay best friend Craig become fascinated by Brian, an alluring alien who appears able to heal their emotional wounds through sexual contact. The promise of comfort soon becomes tangled with jealousy, violence and the suspicion that Brian's intentions may not be benevolent.</w:t>
      </w:r>
      <w:r/>
    </w:p>
    <w:p>
      <w:r/>
      <w:r>
        <w:t xml:space="preserve">That combination of science fiction, comedy and erotic horror gives the film a mischievous edge. It is playful without being harmless, which is often where the best genre experiments live. One minute you're laughing at the premise; the next, you're wondering whether anyone should trust the handsome alien. </w:t>
      </w:r>
      <w:hyperlink r:id="rId14">
        <w:r>
          <w:rPr>
            <w:color w:val="0000EE"/>
            <w:u w:val="single"/>
          </w:rPr>
          <w:t>[5]</w:t>
        </w:r>
      </w:hyperlink>
      <w:r/>
    </w:p>
    <w:p>
      <w:pPr>
        <w:pStyle w:val="Heading2"/>
      </w:pPr>
      <w:r>
        <w:t>Choose your Halloween watch by scare level</w:t>
      </w:r>
      <w:r/>
    </w:p>
    <w:p>
      <w:r/>
      <w:r>
        <w:t>For a tense two-hander, Shadows of Willow Cabin offers a romantic getaway that gradually turns into a survival ordeal. Devon and Albert begin with wine, conversation and the promise of privacy, but the cabin becomes increasingly hostile as essential supplies disappear and strange events pile up.</w:t>
      </w:r>
      <w:r/>
    </w:p>
    <w:p>
      <w:r/>
      <w:r>
        <w:t>Its appeal is familiar but effective: take a hopeful relationship, isolate it and remove every reassuring modern convenience. As Devon works through personal trauma, the couple must decide whether their new bond can survive the same pressure as their bodies. It's a good choice for viewers who prefer atmosphere and relationship drama before the horror takes over.</w:t>
      </w:r>
      <w:r/>
    </w:p>
    <w:p>
      <w:r/>
      <w:r>
        <w:t>A Useful Ghost is the most unusual entry in the group. A possessed vacuum cleaner opens the door to a story about dead lovers, industrial exploitation, family secrets and the uneasy relationship between memory and truth. The film sounds absurd on paper, but that eccentricity is part of its charm.</w:t>
      </w:r>
      <w:r/>
    </w:p>
    <w:p>
      <w:r/>
      <w:r>
        <w:t xml:space="preserve">Together, these films show how broad queer horror has become. It can be romantic, political, funny, campy, tender or revolting, sometimes within the same scene. For Halloween, that's a rather excellent problem to have: there are more moods to choose from than there are candles to light. </w:t>
      </w:r>
      <w:hyperlink r:id="rId14">
        <w:r>
          <w:rPr>
            <w:color w:val="0000EE"/>
            <w:u w:val="single"/>
          </w:rPr>
          <w:t>[5]</w:t>
        </w:r>
      </w:hyperlink>
      <w:r/>
    </w:p>
    <w:p>
      <w:r/>
      <w:r>
        <w:t>Pick the film that matches your tolerance for scares, then let the queer nightmare begin.</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4">
        <w:r>
          <w:rPr>
            <w:color w:val="0000EE"/>
            <w:u w:val="single"/>
          </w:rPr>
          <w:t>[5]</w:t>
        </w:r>
      </w:hyperlink>
      <w:r>
        <w:t xml:space="preserve">- Paragraph 2: </w:t>
      </w:r>
      <w:hyperlink r:id="rId9">
        <w:r>
          <w:rPr>
            <w:color w:val="0000EE"/>
            <w:u w:val="single"/>
          </w:rPr>
          <w:t>[2]</w:t>
        </w:r>
      </w:hyperlink>
      <w:r>
        <w:t xml:space="preserve">, </w:t>
      </w:r>
      <w:hyperlink r:id="rId14">
        <w:r>
          <w:rPr>
            <w:color w:val="0000EE"/>
            <w:u w:val="single"/>
          </w:rPr>
          <w:t>[5]</w:t>
        </w:r>
      </w:hyperlink>
      <w:r>
        <w:t xml:space="preserve">- Paragraph 3: </w:t>
      </w:r>
      <w:hyperlink r:id="rId10">
        <w:r>
          <w:rPr>
            <w:color w:val="0000EE"/>
            <w:u w:val="single"/>
          </w:rPr>
          <w:t>[6]</w:t>
        </w:r>
      </w:hyperlink>
      <w:r>
        <w:t xml:space="preserve">, </w:t>
      </w:r>
      <w:hyperlink r:id="rId11">
        <w:r>
          <w:rPr>
            <w:color w:val="0000EE"/>
            <w:u w:val="single"/>
          </w:rPr>
          <w:t>[7]</w:t>
        </w:r>
      </w:hyperlink>
      <w:r>
        <w:t xml:space="preserve">- Paragraph 4: </w:t>
      </w:r>
      <w:hyperlink r:id="rId12">
        <w:r>
          <w:rPr>
            <w:color w:val="0000EE"/>
            <w:u w:val="single"/>
          </w:rPr>
          <w:t>[3]</w:t>
        </w:r>
      </w:hyperlink>
      <w:r>
        <w:t xml:space="preserve">, </w:t>
      </w:r>
      <w:hyperlink r:id="rId13">
        <w:r>
          <w:rPr>
            <w:color w:val="0000EE"/>
            <w:u w:val="single"/>
          </w:rPr>
          <w:t>[4]</w:t>
        </w:r>
      </w:hyperlink>
      <w:r>
        <w:t xml:space="preserve">- Paragraph 5: </w:t>
      </w:r>
      <w:hyperlink r:id="rId14">
        <w:r>
          <w:rPr>
            <w:color w:val="0000EE"/>
            <w:u w:val="single"/>
          </w:rPr>
          <w:t>[5]</w:t>
        </w:r>
      </w:hyperlink>
      <w:r>
        <w:t xml:space="preserve">- Paragraph 6: </w:t>
      </w:r>
      <w:hyperlink r:id="rId14">
        <w:r>
          <w:rPr>
            <w:color w:val="0000EE"/>
            <w:u w:val="single"/>
          </w:rPr>
          <w:t>[5]</w:t>
        </w:r>
      </w:hyperlink>
      <w:r>
        <w:t xml:space="preserve">- Paragraph 7: </w:t>
      </w:r>
      <w:hyperlink r:id="rId14">
        <w:r>
          <w:rPr>
            <w:color w:val="0000EE"/>
            <w:u w:val="single"/>
          </w:rPr>
          <w:t>[5]</w:t>
        </w:r>
      </w:hyperlink>
      <w:r>
        <w:t xml:space="preserve">- Paragraph 8: </w:t>
      </w:r>
      <w:hyperlink r:id="rId14">
        <w:r>
          <w:rPr>
            <w:color w:val="0000EE"/>
            <w:u w:val="single"/>
          </w:rPr>
          <w:t>[5]</w:t>
        </w:r>
      </w:hyperlink>
      <w:r>
        <w:t xml:space="preserve">- Paragraph 9: </w:t>
      </w:r>
      <w:hyperlink r:id="rId14">
        <w:r>
          <w:rPr>
            <w:color w:val="0000EE"/>
            <w:u w:val="single"/>
          </w:rPr>
          <w:t>[5]</w:t>
        </w:r>
      </w:hyperlink>
      <w:r>
        <w:t xml:space="preserve">- Paragraph 10: </w:t>
      </w:r>
      <w:hyperlink r:id="rId14">
        <w:r>
          <w:rPr>
            <w:color w:val="0000EE"/>
            <w:u w:val="single"/>
          </w:rPr>
          <w:t>[5]</w:t>
        </w:r>
      </w:hyperlink>
      <w:r>
        <w:t xml:space="preserve">- Paragraph 11: </w:t>
      </w:r>
      <w:hyperlink r:id="rId14">
        <w:r>
          <w:rPr>
            <w:color w:val="0000EE"/>
            <w:u w:val="single"/>
          </w:rPr>
          <w:t>[5]</w:t>
        </w:r>
      </w:hyperlink>
      <w:r>
        <w:t xml:space="preserve">- Paragraph 12: </w:t>
      </w:r>
      <w:hyperlink r:id="rId14">
        <w:r>
          <w:rPr>
            <w:color w:val="0000EE"/>
            <w:u w:val="single"/>
          </w:rPr>
          <w:t>[5]</w:t>
        </w:r>
      </w:hyperlink>
      <w:r>
        <w:t xml:space="preserve">- Paragraph 13: </w:t>
      </w:r>
      <w:hyperlink r:id="rId14">
        <w:r>
          <w:rPr>
            <w:color w:val="0000EE"/>
            <w:u w:val="single"/>
          </w:rPr>
          <w:t>[5]</w:t>
        </w:r>
      </w:hyperlink>
      <w:r>
        <w:t xml:space="preserve">- Paragraph 14: </w:t>
      </w:r>
      <w:hyperlink r:id="rId14">
        <w:r>
          <w:rPr>
            <w:color w:val="0000EE"/>
            <w:u w:val="single"/>
          </w:rPr>
          <w:t>[5]</w:t>
        </w:r>
      </w:hyperlink>
      <w:r>
        <w:t xml:space="preserve">- Paragraph 15: </w:t>
      </w:r>
      <w:hyperlink r:id="rId14">
        <w:r>
          <w:rPr>
            <w:color w:val="0000EE"/>
            <w:u w:val="single"/>
          </w:rPr>
          <w:t>[5]</w:t>
        </w:r>
      </w:hyperlink>
      <w:r>
        <w:t xml:space="preserve">- Paragraph 16: </w:t>
      </w:r>
      <w:hyperlink r:id="rId14">
        <w:r>
          <w:rPr>
            <w:color w:val="0000EE"/>
            <w:u w:val="single"/>
          </w:rPr>
          <w:t>[5]</w:t>
        </w:r>
      </w:hyperlink>
      <w:r>
        <w:t xml:space="preserve">- Paragraph 17: </w:t>
      </w:r>
      <w:hyperlink r:id="rId14">
        <w:r>
          <w:rPr>
            <w:color w:val="0000EE"/>
            <w:u w:val="single"/>
          </w:rPr>
          <w:t>[5]</w:t>
        </w:r>
      </w:hyperlink>
      <w:r>
        <w:t xml:space="preserve">- Paragraph 18: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https://sfbaytimes.com/ten-queer-films-to-stream-and-scream-for-halloween/?utm_source=rss&amp;utm_medium=rss&amp;utm_campaign=ten-queer-films-to-stream-and-scream-for-halloween</w:t>
        </w:r>
      </w:hyperlink>
      <w:r>
        <w:t xml:space="preserve"> - Please view link - unable to able to access data</w:t>
      </w:r>
      <w:r/>
    </w:p>
    <w:p>
      <w:pPr>
        <w:pStyle w:val="ListNumber"/>
        <w:spacing w:line="240" w:lineRule="auto"/>
        <w:ind w:left="720"/>
      </w:pPr>
      <w:r/>
      <w:hyperlink r:id="rId9">
        <w:r>
          <w:rPr>
            <w:color w:val="0000EE"/>
            <w:u w:val="single"/>
          </w:rPr>
          <w:t>https://en.wikipedia.org/wiki/Leviticus_%28film%29</w:t>
        </w:r>
      </w:hyperlink>
      <w:r>
        <w:t xml:space="preserve"> - 'Leviticus' is a 2026 Australian coming-of-age romantic supernatural horror film directed by Adrian Chiarella. The story follows Naim Reid (Joe Bird), a teenager who moves to a small town in Australia and becomes romantically involved with his classmate, Ryan Whelan (Stacy Clausen). Their secret relationship is disrupted when they are subjected to a supernatural conversion therapy ritual, leading to the manifestation of a violent entity that takes the form of their desires. The film explores themes of queer identity and the psychological impacts of conversion therapy. It premiered at the 2026 Sundance Film Festival and was released in Australia on June 18, 2026. (</w:t>
      </w:r>
      <w:hyperlink r:id="rId16">
        <w:r>
          <w:rPr>
            <w:color w:val="0000EE"/>
            <w:u w:val="single"/>
          </w:rPr>
          <w:t>en.wikipedia.org</w:t>
        </w:r>
      </w:hyperlink>
      <w:r>
        <w:t>)</w:t>
      </w:r>
      <w:r/>
    </w:p>
    <w:p>
      <w:pPr>
        <w:pStyle w:val="ListNumber"/>
        <w:spacing w:line="240" w:lineRule="auto"/>
        <w:ind w:left="720"/>
      </w:pPr>
      <w:r/>
      <w:hyperlink r:id="rId12">
        <w:r>
          <w:rPr>
            <w:color w:val="0000EE"/>
            <w:u w:val="single"/>
          </w:rPr>
          <w:t>https://en.wikipedia.org/wiki/Teenage_Sex_and_Death_at_Camp_Miasma</w:t>
        </w:r>
      </w:hyperlink>
      <w:r>
        <w:t xml:space="preserve"> - 'Teenage Sex and Death at Camp Miasma' is a 2026 American satirical surrealist psychological romantic slasher film written and directed by Jane Schoenbrun. The film stars Hannah Einbinder as Kris Williams, a young filmmaker hired to direct a new installment of the fictional slasher franchise 'Camp Miasma'. She becomes fixated on casting the original film's 'final girl', Billy Presley (Gillian Anderson), leading to a complex relationship that blurs the lines between fiction and reality. The film premiered at the 2026 Cannes Film Festival, where it won the Queer Palm. It was released in the United States on August 7, 2026, and is available for streaming on Mubi. (</w:t>
      </w:r>
      <w:hyperlink r:id="rId17">
        <w:r>
          <w:rPr>
            <w:color w:val="0000EE"/>
            <w:u w:val="single"/>
          </w:rPr>
          <w:t>en.wikipedia.org</w:t>
        </w:r>
      </w:hyperlink>
      <w:r>
        <w:t>)</w:t>
      </w:r>
      <w:r/>
    </w:p>
    <w:p>
      <w:pPr>
        <w:pStyle w:val="ListNumber"/>
        <w:spacing w:line="240" w:lineRule="auto"/>
        <w:ind w:left="720"/>
      </w:pPr>
      <w:r/>
      <w:hyperlink r:id="rId13">
        <w:r>
          <w:rPr>
            <w:color w:val="0000EE"/>
            <w:u w:val="single"/>
          </w:rPr>
          <w:t>https://www.rottentomatoes.com/m/teenage_sex_and_death_at_camp_miasma</w:t>
        </w:r>
      </w:hyperlink>
      <w:r>
        <w:t xml:space="preserve"> - 'Teenage Sex and Death at Camp Miasma' has received positive reviews on Rotten Tomatoes, with 94% of 269 critics' reviews being positive and an average rating of 8.2/10. The consensus reads: 'A bloody valentine to slasher horror that celebrates personal self-discovery as much as it does the possibilities of cinema, Teenage Sex and Death at Camp Miasma combines killer style with a big, still-beating heart.' (</w:t>
      </w:r>
      <w:hyperlink r:id="rId18">
        <w:r>
          <w:rPr>
            <w:color w:val="0000EE"/>
            <w:u w:val="single"/>
          </w:rPr>
          <w:t>rottentomatoes.com</w:t>
        </w:r>
      </w:hyperlink>
      <w:r>
        <w:t>)</w:t>
      </w:r>
      <w:r/>
    </w:p>
    <w:p>
      <w:pPr>
        <w:pStyle w:val="ListNumber"/>
        <w:spacing w:line="240" w:lineRule="auto"/>
        <w:ind w:left="720"/>
      </w:pPr>
      <w:r/>
      <w:hyperlink r:id="rId14">
        <w:r>
          <w:rPr>
            <w:color w:val="0000EE"/>
            <w:u w:val="single"/>
          </w:rPr>
          <w:t>https://www.imdb.com/title/tt35298123/maindetails</w:t>
        </w:r>
      </w:hyperlink>
      <w:r>
        <w:t xml:space="preserve"> - 'Teenage Sex and Death at Camp Miasma' is a 2026 film directed by Jane Schoenbrun, starring Hannah Einbinder and Gillian Anderson. The film follows a filmmaker hired to direct a new installment of the fictional slasher franchise 'Camp Miasma' and becomes fixated on casting the original film's 'final girl', leading to psychological and sexual chaos. The film has a rating of 7.0/10 based on 11,000 votes. (</w:t>
      </w:r>
      <w:hyperlink r:id="rId19">
        <w:r>
          <w:rPr>
            <w:color w:val="0000EE"/>
            <w:u w:val="single"/>
          </w:rPr>
          <w:t>imdb.com</w:t>
        </w:r>
      </w:hyperlink>
      <w:r>
        <w:t>)</w:t>
      </w:r>
      <w:r/>
    </w:p>
    <w:p>
      <w:pPr>
        <w:pStyle w:val="ListNumber"/>
        <w:spacing w:line="240" w:lineRule="auto"/>
        <w:ind w:left="720"/>
      </w:pPr>
      <w:r/>
      <w:hyperlink r:id="rId10">
        <w:r>
          <w:rPr>
            <w:color w:val="0000EE"/>
            <w:u w:val="single"/>
          </w:rPr>
          <w:t>https://www.theatlantic.com/culture/2026/08/teenage-sex-and-death-at-camp-miasma-movie-review/688227/?utm_source=apple_news</w:t>
        </w:r>
      </w:hyperlink>
      <w:r>
        <w:t xml:space="preserve"> - In their review, The Atlantic discusses how 'Teenage Sex and Death at Camp Miasma' continues director Jane Schoenbrun's exploration of how pop culture shapes personal identity. The film follows Kris, a queer filmmaker attempting to reboot a slasher franchise, and her encounter with the original film's star, Billy Presley, leading to a surreal reflection on the emotional and psychological power of media. (</w:t>
      </w:r>
      <w:hyperlink r:id="rId20">
        <w:r>
          <w:rPr>
            <w:color w:val="0000EE"/>
            <w:u w:val="single"/>
          </w:rPr>
          <w:t>theatlantic.com</w:t>
        </w:r>
      </w:hyperlink>
      <w:r>
        <w:t>)</w:t>
      </w:r>
      <w:r/>
    </w:p>
    <w:p>
      <w:pPr>
        <w:pStyle w:val="ListNumber"/>
        <w:spacing w:line="240" w:lineRule="auto"/>
        <w:ind w:left="720"/>
      </w:pPr>
      <w:r/>
      <w:hyperlink r:id="rId11">
        <w:r>
          <w:rPr>
            <w:color w:val="0000EE"/>
            <w:u w:val="single"/>
          </w:rPr>
          <w:t>https://www.theweek.com/culture-life/film/teenage-sex-and-death-at-camp-miasma-a-sexy-and-slaughterous-spectacle</w:t>
        </w:r>
      </w:hyperlink>
      <w:r>
        <w:t xml:space="preserve"> - The Week describes 'Teenage Sex and Death at Camp Miasma' as an audacious and darkly comedic film that reinvents a fictional 1980s slasher franchise through a modern, queer lens. The film follows Kris, an earnest director hired to reboot the 'Camp Miasma' franchise, who becomes obsessed with casting the original film's 'final girl', leading to psychological and sexual chaos. Critics describe the film as extravagantly funny, visually captivating, and marvellously camp. (</w:t>
      </w:r>
      <w:hyperlink r:id="rId21">
        <w:r>
          <w:rPr>
            <w:color w:val="0000EE"/>
            <w:u w:val="single"/>
          </w:rPr>
          <w:t>theweek.com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n.wikipedia.org/wiki/Leviticus_%28film%29" TargetMode="External"/><Relationship Id="rId10" Type="http://schemas.openxmlformats.org/officeDocument/2006/relationships/hyperlink" Target="https://www.theatlantic.com/culture/2026/08/teenage-sex-and-death-at-camp-miasma-movie-review/688227/?utm_source=apple_news" TargetMode="External"/><Relationship Id="rId11" Type="http://schemas.openxmlformats.org/officeDocument/2006/relationships/hyperlink" Target="https://www.theweek.com/culture-life/film/teenage-sex-and-death-at-camp-miasma-a-sexy-and-slaughterous-spectacle" TargetMode="External"/><Relationship Id="rId12" Type="http://schemas.openxmlformats.org/officeDocument/2006/relationships/hyperlink" Target="https://en.wikipedia.org/wiki/Teenage_Sex_and_Death_at_Camp_Miasma" TargetMode="External"/><Relationship Id="rId13" Type="http://schemas.openxmlformats.org/officeDocument/2006/relationships/hyperlink" Target="https://www.rottentomatoes.com/m/teenage_sex_and_death_at_camp_miasma" TargetMode="External"/><Relationship Id="rId14" Type="http://schemas.openxmlformats.org/officeDocument/2006/relationships/hyperlink" Target="https://www.imdb.com/title/tt35298123/maindetails" TargetMode="External"/><Relationship Id="rId15" Type="http://schemas.openxmlformats.org/officeDocument/2006/relationships/hyperlink" Target="https://sfbaytimes.com/ten-queer-films-to-stream-and-scream-for-halloween/?utm_source=rss&amp;utm_medium=rss&amp;utm_campaign=ten-queer-films-to-stream-and-scream-for-halloween" TargetMode="External"/><Relationship Id="rId16" Type="http://schemas.openxmlformats.org/officeDocument/2006/relationships/hyperlink" Target="https://en.wikipedia.org/wiki/Leviticus_%28film%29?utm_source=openai" TargetMode="External"/><Relationship Id="rId17" Type="http://schemas.openxmlformats.org/officeDocument/2006/relationships/hyperlink" Target="https://en.wikipedia.org/wiki/Teenage_Sex_and_Death_at_Camp_Miasma?utm_source=openai" TargetMode="External"/><Relationship Id="rId18" Type="http://schemas.openxmlformats.org/officeDocument/2006/relationships/hyperlink" Target="https://www.rottentomatoes.com/m/teenage_sex_and_death_at_camp_miasma?utm_source=openai" TargetMode="External"/><Relationship Id="rId19" Type="http://schemas.openxmlformats.org/officeDocument/2006/relationships/hyperlink" Target="https://www.imdb.com/title/tt35298123/maindetails?utm_source=openai" TargetMode="External"/><Relationship Id="rId20" Type="http://schemas.openxmlformats.org/officeDocument/2006/relationships/hyperlink" Target="https://www.theatlantic.com/culture/2026/08/teenage-sex-and-death-at-camp-miasma-movie-review/688227/?utm_source=openai" TargetMode="External"/><Relationship Id="rId21" Type="http://schemas.openxmlformats.org/officeDocument/2006/relationships/hyperlink" Target="https://theweek.com/culture-life/film/teenage-sex-and-death-at-camp-miasma-a-sexy-and-slaughterous-spectacle?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