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Halloween events in New York City for spooky fun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Partygoers, theatre fans and book lovers can find plenty to do across New York City this Halloween, from a lively Rocky Horror tribute in Brooklyn to an indie-bookshop crawl on the Lower East Side. The appeal is simple: these events mix costumes, performance and community, giving visitors plenty of ways to celebrate on their own terms.</w:t>
      </w:r>
      <w:r/>
    </w:p>
    <w:p>
      <w:pPr>
        <w:pStyle w:val="Heading2"/>
      </w:pPr>
      <w:r>
        <w:t>Essential Takeaways</w:t>
      </w:r>
      <w:r/>
      <w:r/>
    </w:p>
    <w:p>
      <w:pPr>
        <w:pStyle w:val="ListBullet"/>
        <w:spacing w:line="240" w:lineRule="auto"/>
        <w:ind w:left="720"/>
      </w:pPr>
      <w:r/>
      <w:r>
        <w:rPr>
          <w:b/>
        </w:rPr>
        <w:t>Rocky Horror returns:</w:t>
      </w:r>
      <w:r>
        <w:t xml:space="preserve"> LIPS offers an energetic, interactive tribute at House of Yes, with costumes and callbacks encouraged.</w:t>
      </w:r>
      <w:r/>
    </w:p>
    <w:p>
      <w:pPr>
        <w:pStyle w:val="ListBullet"/>
        <w:spacing w:line="240" w:lineRule="auto"/>
        <w:ind w:left="720"/>
      </w:pPr>
      <w:r/>
      <w:r>
        <w:rPr>
          <w:b/>
        </w:rPr>
        <w:t>Books get spooky:</w:t>
      </w:r>
      <w:r>
        <w:t xml:space="preserve"> The Lower East Side crawl brings several independent bookshops together for special titles, offers and prizes.</w:t>
      </w:r>
      <w:r/>
    </w:p>
    <w:p>
      <w:pPr>
        <w:pStyle w:val="ListBullet"/>
        <w:spacing w:line="240" w:lineRule="auto"/>
        <w:ind w:left="720"/>
      </w:pPr>
      <w:r/>
      <w:r>
        <w:rPr>
          <w:b/>
        </w:rPr>
        <w:t>House of Yes stays busy:</w:t>
      </w:r>
      <w:r>
        <w:t xml:space="preserve"> The Brooklyn venue’s wider programme includes theatrical, dance-led and late-night events.</w:t>
      </w:r>
      <w:r/>
    </w:p>
    <w:p>
      <w:pPr>
        <w:pStyle w:val="ListBullet"/>
        <w:spacing w:line="240" w:lineRule="auto"/>
        <w:ind w:left="720"/>
      </w:pPr>
      <w:r/>
      <w:r>
        <w:rPr>
          <w:b/>
        </w:rPr>
        <w:t>Plan around demand:</w:t>
      </w:r>
      <w:r>
        <w:t xml:space="preserve"> Popular Halloween nights can sell quickly, so check the organiser’s current ticket and entry details before travelling.</w:t>
      </w:r>
      <w:r/>
      <w:r/>
    </w:p>
    <w:p>
      <w:pPr>
        <w:pStyle w:val="Heading2"/>
      </w:pPr>
      <w:r>
        <w:t>Rocky Horror remains the perfect queer Halloween ritual</w:t>
      </w:r>
      <w:r/>
    </w:p>
    <w:p>
      <w:r/>
      <w:r>
        <w:t xml:space="preserve">There’s something wonderfully reliable about </w:t>
      </w:r>
      <w:r>
        <w:rPr>
          <w:i/>
        </w:rPr>
        <w:t>The Rocky Horror Picture Show</w:t>
      </w:r>
      <w:r>
        <w:t>: the costumes get bolder, the audience gets louder and nobody is expected to sit quietly. LIPS brings that spirit to House of Yes in Brooklyn with a live, reimagined tribute designed to welcome newcomers as well as seasoned fans. House of Yes describes the show as an encore performance, with callbacks and a Time Warp very much part of the evening. (</w:t>
      </w:r>
      <w:hyperlink r:id="rId9">
        <w:r>
          <w:rPr>
            <w:color w:val="0000EE"/>
            <w:u w:val="single"/>
          </w:rPr>
          <w:t>[2]</w:t>
        </w:r>
      </w:hyperlink>
      <w:r>
        <w:t xml:space="preserve">, </w:t>
      </w:r>
      <w:hyperlink r:id="rId10">
        <w:r>
          <w:rPr>
            <w:color w:val="0000EE"/>
            <w:u w:val="single"/>
          </w:rPr>
          <w:t>[7]</w:t>
        </w:r>
      </w:hyperlink>
      <w:r>
        <w:t>)</w:t>
      </w:r>
      <w:r/>
    </w:p>
    <w:p>
      <w:r/>
      <w:r>
        <w:t>For first-timers, the format can feel like stepping into a party that already knows all the words. That’s part of the charm, though. Dress-up isn’t merely tolerated, it’s practically the uniform, and the interactive atmosphere turns a familiar film into a shared night out. House of Yes’s broader programme also shows how naturally the venue blends circus, nightlife and performance. (</w:t>
      </w:r>
      <w:hyperlink r:id="rId11">
        <w:r>
          <w:rPr>
            <w:color w:val="0000EE"/>
            <w:u w:val="single"/>
          </w:rPr>
          <w:t>[4]</w:t>
        </w:r>
      </w:hyperlink>
      <w:r>
        <w:t xml:space="preserve">, </w:t>
      </w:r>
      <w:hyperlink r:id="rId12">
        <w:r>
          <w:rPr>
            <w:color w:val="0000EE"/>
            <w:u w:val="single"/>
          </w:rPr>
          <w:t>[6]</w:t>
        </w:r>
      </w:hyperlink>
      <w:r>
        <w:t>)</w:t>
      </w:r>
      <w:r/>
    </w:p>
    <w:p>
      <w:pPr>
        <w:pStyle w:val="Heading2"/>
      </w:pPr>
      <w:r>
        <w:t>A Lower East Side book crawl offers a gentler kind of fright</w:t>
      </w:r>
      <w:r/>
    </w:p>
    <w:p>
      <w:r/>
      <w:r>
        <w:t>Not every Halloween plan needs a dance floor or a dramatic entrance. The Lower East Side Halloween Book and Zines Crawl gives readers a slower, more curious route through the season, linking independent shops and highlighting spooky books, zines, discounts and prizes. Barnard’s event listing places the crawl around local bookshops, including Bluestockings and other participating venues. (</w:t>
      </w:r>
      <w:hyperlink r:id="rId13">
        <w:r>
          <w:rPr>
            <w:color w:val="0000EE"/>
            <w:u w:val="single"/>
          </w:rPr>
          <w:t>[3]</w:t>
        </w:r>
      </w:hyperlink>
      <w:r>
        <w:t xml:space="preserve">, </w:t>
      </w:r>
      <w:hyperlink r:id="rId14">
        <w:r>
          <w:rPr>
            <w:color w:val="0000EE"/>
            <w:u w:val="single"/>
          </w:rPr>
          <w:t>[5]</w:t>
        </w:r>
      </w:hyperlink>
      <w:r>
        <w:t>)</w:t>
      </w:r>
      <w:r/>
    </w:p>
    <w:p>
      <w:r/>
      <w:r>
        <w:t>It’s an appealing option for anyone who likes their autumn atmosphere with paper, ink and a strong coffee on the side. Independent bookshops also offer something large seasonal parties can’t: the chance to browse at your own pace, discover an unexpected title and support neighbourhood businesses while you’re there. Check each participating shop’s opening hours and event details before setting off. (</w:t>
      </w:r>
      <w:hyperlink r:id="rId13">
        <w:r>
          <w:rPr>
            <w:color w:val="0000EE"/>
            <w:u w:val="single"/>
          </w:rPr>
          <w:t>[3]</w:t>
        </w:r>
      </w:hyperlink>
      <w:r>
        <w:t xml:space="preserve">, </w:t>
      </w:r>
      <w:hyperlink r:id="rId14">
        <w:r>
          <w:rPr>
            <w:color w:val="0000EE"/>
            <w:u w:val="single"/>
          </w:rPr>
          <w:t>[5]</w:t>
        </w:r>
      </w:hyperlink>
      <w:r>
        <w:t>)</w:t>
      </w:r>
      <w:r/>
    </w:p>
    <w:p>
      <w:pPr>
        <w:pStyle w:val="Heading2"/>
      </w:pPr>
      <w:r>
        <w:t>Brooklyn’s queer nightlife brings the full costume drama</w:t>
      </w:r>
      <w:r/>
    </w:p>
    <w:p>
      <w:r/>
      <w:r>
        <w:t>Across Brooklyn, the programme leans into drag, DJs, themed parties and deliberately over-the-top dressing. House of Yes is a natural anchor for that energy, with its calendar built around immersive shows and exuberant late-night gatherings rather than conventional club nights. (</w:t>
      </w:r>
      <w:hyperlink r:id="rId11">
        <w:r>
          <w:rPr>
            <w:color w:val="0000EE"/>
            <w:u w:val="single"/>
          </w:rPr>
          <w:t>[4]</w:t>
        </w:r>
      </w:hyperlink>
      <w:r>
        <w:t xml:space="preserve">, </w:t>
      </w:r>
      <w:hyperlink r:id="rId12">
        <w:r>
          <w:rPr>
            <w:color w:val="0000EE"/>
            <w:u w:val="single"/>
          </w:rPr>
          <w:t>[6]</w:t>
        </w:r>
      </w:hyperlink>
      <w:r>
        <w:t>)</w:t>
      </w:r>
      <w:r/>
    </w:p>
    <w:p>
      <w:r/>
      <w:r>
        <w:t>The practical choice comes down to the kind of evening you want. A performance-led event suits anyone who enjoys spectacle and audience participation, while a dance party offers more freedom to arrive, mingle and stay moving. Either way, comfortable shoes are a surprisingly useful costume accessory, especially when the night stretches well beyond midnight. (</w:t>
      </w:r>
      <w:hyperlink r:id="rId11">
        <w:r>
          <w:rPr>
            <w:color w:val="0000EE"/>
            <w:u w:val="single"/>
          </w:rPr>
          <w:t>[4]</w:t>
        </w:r>
      </w:hyperlink>
      <w:r>
        <w:t xml:space="preserve">, </w:t>
      </w:r>
      <w:hyperlink r:id="rId12">
        <w:r>
          <w:rPr>
            <w:color w:val="0000EE"/>
            <w:u w:val="single"/>
          </w:rPr>
          <w:t>[6]</w:t>
        </w:r>
      </w:hyperlink>
      <w:r>
        <w:t>)</w:t>
      </w:r>
      <w:r/>
    </w:p>
    <w:p>
      <w:pPr>
        <w:pStyle w:val="Heading2"/>
      </w:pPr>
      <w:r>
        <w:t>How to choose the right Halloween event</w:t>
      </w:r>
      <w:r/>
    </w:p>
    <w:p>
      <w:r/>
      <w:r>
        <w:t>Start with the atmosphere, not just the event name. Interactive theatre is ideal if you want a shared experience with plenty of audience noise; a book crawl works better for a daytime wander; and a club night is the obvious choice if music and dancing are the main attraction. The most memorable plans usually leave enough room for the unexpected, but a little advance checking helps.</w:t>
      </w:r>
      <w:r/>
    </w:p>
    <w:p>
      <w:r/>
      <w:r>
        <w:t>Look at the venue, start time, ticket platform and entry rules before you go. Some events encourage costumes, while others may have different policies around bags, photography or late entry. For House of Yes shows, the official listings are the best place to confirm current dates and ticket information.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w:t>
      </w:r>
      <w:r/>
    </w:p>
    <w:p>
      <w:pPr>
        <w:pStyle w:val="Heading2"/>
      </w:pPr>
      <w:r>
        <w:t>The city’s Halloween appeal lies in the variety</w:t>
      </w:r>
      <w:r/>
    </w:p>
    <w:p>
      <w:r/>
      <w:r>
        <w:t>New York’s queer Halloween calendar works because it isn’t just one kind of celebration. It can be theatrical, bookish, glamorous, camp, noisy or softly spooky, sometimes all in the same weekend. That range makes it easier to find an event that feels comfortable, whether you’re arriving with a large group or making a solo night of it.</w:t>
      </w:r>
      <w:r/>
    </w:p>
    <w:p>
      <w:r/>
      <w:r>
        <w:t>And there’s a useful lesson in the mix. The best seasonal events don’t simply offer a theme, they create a temporary world with its own dress code, soundtrack and sense of belonging. For visitors, that can turn an ordinary October evening into a story worth retelling.</w:t>
      </w:r>
      <w:r/>
    </w:p>
    <w:p>
      <w:r/>
      <w:r>
        <w:t>Choose the event that matches your mood, then let the costume do the talking.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3">
        <w:r>
          <w:rPr>
            <w:color w:val="0000EE"/>
            <w:u w:val="single"/>
          </w:rPr>
          <w:t>[3]</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[6]</w:t>
        </w:r>
      </w:hyperlink>
      <w:r>
        <w:t xml:space="preserve">- Paragraph 9: </w:t>
      </w:r>
      <w:hyperlink r:id="rId13">
        <w:r>
          <w:rPr>
            <w:color w:val="0000EE"/>
            <w:u w:val="single"/>
          </w:rPr>
          <w:t>[3]</w:t>
        </w:r>
      </w:hyperlink>
      <w:r>
        <w:t xml:space="preserve">, </w:t>
      </w:r>
      <w:hyperlink r:id="rId11">
        <w:r>
          <w:rPr>
            <w:color w:val="0000EE"/>
            <w:u w:val="single"/>
          </w:rPr>
          <w:t>[4]</w:t>
        </w:r>
      </w:hyperlink>
      <w:r>
        <w:t xml:space="preserve">- Paragraph 10: </w:t>
      </w:r>
      <w:hyperlink r:id="rId13">
        <w:r>
          <w:rPr>
            <w:color w:val="0000EE"/>
            <w:u w:val="single"/>
          </w:rPr>
          <w:t>[3]</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https://gaycitynews.com/guide-queer-halloween-events-nyc/</w:t>
        </w:r>
      </w:hyperlink>
      <w:r>
        <w:t xml:space="preserve"> - Please view link - unable to able to access data</w:t>
      </w:r>
      <w:r/>
    </w:p>
    <w:p>
      <w:pPr>
        <w:pStyle w:val="ListNumber"/>
        <w:spacing w:line="240" w:lineRule="auto"/>
        <w:ind w:left="720"/>
      </w:pPr>
      <w:r/>
      <w:hyperlink r:id="rId9">
        <w:r>
          <w:rPr>
            <w:color w:val="0000EE"/>
            <w:u w:val="single"/>
          </w:rPr>
          <w:t>https://www.houseofyes.org/lips</w:t>
        </w:r>
      </w:hyperlink>
      <w:r>
        <w:t xml:space="preserve"> - House of Yes in Brooklyn is hosting 'LIPS: Rocky Horror LIVE', a reimagined tribute to the cult classic. The event encourages costumes, audience participation, and features the Time Warp dance. Additional performances are scheduled for October 23, 2026. Tickets are available on their website.</w:t>
      </w:r>
      <w:r/>
    </w:p>
    <w:p>
      <w:pPr>
        <w:pStyle w:val="ListNumber"/>
        <w:spacing w:line="240" w:lineRule="auto"/>
        <w:ind w:left="720"/>
      </w:pPr>
      <w:r/>
      <w:hyperlink r:id="rId13">
        <w:r>
          <w:rPr>
            <w:color w:val="0000EE"/>
            <w:u w:val="single"/>
          </w:rPr>
          <w:t>https://barnard.edu/events/lower-east-side-halloween-book-zines-crawl-bluestockings</w:t>
        </w:r>
      </w:hyperlink>
      <w:r>
        <w:t xml:space="preserve"> - On October 28, 2023, Bluestockings Cooperative hosted the Lower East Side Halloween Book &amp; Zines Crawl. Seven independent bookstores participated, offering discounts, special giveaways, and curated selections of spooky seasonal books. The event celebrated the diversity and resilience of the neighborhood's indie bookshops.</w:t>
      </w:r>
      <w:r/>
    </w:p>
    <w:p>
      <w:pPr>
        <w:pStyle w:val="ListNumber"/>
        <w:spacing w:line="240" w:lineRule="auto"/>
        <w:ind w:left="720"/>
      </w:pPr>
      <w:r/>
      <w:hyperlink r:id="rId11">
        <w:r>
          <w:rPr>
            <w:color w:val="0000EE"/>
            <w:u w:val="single"/>
          </w:rPr>
          <w:t>https://www.houseofyes.org/shows</w:t>
        </w:r>
      </w:hyperlink>
      <w:r>
        <w:t xml:space="preserve"> - House of Yes in Brooklyn is known for its performance-fueled nightclub experiences, featuring shows like 'LIPS: Rocky Horror'. The venue offers a variety of events, including circus, cabaret, burlesque, and drag performances, aiming to inspire and heal through creative expression.</w:t>
      </w:r>
      <w:r/>
    </w:p>
    <w:p>
      <w:pPr>
        <w:pStyle w:val="ListNumber"/>
        <w:spacing w:line="240" w:lineRule="auto"/>
        <w:ind w:left="720"/>
      </w:pPr>
      <w:r/>
      <w:hyperlink r:id="rId14">
        <w:r>
          <w:rPr>
            <w:color w:val="0000EE"/>
            <w:u w:val="single"/>
          </w:rPr>
          <w:t>https://www.sweetpicklebooks.com/</w:t>
        </w:r>
      </w:hyperlink>
      <w:r>
        <w:t xml:space="preserve"> - Sweet Pickle Books is a unique bookstore located in New York City's Lower East Side. Known for its quirky charm, the store offers a curated selection of books alongside pickles, reflecting the neighborhood's history of pickling. It has been featured in publications like The New York Times and Eater.</w:t>
      </w:r>
      <w:r/>
    </w:p>
    <w:p>
      <w:pPr>
        <w:pStyle w:val="ListNumber"/>
        <w:spacing w:line="240" w:lineRule="auto"/>
        <w:ind w:left="720"/>
      </w:pPr>
      <w:r/>
      <w:hyperlink r:id="rId12">
        <w:r>
          <w:rPr>
            <w:color w:val="0000EE"/>
            <w:u w:val="single"/>
          </w:rPr>
          <w:t>https://www.houseofyes.org/</w:t>
        </w:r>
      </w:hyperlink>
      <w:r>
        <w:t xml:space="preserve"> - House of Yes is a performance-fueled nightclub in Brooklyn, NYC, dedicated to connection, creativity, and celebrating life. The venue hosts a variety of events, including circus, cabaret, burlesque, and drag performances, aiming to inspire and heal through creative expression.</w:t>
      </w:r>
      <w:r/>
    </w:p>
    <w:p>
      <w:pPr>
        <w:pStyle w:val="ListNumber"/>
        <w:spacing w:line="240" w:lineRule="auto"/>
        <w:ind w:left="720"/>
      </w:pPr>
      <w:r/>
      <w:hyperlink r:id="rId10">
        <w:r>
          <w:rPr>
            <w:color w:val="0000EE"/>
            <w:u w:val="single"/>
          </w:rPr>
          <w:t>https://www.timeout.com/newyork/lgbtq/lips-rocky-horror</w:t>
        </w:r>
      </w:hyperlink>
      <w:r>
        <w:t xml:space="preserve"> - Time Out New York highlights 'LIPS: Rocky Horror' at House of Yes, a live, immersive performance of the cult classic. The show features aerial acrobatics, circus, burlesque, and live tattooing, offering a boundary-pushing reinterpretation of the original film.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ouseofyes.org/lips" TargetMode="External"/><Relationship Id="rId10" Type="http://schemas.openxmlformats.org/officeDocument/2006/relationships/hyperlink" Target="https://www.timeout.com/newyork/lgbtq/lips-rocky-horror" TargetMode="External"/><Relationship Id="rId11" Type="http://schemas.openxmlformats.org/officeDocument/2006/relationships/hyperlink" Target="https://www.houseofyes.org/shows" TargetMode="External"/><Relationship Id="rId12" Type="http://schemas.openxmlformats.org/officeDocument/2006/relationships/hyperlink" Target="https://www.houseofyes.org/" TargetMode="External"/><Relationship Id="rId13" Type="http://schemas.openxmlformats.org/officeDocument/2006/relationships/hyperlink" Target="https://barnard.edu/events/lower-east-side-halloween-book-zines-crawl-bluestockings" TargetMode="External"/><Relationship Id="rId14" Type="http://schemas.openxmlformats.org/officeDocument/2006/relationships/hyperlink" Target="https://www.sweetpicklebooks.com/" TargetMode="External"/><Relationship Id="rId15" Type="http://schemas.openxmlformats.org/officeDocument/2006/relationships/hyperlink" Target="https://gaycitynews.com/guide-queer-halloween-events-ny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