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Halloween events in Austin for a packed spooky week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Austin's queer Halloween calendar is filling up with drag, horror screenings, live music and community fundraisers, giving locals plenty of ways to celebrate before 31 October. From theatrical tributes to late-night parties, this year's line-up offers something for every kind of spooky-season socialiser.</w:t>
      </w:r>
      <w:r/>
    </w:p>
    <w:p>
      <w:pPr>
        <w:pStyle w:val="Heading2"/>
      </w:pPr>
      <w:r>
        <w:t>Essential Takeaways</w:t>
      </w:r>
      <w:r/>
      <w:r/>
    </w:p>
    <w:p>
      <w:pPr>
        <w:pStyle w:val="ListBullet"/>
        <w:spacing w:line="240" w:lineRule="auto"/>
        <w:ind w:left="720"/>
      </w:pPr>
      <w:r/>
      <w:r>
        <w:rPr>
          <w:b/>
        </w:rPr>
        <w:t>Drag leads the way:</w:t>
      </w:r>
      <w:r>
        <w:t xml:space="preserve"> Expect horror-themed performances, pageants, brunches and tribute shows across Austin.</w:t>
      </w:r>
      <w:r/>
    </w:p>
    <w:p>
      <w:pPr>
        <w:pStyle w:val="ListBullet"/>
        <w:spacing w:line="240" w:lineRule="auto"/>
        <w:ind w:left="720"/>
      </w:pPr>
      <w:r/>
      <w:r>
        <w:rPr>
          <w:b/>
        </w:rPr>
        <w:t>Film fans are covered:</w:t>
      </w:r>
      <w:r>
        <w:t xml:space="preserve"> Queer cinema nights and classic horror screenings add a quieter alternative to club events.</w:t>
      </w:r>
      <w:r/>
    </w:p>
    <w:p>
      <w:pPr>
        <w:pStyle w:val="ListBullet"/>
        <w:spacing w:line="240" w:lineRule="auto"/>
        <w:ind w:left="720"/>
      </w:pPr>
      <w:r/>
      <w:r>
        <w:rPr>
          <w:b/>
        </w:rPr>
        <w:t>Community matters:</w:t>
      </w:r>
      <w:r>
        <w:t xml:space="preserve"> Several gatherings support local charities, arts organisations or LGBTQ+ groups.</w:t>
      </w:r>
      <w:r/>
    </w:p>
    <w:p>
      <w:pPr>
        <w:pStyle w:val="ListBullet"/>
        <w:spacing w:line="240" w:lineRule="auto"/>
        <w:ind w:left="720"/>
      </w:pPr>
      <w:r/>
      <w:r>
        <w:rPr>
          <w:b/>
        </w:rPr>
        <w:t>Plan ahead:</w:t>
      </w:r>
      <w:r>
        <w:t xml:space="preserve"> Some events involve RSVPs, sign-ups, costume contests or limited-capacity venues.</w:t>
      </w:r>
      <w:r/>
    </w:p>
    <w:p>
      <w:pPr>
        <w:pStyle w:val="ListBullet"/>
        <w:spacing w:line="240" w:lineRule="auto"/>
        <w:ind w:left="720"/>
      </w:pPr>
      <w:r/>
      <w:r>
        <w:rPr>
          <w:b/>
        </w:rPr>
        <w:t>The week builds steadily:</w:t>
      </w:r>
      <w:r>
        <w:t xml:space="preserve"> The busiest stretch runs from Friday through Sunday, so comfortable shoes may be wise.</w:t>
      </w:r>
      <w:r/>
      <w:r/>
    </w:p>
    <w:p>
      <w:pPr>
        <w:pStyle w:val="Heading2"/>
      </w:pPr>
      <w:r>
        <w:t>Austin's queer Halloween calendar is delightfully overstuffed</w:t>
      </w:r>
      <w:r/>
    </w:p>
    <w:p>
      <w:r/>
      <w:r>
        <w:t>The best queer Halloween events in Austin aren't confined to one night, and that's exactly the point. The city's pre-Halloween mood is already in full swing, with drag, burlesque, comedy, markets and film screenings creating a week-long excuse to dress up and stay out late.</w:t>
      </w:r>
      <w:r/>
    </w:p>
    <w:p>
      <w:r/>
      <w:r>
        <w:t>The atmosphere ranges from polished and theatrical to gloriously strange. One event might offer a glamorous vampire ball, while another swaps the dance floor for a DIY horror screening or an intimate theatre piece. According to the Austin Chronicle, the calendar is particularly strong for anyone who prefers their Halloween with a generous dose of performance art.</w:t>
      </w:r>
      <w:r/>
    </w:p>
    <w:p>
      <w:r/>
      <w:r>
        <w:t>That variety is useful, too. You can make a whole weekend of it, or simply choose one event that matches your energy level. Halloween doesn't have to mean shouting over music until 2am.</w:t>
      </w:r>
      <w:r/>
    </w:p>
    <w:p>
      <w:pPr>
        <w:pStyle w:val="Heading2"/>
      </w:pPr>
      <w:r>
        <w:t>Drag shows bring the biggest theatrical thrills</w:t>
      </w:r>
      <w:r/>
    </w:p>
    <w:p>
      <w:r/>
      <w:r>
        <w:t>Drag remains the natural star of Austin's Halloween build-up, with performers reworking horror icons, musical theatre and campy pop culture into live spectacles. The result is less haunted house and more glittering fever dream, often with a strong comic streak.</w:t>
      </w:r>
      <w:r/>
    </w:p>
    <w:p>
      <w:r/>
      <w:r>
        <w:t>Among the stand-out options are horror-inspired drag showcases, a local monster pageant and a tribute built around a famous fictional vampire. There are also events that welcome a broad mix of performers, from queens and kings to more unconventional creatures of the night.</w:t>
      </w:r>
      <w:r/>
    </w:p>
    <w:p>
      <w:r/>
      <w:r>
        <w:t>For newcomers, these shows are often the easiest entry point. You get costumes, music and a built-in sense of occasion without needing to understand every club tradition. Arrive early if the venue is popular, and check whether tickets, table bookings or costume rules apply.</w:t>
      </w:r>
      <w:r/>
    </w:p>
    <w:p>
      <w:pPr>
        <w:pStyle w:val="Heading2"/>
      </w:pPr>
      <w:r>
        <w:t>Horror films and stage shows offer a slower burn</w:t>
      </w:r>
      <w:r/>
    </w:p>
    <w:p>
      <w:r/>
      <w:r>
        <w:t>Not every Halloween outing needs flashing lights and a packed dance floor. Austin's programme also includes screenings of cult favourites, queer cinema and new independent horror, giving film fans a chance to settle into something atmospheric.</w:t>
      </w:r>
      <w:r/>
    </w:p>
    <w:p>
      <w:r/>
      <w:r>
        <w:t>Classic musical horror makes a particularly good group choice because singing along is part of the fun. Meanwhile, newer independent work can suit viewers looking for something stranger and less predictable. Local listings also point to a queer film series screening a recent haunted-house story, which sounds ideal for anyone who likes their scares a little off-centre.</w:t>
      </w:r>
      <w:r/>
    </w:p>
    <w:p>
      <w:r/>
      <w:r>
        <w:t>Theatre adds another layer, with comedy, solo performance and burlesque appearing alongside the screenings. It's a reminder that spooky season isn't only about jump scares. Sometimes the most memorable moments are theatrical, awkward or beautifully bizarre.</w:t>
      </w:r>
      <w:r/>
    </w:p>
    <w:p>
      <w:pPr>
        <w:pStyle w:val="Heading2"/>
      </w:pPr>
      <w:r>
        <w:t>Fundraisers and community gatherings add purpose</w:t>
      </w:r>
      <w:r/>
    </w:p>
    <w:p>
      <w:r/>
      <w:r>
        <w:t>Several events fold a charitable or community-minded element into the festivities. One art party supports SAFE Austin, while other gatherings connect with LGBTQ+ groups, local arts spaces and community organisations. That makes the evening feel a little more meaningful without draining away the fun.</w:t>
      </w:r>
      <w:r/>
    </w:p>
    <w:p>
      <w:r/>
      <w:r>
        <w:t>Austin's queer Halloween scene has always worked best when it feels communal rather than purely commercial. You might find a flash tattoo, tarot reading, independent vendor or local performer alongside the usual cocktails and costume competition. These details give events a warmer, handmade feel.</w:t>
      </w:r>
      <w:r/>
    </w:p>
    <w:p>
      <w:r/>
      <w:r>
        <w:t>If you're choosing between similar nights out, a fundraiser can be an easy tie-breaker. Check where proceeds go, whether donations are included in the ticket price and if the event has accessibility information available.</w:t>
      </w:r>
      <w:r/>
    </w:p>
    <w:p>
      <w:pPr>
        <w:pStyle w:val="Heading2"/>
      </w:pPr>
      <w:r>
        <w:t>How to choose the right Halloween night out</w:t>
      </w:r>
      <w:r/>
    </w:p>
    <w:p>
      <w:r/>
      <w:r>
        <w:t>Start with your preferred level of chaos. A daytime market, gallery event or film screening will feel very different from a late-night party with DJs and a costume contest, so check the start and finish times before committing.</w:t>
      </w:r>
      <w:r/>
    </w:p>
    <w:p>
      <w:r/>
      <w:r>
        <w:t>Next, think about logistics. Some events are outside central Austin, while others take place in small venues where capacity may be tight. Public transport, parking and rideshare demand can become surprisingly complicated during Halloween week, particularly on Friday and Saturday nights.</w:t>
      </w:r>
      <w:r/>
    </w:p>
    <w:p>
      <w:r/>
      <w:r>
        <w:t>Finally, dress for the event rather than the photograph. A dramatic costume is wonderful, but breathable layers and shoes you can actually walk in will serve you better than an elaborate outfit that becomes uncomfortable after an hour. Your future self will thank you.</w:t>
      </w:r>
      <w:r/>
    </w:p>
    <w:p>
      <w:pPr>
        <w:pStyle w:val="Heading2"/>
      </w:pPr>
      <w:r>
        <w:t>The final countdown is already under way</w:t>
      </w:r>
      <w:r/>
    </w:p>
    <w:p>
      <w:r/>
      <w:r>
        <w:t>With events spread across clubs, theatres, galleries, bars and community spaces, Austin's queer Halloween programme feels less like a single celebration and more like a roaming festival. There's room for horror devotees, social butterflies, theatre fans and anyone who simply wants an excuse to wear something fabulous.</w:t>
      </w:r>
      <w:r/>
    </w:p>
    <w:p>
      <w:r/>
      <w:r>
        <w:t>The smartest approach is to book the must-see events now, then leave a little room for a spontaneous detour. The best night might be the one you hadn't planned.</w:t>
      </w:r>
      <w:r/>
    </w:p>
    <w:p>
      <w:r/>
      <w:r>
        <w:t>Explore the line-up that suits your mood, your costume and your stamina.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https://www.austinchronicle.com/columns/qmmunity-pre-halloween-stretch/</w:t>
        </w:r>
      </w:hyperlink>
      <w:r>
        <w:t xml:space="preserve"> - Please view link - unable to able to access data</w:t>
      </w:r>
      <w:r/>
    </w:p>
    <w:p>
      <w:pPr>
        <w:pStyle w:val="ListNumber"/>
        <w:spacing w:line="240" w:lineRule="auto"/>
        <w:ind w:left="720"/>
      </w:pPr>
      <w:r/>
      <w:hyperlink r:id="rId10">
        <w:r>
          <w:rPr>
            <w:color w:val="0000EE"/>
            <w:u w:val="single"/>
          </w:rPr>
          <w:t>https://www.hoodline.com/2026/10/austin-s-safe-alliance-trades-spooky-trucks-for-survivor-funds-at-q2-stadium/</w:t>
        </w:r>
      </w:hyperlink>
      <w:r>
        <w:t xml:space="preserve"> - The SAFE Alliance is hosting its annual Truck-or-Treat event on October 24, 2026, at Q2 Stadium in Austin. The event offers families a chance to explore various vehicles, including fire trucks and a Zoox Robotaxi, while supporting the nonprofit's mission to assist survivors of child abuse, sexual assault, domestic violence, and human trafficking. Attractions include a car seat safety demonstration, arts and crafts, music, inflatables, and dedicated quiet sensory and movie rooms. Tickets are available for general admission and VIP options. (</w:t>
      </w:r>
      <w:hyperlink r:id="rId15">
        <w:r>
          <w:rPr>
            <w:color w:val="0000EE"/>
            <w:u w:val="single"/>
          </w:rPr>
          <w:t>hoodline.com</w:t>
        </w:r>
      </w:hyperlink>
      <w:r>
        <w:t>)</w:t>
      </w:r>
      <w:r/>
    </w:p>
    <w:p>
      <w:pPr>
        <w:pStyle w:val="ListNumber"/>
        <w:spacing w:line="240" w:lineRule="auto"/>
        <w:ind w:left="720"/>
      </w:pPr>
      <w:r/>
      <w:hyperlink r:id="rId11">
        <w:r>
          <w:rPr>
            <w:color w:val="0000EE"/>
            <w:u w:val="single"/>
          </w:rPr>
          <w:t>https://localfrequency.app/austin/event/chronicle-h4epnz/dive-in-movies-spooky-edition</w:t>
        </w:r>
      </w:hyperlink>
      <w:r>
        <w:t xml:space="preserve"> - Fairmont Austin is hosting a 'Dive-In Movies: Spooky Edition' event on Friday, October 16, 2026, at 6:30 PM. The event features a lineup of classic Halloween films, including 'Beetlejuice', 'Hocus Pocus', 'The Addams Family', 'The Nightmare Before Christmas', and 'Practical Magic', screened poolside with the Austin skyline as a backdrop. General admission is priced at $25, with deluxe and family pass options available. (</w:t>
      </w:r>
      <w:hyperlink r:id="rId16">
        <w:r>
          <w:rPr>
            <w:color w:val="0000EE"/>
            <w:u w:val="single"/>
          </w:rPr>
          <w:t>localfrequency.app</w:t>
        </w:r>
      </w:hyperlink>
      <w:r>
        <w:t>)</w:t>
      </w:r>
      <w:r/>
    </w:p>
    <w:p>
      <w:pPr>
        <w:pStyle w:val="ListNumber"/>
        <w:spacing w:line="240" w:lineRule="auto"/>
        <w:ind w:left="720"/>
      </w:pPr>
      <w:r/>
      <w:hyperlink r:id="rId12">
        <w:r>
          <w:rPr>
            <w:color w:val="0000EE"/>
            <w:u w:val="single"/>
          </w:rPr>
          <w:t>https://www.planomato.com/en/austin/p/blanton-all-day-a-very-haas-halloween</w:t>
        </w:r>
      </w:hyperlink>
      <w:r>
        <w:t xml:space="preserve"> - The Blanton Museum of Art is hosting 'Blanton All Day: A Very Haas Halloween' on Sunday, October 18, 2026, from 10 AM to 5 PM. The event includes live music by Austin-based family band Strawbitty Yops, art talks, and hands-on activities like making clay monsters and puppets. The event is inspired by the 'Haas Brothers: Uncanny Valley' exhibition. Admission is free for Blanton members, with discounted rates for other attendees. (</w:t>
      </w:r>
      <w:hyperlink r:id="rId17">
        <w:r>
          <w:rPr>
            <w:color w:val="0000EE"/>
            <w:u w:val="single"/>
          </w:rPr>
          <w:t>planomato.com</w:t>
        </w:r>
      </w:hyperlink>
      <w:r>
        <w:t>)</w:t>
      </w:r>
      <w:r/>
    </w:p>
    <w:p>
      <w:pPr>
        <w:pStyle w:val="ListNumber"/>
        <w:spacing w:line="240" w:lineRule="auto"/>
        <w:ind w:left="720"/>
      </w:pPr>
      <w:r/>
      <w:hyperlink r:id="rId13">
        <w:r>
          <w:rPr>
            <w:color w:val="0000EE"/>
            <w:u w:val="single"/>
          </w:rPr>
          <w:t>https://localfrequency.app/austin/event/chronicle-oivbng/blanton-all-day-a-very-haas-halloween</w:t>
        </w:r>
      </w:hyperlink>
      <w:r>
        <w:t xml:space="preserve"> - The Blanton Museum of Art is hosting 'Blanton All Day: A Very Haas Halloween' on Sunday, October 18, 2026, from 10 AM to 5 PM. The event features live music by Strawbitty Yops, art talks, and hands-on activities like making clay monsters and puppets. The event is inspired by the 'Haas Brothers: Uncanny Valley' exhibition. Admission is free for Blanton members, with discounted rates for other attendees. (</w:t>
      </w:r>
      <w:hyperlink r:id="rId18">
        <w:r>
          <w:rPr>
            <w:color w:val="0000EE"/>
            <w:u w:val="single"/>
          </w:rPr>
          <w:t>localfrequency.app</w:t>
        </w:r>
      </w:hyperlink>
      <w:r>
        <w:t>)</w:t>
      </w:r>
      <w:r/>
    </w:p>
    <w:p>
      <w:pPr>
        <w:pStyle w:val="ListNumber"/>
        <w:spacing w:line="240" w:lineRule="auto"/>
        <w:ind w:left="720"/>
      </w:pPr>
      <w:r/>
      <w:hyperlink r:id="rId14">
        <w:r>
          <w:rPr>
            <w:color w:val="0000EE"/>
            <w:u w:val="single"/>
          </w:rPr>
          <w:t>https://en.wikipedia.org/wiki/The_Austin_Chronicle</w:t>
        </w:r>
      </w:hyperlink>
      <w:r>
        <w:t xml:space="preserve"> - The Austin Chronicle is an alternative weekly newspaper published every Thursday in Austin, Texas. Founded in 1981, it covers local and state news, as well as the Austin food, film, theater, art, and music communities. The newspaper is known for its progressive point of view and irreverent voice. It is part of the Association of Alternative Newsmedia and emulates the typical publications of the 1960s counterculture movement. (</w:t>
      </w:r>
      <w:hyperlink r:id="rId19">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stinchronicle.com/columns/qmmunity-pre-halloween-stretch/" TargetMode="External"/><Relationship Id="rId10" Type="http://schemas.openxmlformats.org/officeDocument/2006/relationships/hyperlink" Target="https://www.hoodline.com/2026/10/austin-s-safe-alliance-trades-spooky-trucks-for-survivor-funds-at-q2-stadium/" TargetMode="External"/><Relationship Id="rId11" Type="http://schemas.openxmlformats.org/officeDocument/2006/relationships/hyperlink" Target="https://localfrequency.app/austin/event/chronicle-h4epnz/dive-in-movies-spooky-edition" TargetMode="External"/><Relationship Id="rId12" Type="http://schemas.openxmlformats.org/officeDocument/2006/relationships/hyperlink" Target="https://www.planomato.com/en/austin/p/blanton-all-day-a-very-haas-halloween" TargetMode="External"/><Relationship Id="rId13" Type="http://schemas.openxmlformats.org/officeDocument/2006/relationships/hyperlink" Target="https://localfrequency.app/austin/event/chronicle-oivbng/blanton-all-day-a-very-haas-halloween" TargetMode="External"/><Relationship Id="rId14" Type="http://schemas.openxmlformats.org/officeDocument/2006/relationships/hyperlink" Target="https://en.wikipedia.org/wiki/The_Austin_Chronicle" TargetMode="External"/><Relationship Id="rId15" Type="http://schemas.openxmlformats.org/officeDocument/2006/relationships/hyperlink" Target="https://hoodline.com/2026/10/austin-s-safe-alliance-trades-spooky-trucks-for-survivor-funds-at-q2-stadium/?utm_source=openai" TargetMode="External"/><Relationship Id="rId16" Type="http://schemas.openxmlformats.org/officeDocument/2006/relationships/hyperlink" Target="https://localfrequency.app/austin/event/chronicle-h4epnz/dive-in-movies-spooky-edition?utm_source=openai" TargetMode="External"/><Relationship Id="rId17" Type="http://schemas.openxmlformats.org/officeDocument/2006/relationships/hyperlink" Target="https://www.planomato.com/en/austin/p/blanton-all-day-a-very-haas-halloween?utm_source=openai" TargetMode="External"/><Relationship Id="rId18" Type="http://schemas.openxmlformats.org/officeDocument/2006/relationships/hyperlink" Target="https://localfrequency.app/austin/event/chronicle-oivbng/blanton-all-day-a-very-haas-halloween?utm_source=openai" TargetMode="External"/><Relationship Id="rId19" Type="http://schemas.openxmlformats.org/officeDocument/2006/relationships/hyperlink" Target="https://en.wikipedia.org/wiki/The_Austin_Chronicl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