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Events in Dallas Celebrate Queer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Dallas’ Pride events turned Oak Lawn into a lively stage for queer joy, local business and determined solidarity. From street performances and restaurant offers to a colourful parade, the weekend showed why Dallas remains a vital LGBTQ+ destination, even as Texas’ wider political climate continues to test the community.</w:t>
      </w:r>
      <w:r/>
    </w:p>
    <w:p>
      <w:pPr>
        <w:pStyle w:val="Heading2"/>
      </w:pPr>
      <w:r>
        <w:t>Essential Takeaways</w:t>
      </w:r>
      <w:r/>
      <w:r/>
    </w:p>
    <w:p>
      <w:pPr>
        <w:pStyle w:val="ListBullet"/>
        <w:spacing w:line="240" w:lineRule="auto"/>
        <w:ind w:left="720"/>
      </w:pPr>
      <w:r/>
      <w:r>
        <w:rPr>
          <w:b/>
        </w:rPr>
        <w:t>Oak Lawn took centre stage:</w:t>
      </w:r>
      <w:r>
        <w:t xml:space="preserve"> The Cedar Springs district hosted performances, vendors, food offers and community activities.</w:t>
      </w:r>
      <w:r/>
    </w:p>
    <w:p>
      <w:pPr>
        <w:pStyle w:val="ListBullet"/>
        <w:spacing w:line="240" w:lineRule="auto"/>
        <w:ind w:left="720"/>
      </w:pPr>
      <w:r/>
      <w:r>
        <w:rPr>
          <w:b/>
        </w:rPr>
        <w:t>Pride supported local businesses:</w:t>
      </w:r>
      <w:r>
        <w:t xml:space="preserve"> Participating restaurants and bars used the weekend to attract visitors and strengthen the neighbourhood economy.</w:t>
      </w:r>
      <w:r/>
    </w:p>
    <w:p>
      <w:pPr>
        <w:pStyle w:val="ListBullet"/>
        <w:spacing w:line="240" w:lineRule="auto"/>
        <w:ind w:left="720"/>
      </w:pPr>
      <w:r/>
      <w:r>
        <w:rPr>
          <w:b/>
        </w:rPr>
        <w:t>The atmosphere stayed welcoming:</w:t>
      </w:r>
      <w:r>
        <w:t xml:space="preserve"> Dallas promotes Oak Lawn as a long-standing LGBTQ+ cultural hub with spaces for residents and visitors.</w:t>
      </w:r>
      <w:r/>
    </w:p>
    <w:p>
      <w:pPr>
        <w:pStyle w:val="ListBullet"/>
        <w:spacing w:line="240" w:lineRule="auto"/>
        <w:ind w:left="720"/>
      </w:pPr>
      <w:r/>
      <w:r>
        <w:rPr>
          <w:b/>
        </w:rPr>
        <w:t>Entertainment was central:</w:t>
      </w:r>
      <w:r>
        <w:t xml:space="preserve"> Live music, drag, podcast recordings and street events gave the celebrations an energetic, festival-like feel.</w:t>
      </w:r>
      <w:r/>
    </w:p>
    <w:p>
      <w:pPr>
        <w:pStyle w:val="ListBullet"/>
        <w:spacing w:line="240" w:lineRule="auto"/>
        <w:ind w:left="720"/>
      </w:pPr>
      <w:r/>
      <w:r>
        <w:rPr>
          <w:b/>
        </w:rPr>
        <w:t>The message was defiant:</w:t>
      </w:r>
      <w:r>
        <w:t xml:space="preserve"> Joy became more than a mood, acting as a public reminder that the community remains visible and organised.</w:t>
      </w:r>
      <w:r/>
      <w:r/>
    </w:p>
    <w:p>
      <w:pPr>
        <w:pStyle w:val="Heading2"/>
      </w:pPr>
      <w:r>
        <w:t>Oak Lawn turns Pride into a full neighbourhood celebration</w:t>
      </w:r>
      <w:r/>
    </w:p>
    <w:p>
      <w:r/>
      <w:r>
        <w:t>The most striking thing about Dallas Pride wasn't simply the size of the crowd. It was the way Oak Lawn seemed to breathe as one: music spilling into the streets, friends pausing for cool drinks, and performers drawing cheers despite the punishing Texas heat.</w:t>
      </w:r>
      <w:r/>
    </w:p>
    <w:p>
      <w:r/>
      <w:r>
        <w:t>Oak Lawn Live was the weekend's standout gathering, bringing together vendors, food businesses and entertainment across the Cedar Springs area. Event listings describe it as a community-focused celebration designed to put the district's businesses and identity firmly in the spotlight. According to Visit Dallas, Oak Lawn is central to the city's LGBTQ+ cultural life, making it a natural home for a street festival of this kind.</w:t>
      </w:r>
      <w:r/>
    </w:p>
    <w:p>
      <w:r/>
      <w:r>
        <w:t>That mix matters. A Pride event can be spectacular for a few hours, but a neighbourhood celebration leaves a more lasting impression. It invites visitors to see Oak Lawn not merely as a nightlife destination, but as a living community with its own history, people and everyday routines.</w:t>
      </w:r>
      <w:r/>
    </w:p>
    <w:p>
      <w:pPr>
        <w:pStyle w:val="Heading2"/>
      </w:pPr>
      <w:r>
        <w:t>Why local businesses are part of the Pride story</w:t>
      </w:r>
      <w:r/>
    </w:p>
    <w:p>
      <w:r/>
      <w:r>
        <w:t>One of the weekend's quieter successes was its commercial impact. Bars, restaurants and shops around Cedar Springs were able to welcome visitors rather than watching the celebration pass them by, with promotions and activities giving the local economy a direct role in the festivities.</w:t>
      </w:r>
      <w:r/>
    </w:p>
    <w:p>
      <w:r/>
      <w:r>
        <w:t>That approach reflects the thinking behind Oak Lawn Live. The event's organisers present it as a way to encourage people to spend time in the neighbourhood and support businesses that help maintain its character. Event information also points to a broad programme involving local venues and community partners, rather than a single fenced-off attraction.</w:t>
      </w:r>
      <w:r/>
    </w:p>
    <w:p>
      <w:r/>
      <w:r>
        <w:t>For visitors, the practical lesson is simple: plan to explore beyond the main stage. Booking a meal, buying from an independent vendor or stopping at a local bar can turn a day out into meaningful support. It also makes the experience feel more personal, with the occasional chance to discover a favourite spot between performances.</w:t>
      </w:r>
      <w:r/>
    </w:p>
    <w:p>
      <w:pPr>
        <w:pStyle w:val="Heading2"/>
      </w:pPr>
      <w:r>
        <w:t>Live music, drag and plenty of reasons to linger</w:t>
      </w:r>
      <w:r/>
    </w:p>
    <w:p>
      <w:r/>
      <w:r>
        <w:t>Dallas Pride kept its energy moving through a varied programme. Live performances gave the streets a festival pulse, while drag entertainers and community figures brought the kind of personality that makes a local celebration feel distinct rather than formulaic.</w:t>
      </w:r>
      <w:r/>
    </w:p>
    <w:p>
      <w:r/>
      <w:r>
        <w:t>The Oak Lawn Band's event pages and related listings show how the wider programme extends beyond one headline gathering, with performances and community events forming part of a broader calendar. That variety is useful for anyone planning a visit, particularly if loud crowds or all-day dancing aren't your thing. You can dip into a parade, catch a performance, take a break indoors and return when the mood suits.</w:t>
      </w:r>
      <w:r/>
    </w:p>
    <w:p>
      <w:r/>
      <w:r>
        <w:t>A live podcast appearance by TS Madison added another layer, connecting Dallas' celebration with a wider national conversation about queer visibility. Her presence underlined the importance of gathering publicly during difficult periods, when simply being seen together can feel both joyful and quietly radical.</w:t>
      </w:r>
      <w:r/>
    </w:p>
    <w:p>
      <w:pPr>
        <w:pStyle w:val="Heading2"/>
      </w:pPr>
      <w:r>
        <w:t>A parade that made solidarity visible</w:t>
      </w:r>
      <w:r/>
    </w:p>
    <w:p>
      <w:r/>
      <w:r>
        <w:t>Sunday's Cedar Springs parade offered the clearest snapshot of the weekend's communal spirit. The route may have been compact, but the crowd's response was anything but restrained, with supporters lining the streets and greeting the passing groups with cheers and outstretched hands.</w:t>
      </w:r>
      <w:r/>
    </w:p>
    <w:p>
      <w:r/>
      <w:r>
        <w:t>For first-time visitors, a parade is often the easiest way to understand the emotional scale of Pride. It isn't just a procession of floats or organisations. It's a moving introduction to the people who keep a community visible, from performers and activists to businesses, families and allies.</w:t>
      </w:r>
      <w:r/>
    </w:p>
    <w:p>
      <w:r/>
      <w:r>
        <w:t>Dallas' LGBTQ+ calendar includes a range of events throughout the year, and the city continues to promote Oak Lawn as a welcoming destination. The result is a Pride experience that feels rooted in place, rather than imported for a weekend and packed away afterwards.</w:t>
      </w:r>
      <w:r/>
    </w:p>
    <w:p>
      <w:pPr>
        <w:pStyle w:val="Heading2"/>
      </w:pPr>
      <w:r>
        <w:t>How to enjoy Dallas Pride more comfortably</w:t>
      </w:r>
      <w:r/>
    </w:p>
    <w:p>
      <w:r/>
      <w:r>
        <w:t>Texas heat can be as memorable as the entertainment, so sensible planning makes a real difference. Wear light clothing, use sunscreen, carry water and build in regular indoor breaks. Comfortable shoes are essential too, especially if you want to combine the parade with food, shopping and performances.</w:t>
      </w:r>
      <w:r/>
    </w:p>
    <w:p>
      <w:r/>
      <w:r>
        <w:t>Check the latest event details before travelling, since routes, timings and participating venues can change. The official Oak Lawn Live listings and Dallas event pages are the best places to confirm schedules, access information and updates.</w:t>
      </w:r>
      <w:r/>
    </w:p>
    <w:p>
      <w:r/>
      <w:r>
        <w:t>Most importantly, leave room for spontaneity. Some of the best moments may happen away from the headline act: a small performance, a friendly conversation or a cool table at a neighbourhood restaurant. That relaxed, communal feeling is precisely what makes Dallas Pride so memorable.</w:t>
      </w:r>
      <w:r/>
    </w:p>
    <w:p>
      <w:r/>
      <w:r>
        <w:t>Dallas' Pride celebrations show how joy, visibility and local support can strengthen one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4">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2">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2">
        <w:r>
          <w:rPr>
            <w:color w:val="0000EE"/>
            <w:u w:val="single"/>
          </w:rPr>
          <w:t>[5]</w:t>
        </w:r>
      </w:hyperlink>
      <w:r>
        <w:t xml:space="preserve">- Paragraph 13: </w:t>
      </w:r>
      <w:hyperlink r:id="rId11">
        <w:r>
          <w:rPr>
            <w:color w:val="0000EE"/>
            <w:u w:val="single"/>
          </w:rPr>
          <w:t>[3]</w:t>
        </w:r>
      </w:hyperlink>
      <w:r>
        <w:t xml:space="preserve">, </w:t>
      </w:r>
      <w:hyperlink r:id="rId12">
        <w:r>
          <w:rPr>
            <w:color w:val="0000EE"/>
            <w:u w:val="single"/>
          </w:rPr>
          <w:t>[5]</w:t>
        </w:r>
      </w:hyperlink>
      <w:r>
        <w:t xml:space="preserve">- Paragraph 14: </w:t>
      </w:r>
      <w:hyperlink r:id="rId10">
        <w:r>
          <w:rPr>
            <w:color w:val="0000EE"/>
            <w:u w:val="single"/>
          </w:rPr>
          <w:t>[2]</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1">
        <w:r>
          <w:rPr>
            <w:color w:val="0000EE"/>
            <w:u w:val="single"/>
          </w:rPr>
          <w:t>[3]</w:t>
        </w:r>
      </w:hyperlink>
      <w:r>
        <w:t xml:space="preserve">, </w:t>
      </w:r>
      <w:hyperlink r:id="rId12">
        <w:r>
          <w:rPr>
            <w:color w:val="0000EE"/>
            <w:u w:val="single"/>
          </w:rPr>
          <w:t>[5]</w:t>
        </w:r>
      </w:hyperlink>
      <w:r>
        <w:t xml:space="preserve">- Paragraph 17: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https://taggmagazine.com/pride-in-dallas-was-a-weekend-of-unabashed-joy-for-texas-queer-community/</w:t>
        </w:r>
      </w:hyperlink>
      <w:r>
        <w:t xml:space="preserve"> - Please view link - unable to able to access data</w:t>
      </w:r>
      <w:r/>
    </w:p>
    <w:p>
      <w:pPr>
        <w:pStyle w:val="ListNumber"/>
        <w:spacing w:line="240" w:lineRule="auto"/>
        <w:ind w:left="720"/>
      </w:pPr>
      <w:r/>
      <w:hyperlink r:id="rId10">
        <w:r>
          <w:rPr>
            <w:color w:val="0000EE"/>
            <w:u w:val="single"/>
          </w:rPr>
          <w:t>https://www.visitdallas.com/explore/experiences/cultural-experiences/lgbtq/</w:t>
        </w:r>
      </w:hyperlink>
      <w:r>
        <w:t xml:space="preserve"> - Dallas boasts one of the largest LGBTQ+ communities in the United States, with approximately 211,000 individuals, making it the sixth-largest in the nation. The Oak Lawn/Cedar Springs neighbourhood serves as the epicentre for LGBTQ+ residents and visitors, offering a vibrant mix of bars, clubs, restaurants, and cultural venues. Notable establishments include The Round-Up Saloon, a renowned LGBTQ+ country-western bar, and Sue Ellen’s, Texas’ oldest lesbian bar. The area also hosts the North Texas LGBT Chamber of Commerce, which promotes an inclusive business environment.</w:t>
      </w:r>
      <w:r/>
    </w:p>
    <w:p>
      <w:pPr>
        <w:pStyle w:val="ListNumber"/>
        <w:spacing w:line="240" w:lineRule="auto"/>
        <w:ind w:left="720"/>
      </w:pPr>
      <w:r/>
      <w:hyperlink r:id="rId11">
        <w:r>
          <w:rPr>
            <w:color w:val="0000EE"/>
            <w:u w:val="single"/>
          </w:rPr>
          <w:t>https://www.oaklawnband.org/events/oak-lawn-live</w:t>
        </w:r>
      </w:hyperlink>
      <w:r>
        <w:t xml:space="preserve"> - Oak Lawn Live is a music and arts festival held on Cedar Springs Road in Dallas' historic Oak Lawn gayborhood. The event features three stages of entertainment, local vendors, art installations, and food options, aiming to showcase the community's creative spirit. The festival is scheduled for Saturday, September 19, 2026, from 12:00 PM to 10:00 PM, and is open to individuals aged 18 and over. A suggested $20 donation supports Oak Lawn community projects and neighborhood improvements.</w:t>
      </w:r>
      <w:r/>
    </w:p>
    <w:p>
      <w:pPr>
        <w:pStyle w:val="ListNumber"/>
        <w:spacing w:line="240" w:lineRule="auto"/>
        <w:ind w:left="720"/>
      </w:pPr>
      <w:r/>
      <w:hyperlink r:id="rId14">
        <w:r>
          <w:rPr>
            <w:color w:val="0000EE"/>
            <w:u w:val="single"/>
          </w:rPr>
          <w:t>https://www.classicchassis.com/events-1</w:t>
        </w:r>
      </w:hyperlink>
      <w:r>
        <w:t xml:space="preserve"> - The Classic Chassis Car Club of Dallas is hosting the Oak Lawn Live: Music &amp; Arts Festival on Saturday, September 19, 2026, from 12:00 PM to 10:00 PM in the Oak Lawn area. The festival will feature three stages of live entertainment, art installations, local vendors, food and beverage options, interactive experiences, and VIP areas. The event is open to individuals aged 18 and over, with a suggested $20 donation to support Oak Lawn community projects and neighborhood improvements.</w:t>
      </w:r>
      <w:r/>
    </w:p>
    <w:p>
      <w:pPr>
        <w:pStyle w:val="ListNumber"/>
        <w:spacing w:line="240" w:lineRule="auto"/>
        <w:ind w:left="720"/>
      </w:pPr>
      <w:r/>
      <w:hyperlink r:id="rId12">
        <w:r>
          <w:rPr>
            <w:color w:val="0000EE"/>
            <w:u w:val="single"/>
          </w:rPr>
          <w:t>https://www.eventeny.com/events/oaklawnlive-31689/</w:t>
        </w:r>
      </w:hyperlink>
      <w:r>
        <w:t xml:space="preserve"> - Oak Lawn Live: Music &amp; Arts Festival is a street festival held on Cedar Springs Road in Dallas' Oak Lawn gayborhood. The event features entertainment, vendors, artists, food, and local merchants. The festival is scheduled for Saturday, September 19, 2026, from 12:00 PM to 10:00 PM. Public parking is available around local businesses and some side streets, and public transportation and ride-sharing are recommended. Attendees are advised to stay hydrated, wear sunscreen, and take breaks in designated cooling stations or nearby air-conditioned businesses.</w:t>
      </w:r>
      <w:r/>
    </w:p>
    <w:p>
      <w:pPr>
        <w:pStyle w:val="ListNumber"/>
        <w:spacing w:line="240" w:lineRule="auto"/>
        <w:ind w:left="720"/>
      </w:pPr>
      <w:r/>
      <w:hyperlink r:id="rId13">
        <w:r>
          <w:rPr>
            <w:color w:val="0000EE"/>
            <w:u w:val="single"/>
          </w:rPr>
          <w:t>https://www.oaklawnband.org/events</w:t>
        </w:r>
      </w:hyperlink>
      <w:r>
        <w:t xml:space="preserve"> - The Oak Lawn Band is participating in Pride in Dallas events, including the Parade on Cedar Springs and Oak Lawn Live. The Parade is scheduled for Sunday, September 20, 2026, from 2:00 PM to 6:00 PM, and the Oak Lawn Live festival is scheduled for Saturday, September 19, 2026, from 12:00 PM to 10:00 PM. Both events aim to celebrate community, resilience, and unity within Dallas' LGBTQ+ community.</w:t>
      </w:r>
      <w:r/>
    </w:p>
    <w:p>
      <w:pPr>
        <w:pStyle w:val="ListNumber"/>
        <w:spacing w:line="240" w:lineRule="auto"/>
        <w:ind w:left="720"/>
      </w:pPr>
      <w:r/>
      <w:hyperlink r:id="rId15">
        <w:r>
          <w:rPr>
            <w:color w:val="0000EE"/>
            <w:u w:val="single"/>
          </w:rPr>
          <w:t>https://www.dallasvoice.com/pride-in-dallas-2026-oak-lawn-live/</w:t>
        </w:r>
      </w:hyperlink>
      <w:r>
        <w:t xml:space="preserve"> - Pride in Dallas 2026 includes the Oak Lawn Live festival, featuring performances from artists like Daya, The Cowgays, Cure for Paranoia, and CAIN CULTO, along with DJs such as Dan Slater, Kameron Ross, Dezi 5 &amp; The Tailgaters, Drew G, EMSKI, DJ Memoz, Anton Shaw &amp; the Bad Habits, Oak Lawn Band, and the Women’s Chorus of Dallas. The festival is scheduled for Saturday, September 19, 2026, from 12:00 PM to 10:00 PM in the Oak Lawn area.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ggmagazine.com/pride-in-dallas-was-a-weekend-of-unabashed-joy-for-texas-queer-community/" TargetMode="External"/><Relationship Id="rId10" Type="http://schemas.openxmlformats.org/officeDocument/2006/relationships/hyperlink" Target="https://www.visitdallas.com/explore/experiences/cultural-experiences/lgbtq/" TargetMode="External"/><Relationship Id="rId11" Type="http://schemas.openxmlformats.org/officeDocument/2006/relationships/hyperlink" Target="https://www.oaklawnband.org/events/oak-lawn-live" TargetMode="External"/><Relationship Id="rId12" Type="http://schemas.openxmlformats.org/officeDocument/2006/relationships/hyperlink" Target="https://www.eventeny.com/events/oaklawnlive-31689/" TargetMode="External"/><Relationship Id="rId13" Type="http://schemas.openxmlformats.org/officeDocument/2006/relationships/hyperlink" Target="https://www.oaklawnband.org/events" TargetMode="External"/><Relationship Id="rId14" Type="http://schemas.openxmlformats.org/officeDocument/2006/relationships/hyperlink" Target="https://www.classicchassis.com/events-1" TargetMode="External"/><Relationship Id="rId15" Type="http://schemas.openxmlformats.org/officeDocument/2006/relationships/hyperlink" Target="https://www.dallasvoice.com/pride-in-dallas-2026-oak-lawn-l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