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Pittsburgh Penguins Pride Game Experience for LGBTQ+ Hockey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heading to PPG Paints Arena for a Pittsburgh Penguins Pride Game that puts LGBTQ+ hockey culture firmly in the spotlight. Alongside the Florida Panthers fixture, the evening celebrates Pittsburgh LGBTQ+ Hockey, offers an exclusive Pride wearable with selected tickets, and creates a practical way for supporters to back local queer players and fans.</w:t>
      </w:r>
      <w:r/>
    </w:p>
    <w:p>
      <w:pPr>
        <w:pStyle w:val="Heading2"/>
      </w:pPr>
      <w:r>
        <w:t>Essential Takeaways</w:t>
      </w:r>
      <w:r/>
      <w:r/>
    </w:p>
    <w:p>
      <w:pPr>
        <w:pStyle w:val="ListBullet"/>
        <w:spacing w:line="240" w:lineRule="auto"/>
        <w:ind w:left="720"/>
      </w:pPr>
      <w:r/>
      <w:r>
        <w:rPr>
          <w:b/>
        </w:rPr>
        <w:t>Pride Game setting:</w:t>
      </w:r>
      <w:r>
        <w:t xml:space="preserve"> The Penguins’ annual celebration takes place at PPG Paints Arena during the Florida Panthers game.</w:t>
      </w:r>
      <w:r/>
    </w:p>
    <w:p>
      <w:pPr>
        <w:pStyle w:val="ListBullet"/>
        <w:spacing w:line="240" w:lineRule="auto"/>
        <w:ind w:left="720"/>
      </w:pPr>
      <w:r/>
      <w:r>
        <w:rPr>
          <w:b/>
        </w:rPr>
        <w:t>Local recognition:</w:t>
      </w:r>
      <w:r>
        <w:t xml:space="preserve"> Pittsburgh LGBTQ+ Hockey will be highlighted as part of the evening’s community focus.</w:t>
      </w:r>
      <w:r/>
    </w:p>
    <w:p>
      <w:pPr>
        <w:pStyle w:val="ListBullet"/>
        <w:spacing w:line="240" w:lineRule="auto"/>
        <w:ind w:left="720"/>
      </w:pPr>
      <w:r/>
      <w:r>
        <w:rPr>
          <w:b/>
        </w:rPr>
        <w:t>Ticket-package extra:</w:t>
      </w:r>
      <w:r>
        <w:t xml:space="preserve"> The Penguins Pride wearable is available only with the designated special ticket package, while stocks last.</w:t>
      </w:r>
      <w:r/>
    </w:p>
    <w:p>
      <w:pPr>
        <w:pStyle w:val="ListBullet"/>
        <w:spacing w:line="240" w:lineRule="auto"/>
        <w:ind w:left="720"/>
      </w:pPr>
      <w:r/>
      <w:r>
        <w:rPr>
          <w:b/>
        </w:rPr>
        <w:t>Fundraising offer:</w:t>
      </w:r>
      <w:r>
        <w:t xml:space="preserve"> A group ticket promotion directs $10 from each eligible ticket to Pittsburgh LGBTQ+ Hockey.</w:t>
      </w:r>
      <w:r/>
    </w:p>
    <w:p>
      <w:pPr>
        <w:pStyle w:val="ListBullet"/>
        <w:spacing w:line="240" w:lineRule="auto"/>
        <w:ind w:left="720"/>
      </w:pPr>
      <w:r/>
      <w:r>
        <w:rPr>
          <w:b/>
        </w:rPr>
        <w:t>Postgame access:</w:t>
      </w:r>
      <w:r>
        <w:t xml:space="preserve"> Selected group-ticket buyers can take part in a special Shot on Goal experience on the arena ice.</w:t>
      </w:r>
      <w:r/>
      <w:r/>
    </w:p>
    <w:p>
      <w:pPr>
        <w:pStyle w:val="Heading2"/>
      </w:pPr>
      <w:r>
        <w:t>Pride takes centre ice in Pittsburgh</w:t>
      </w:r>
      <w:r/>
    </w:p>
    <w:p>
      <w:r/>
      <w:r>
        <w:t>The rink may be chilly, but the atmosphere at a Penguins Pride Game is anything but. The event gives LGBTQ+ fans a visible place in one of Pittsburgh’s biggest sporting spaces, where the noise of the crowd meets the warmth of community recognition.</w:t>
      </w:r>
      <w:r/>
    </w:p>
    <w:p>
      <w:r/>
      <w:r>
        <w:t>That matters because hockey has often projected a narrow, aggressively masculine image. Pride nights help widen that picture, showing that the sport belongs to people who play, support, coach and follow it in all sorts of ways.</w:t>
      </w:r>
      <w:r/>
    </w:p>
    <w:p>
      <w:r/>
      <w:r>
        <w:t>The Penguins have used community-focused programming to connect hockey with Pittsburgh’s diverse audiences. NHL coverage of the club’s wider inclusion work points to an ongoing effort to make the sport feel more welcoming, rather than treating representation as a one-night conversation.</w:t>
      </w:r>
      <w:r/>
    </w:p>
    <w:p>
      <w:pPr>
        <w:pStyle w:val="Heading2"/>
      </w:pPr>
      <w:r>
        <w:t>A local hockey community gets its moment</w:t>
      </w:r>
      <w:r/>
    </w:p>
    <w:p>
      <w:r/>
      <w:r>
        <w:t>One of the evening’s most meaningful gestures is the recognition of Pittsburgh LGBTQ+ Hockey. The organisation gives queer players and supporters a chance to find one another, build confidence and enjoy the game without having to leave part of themselves at the door.</w:t>
      </w:r>
      <w:r/>
    </w:p>
    <w:p>
      <w:r/>
      <w:r>
        <w:t>That local connection is important. National campaigns can bring attention, but community groups create the everyday spaces where people actually learn the sport, make friends and return to the rink. Pittsburgh LGBTQ+ Hockey’s press coverage reflects that role within the city’s broader hockey scene.</w:t>
      </w:r>
      <w:r/>
    </w:p>
    <w:p>
      <w:r/>
      <w:r>
        <w:t>For younger fans, the message can be especially powerful. Seeing LGBTQ+ people acknowledged inside a major arena can turn hockey from something that feels distant into a sport that looks inviting and possible.</w:t>
      </w:r>
      <w:r/>
    </w:p>
    <w:p>
      <w:pPr>
        <w:pStyle w:val="Heading2"/>
      </w:pPr>
      <w:r>
        <w:t>What’s included with the Pride ticket package?</w:t>
      </w:r>
      <w:r/>
    </w:p>
    <w:p>
      <w:r/>
      <w:r>
        <w:t>Fans keen on a keepsake should check the ticket details carefully. The Penguins are offering a special Pride ticket package with an exclusive Penguins-branded Pride wearable, but it isn't automatically included with every standard game ticket.</w:t>
      </w:r>
      <w:r/>
    </w:p>
    <w:p>
      <w:r/>
      <w:r>
        <w:t>That distinction is easy to miss when a promotional item appears alongside a game listing. Availability is also limited, so supporters should confirm the package terms before buying rather than assuming the colourful extra will be waiting at their seat.</w:t>
      </w:r>
      <w:r/>
    </w:p>
    <w:p>
      <w:r/>
      <w:r>
        <w:t>The merchandise sits within the Penguins’ Drawn to the Game initiative, which uses artist-led designs and special experiences to celebrate different parts of Pittsburgh. It’s a small but effective way to let fans carry the occasion beyond the final buzzer.</w:t>
      </w:r>
      <w:r/>
    </w:p>
    <w:p>
      <w:pPr>
        <w:pStyle w:val="Heading2"/>
      </w:pPr>
      <w:r>
        <w:t>Turning game night into direct support</w:t>
      </w:r>
      <w:r/>
    </w:p>
    <w:p>
      <w:r/>
      <w:r>
        <w:t>There’s also a more practical reason to choose the designated group ticket offer. The Penguins are directing $10 from each eligible ticket to Pittsburgh LGBTQ+ Hockey, giving fans a straightforward way to combine a night out with support for the local organisation.</w:t>
      </w:r>
      <w:r/>
    </w:p>
    <w:p>
      <w:r/>
      <w:r>
        <w:t>Group members are also invited to a postgame Shot on Goal experience. Stepping onto the arena ice after the crowd has gone home offers a memorable finish, especially for fans who normally experience PPG Paints Arena only from the stands.</w:t>
      </w:r>
      <w:r/>
    </w:p>
    <w:p>
      <w:r/>
      <w:r>
        <w:t>The Penguins’ Hockey Is For Everyone programme places this kind of activity within a wider league effort to promote inclusion across the sport. The strongest version of that message is not simply symbolic, though. It’s when a special event helps fund community work and gives people a reason to keep showing up.</w:t>
      </w:r>
      <w:r/>
    </w:p>
    <w:p>
      <w:pPr>
        <w:pStyle w:val="Heading2"/>
      </w:pPr>
      <w:r>
        <w:t>Why Pride nights still matter in hockey</w:t>
      </w:r>
      <w:r/>
    </w:p>
    <w:p>
      <w:r/>
      <w:r>
        <w:t>The Penguins have staged Pride-focused events alongside other NHL clubs, including the Buffalo Sabres, showing that this is part of a broader movement across professional hockey. Those games create visibility, but they also invite clubs, players and fans to think more honestly about who feels comfortable in the sport.</w:t>
      </w:r>
      <w:r/>
    </w:p>
    <w:p>
      <w:r/>
      <w:r>
        <w:t>No single fixture can solve every problem around inclusion. Still, a packed arena, a recognised local group and an opportunity to support queer hockey can shift the mood in a meaningful way. Sometimes belonging begins with something as simple as seeing your community named from centre ice.</w:t>
      </w:r>
      <w:r/>
    </w:p>
    <w:p>
      <w:r/>
      <w:r>
        <w:t>For fans choosing tickets, the best option depends on what matters most: the game itself, the limited Pride wearable, the charitable donation or the chance to step onto the ice afterwards. Either way, this is more than a themed evening. It’s a public reminder that hockey has room for everyone.</w:t>
      </w:r>
      <w:r/>
    </w:p>
    <w:p>
      <w:r/>
      <w:r>
        <w:t>A Pride Game can make the arena feel bigger, warmer and more welcoming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1">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9">
        <w:r>
          <w:rPr>
            <w:color w:val="0000EE"/>
            <w:u w:val="single"/>
          </w:rPr>
          <w:t>[1]</w:t>
        </w:r>
      </w:hyperlink>
      <w:r>
        <w:t xml:space="preserve">, </w:t>
      </w:r>
      <w:hyperlink r:id="rId14">
        <w:r>
          <w:rPr>
            <w:color w:val="0000EE"/>
            <w:u w:val="single"/>
          </w:rPr>
          <w:t>[4]</w:t>
        </w:r>
      </w:hyperlink>
      <w:r>
        <w:t xml:space="preserve">- Paragraph 8: </w:t>
      </w:r>
      <w:hyperlink r:id="rId9">
        <w:r>
          <w:rPr>
            <w:color w:val="0000EE"/>
            <w:u w:val="single"/>
          </w:rPr>
          <w:t>[1]</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[6]</w:t>
        </w:r>
      </w:hyperlink>
      <w:r>
        <w:t xml:space="preserve">- Paragraph 11: </w:t>
      </w:r>
      <w:hyperlink r:id="rId11">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4">
        <w:r>
          <w:rPr>
            <w:color w:val="0000EE"/>
            <w:u w:val="single"/>
          </w:rPr>
          <w:t>[4]</w:t>
        </w:r>
      </w:hyperlink>
      <w:r>
        <w:t xml:space="preserve">, </w:t>
      </w:r>
      <w:hyperlink r:id="rId11">
        <w:r>
          <w:rPr>
            <w:color w:val="0000EE"/>
            <w:u w:val="single"/>
          </w:rPr>
          <w:t>[5]</w:t>
        </w:r>
      </w:hyperlink>
      <w:r>
        <w:t xml:space="preserve">- Paragraph 14: </w:t>
      </w:r>
      <w:hyperlink r:id="rId9">
        <w:r>
          <w:rPr>
            <w:color w:val="0000EE"/>
            <w:u w:val="single"/>
          </w:rPr>
          <w:t>[1]</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https://qburgh.com/pittsburgh-penguins-celebrate-lgbtq-hockey/</w:t>
        </w:r>
      </w:hyperlink>
      <w:r>
        <w:t xml:space="preserve"> - Please view link - unable to able to access data</w:t>
      </w:r>
      <w:r/>
    </w:p>
    <w:p>
      <w:pPr>
        <w:pStyle w:val="ListNumber"/>
        <w:spacing w:line="240" w:lineRule="auto"/>
        <w:ind w:left="720"/>
      </w:pPr>
      <w:r/>
      <w:hyperlink r:id="rId10">
        <w:r>
          <w:rPr>
            <w:color w:val="0000EE"/>
            <w:u w:val="single"/>
          </w:rPr>
          <w:t>https://www.nhl.com/penguins/news/pittsburgh-tigers-pittsburgh-penguins-pride-month-344851916</w:t>
        </w:r>
      </w:hyperlink>
      <w:r>
        <w:t xml:space="preserve"> - The Pittsburgh Tigers, the city's first LGBTQ+ friendly hockey team, have grown significantly over the years, partly due to their partnership with the Penguins. Founded in 2012 by Adam Knoerzer and Mike Marsico, the team aims to foster an inclusive environment for all. They play in local leagues and currently skate out of UPMC Lemieux Sports Complex, with new seasons starting every few months.</w:t>
      </w:r>
      <w:r/>
    </w:p>
    <w:p>
      <w:pPr>
        <w:pStyle w:val="ListNumber"/>
        <w:spacing w:line="240" w:lineRule="auto"/>
        <w:ind w:left="720"/>
      </w:pPr>
      <w:r/>
      <w:hyperlink r:id="rId12">
        <w:r>
          <w:rPr>
            <w:color w:val="0000EE"/>
            <w:u w:val="single"/>
          </w:rPr>
          <w:t>https://www.nhl.com/news/buffalo-sabres-pittsburgh-penguins-pride-game-323755640</w:t>
        </w:r>
      </w:hyperlink>
      <w:r>
        <w:t xml:space="preserve"> - In April 2021, the Buffalo Sabres and Pittsburgh Penguins co-hosted the NHL's first joint Pride game at First Niagara Center. Both teams wore unique Pride game jerseys during warmups and auctioned them off, along with other game-used items, to support LGBTQ+ rights. The event aimed to bring together the cities of Buffalo and Pittsburgh to celebrate LGBTQ+ communities.</w:t>
      </w:r>
      <w:r/>
    </w:p>
    <w:p>
      <w:pPr>
        <w:pStyle w:val="ListNumber"/>
        <w:spacing w:line="240" w:lineRule="auto"/>
        <w:ind w:left="720"/>
      </w:pPr>
      <w:r/>
      <w:hyperlink r:id="rId14">
        <w:r>
          <w:rPr>
            <w:color w:val="0000EE"/>
            <w:u w:val="single"/>
          </w:rPr>
          <w:t>https://www.pittsburghlgbtq.hockey/about/presscoverage</w:t>
        </w:r>
      </w:hyperlink>
      <w:r>
        <w:t xml:space="preserve"> - The Pittsburgh LGBTQ+ Hockey (Pittsburgh Tigers) organization hosted a meetup before the Penguins' fourth annual Pride Game, allowing attendees to connect and celebrate the community. The Penguins' mascot has marched alongside the Tigers in the city's pride parade for the past few years, and the team supports the Tigers by funding their ice-time fees through a substantial donation from the Penguins Foundation.</w:t>
      </w:r>
      <w:r/>
    </w:p>
    <w:p>
      <w:pPr>
        <w:pStyle w:val="ListNumber"/>
        <w:spacing w:line="240" w:lineRule="auto"/>
        <w:ind w:left="720"/>
      </w:pPr>
      <w:r/>
      <w:hyperlink r:id="rId11">
        <w:r>
          <w:rPr>
            <w:color w:val="0000EE"/>
            <w:u w:val="single"/>
          </w:rPr>
          <w:t>https://www.nhl.com/penguins/community/hockey-is-for-everyone</w:t>
        </w:r>
      </w:hyperlink>
      <w:r>
        <w:t xml:space="preserve"> - The Pittsburgh Penguins' 'Hockey is for Everyone™' initiative uses the game of hockey to drive positive social change and foster more inclusive communities. The program supports teammates, coaches, and fans who bring heart, energy, and passion to the rink, believing that all hockey programs should provide a safe, positive, and inclusive environment for players and families, regardless of race, color, religion, national origin, gender, disability, sexual orientation, and socio-economic status.</w:t>
      </w:r>
      <w:r/>
    </w:p>
    <w:p>
      <w:pPr>
        <w:pStyle w:val="ListNumber"/>
        <w:spacing w:line="240" w:lineRule="auto"/>
        <w:ind w:left="720"/>
      </w:pPr>
      <w:r/>
      <w:hyperlink r:id="rId13">
        <w:r>
          <w:rPr>
            <w:color w:val="0000EE"/>
            <w:u w:val="single"/>
          </w:rPr>
          <w:t>https://www.nhl.com/penguins/news/penguins-to-host-pride-game-on-december-12-338418314</w:t>
        </w:r>
      </w:hyperlink>
      <w:r>
        <w:t xml:space="preserve"> - In December 2022, the Pittsburgh Penguins hosted their third annual Pride Game at PPG Paints Arena. Players taped their sticks with rainbow Pride Tape during warmups, used rainbow-patterned pucks, and wore commemorative warm-up jerseys featuring the Progress Pride Flag within the numbers. Fans received a commemorative Pride Game You Can Play rally towel, and the Penguins Foundation held an online auction featuring autographed Pride jerseys and other items.</w:t>
      </w:r>
      <w:r/>
    </w:p>
    <w:p>
      <w:pPr>
        <w:pStyle w:val="ListNumber"/>
        <w:spacing w:line="240" w:lineRule="auto"/>
        <w:ind w:left="720"/>
      </w:pPr>
      <w:r/>
      <w:hyperlink r:id="rId15">
        <w:r>
          <w:rPr>
            <w:color w:val="0000EE"/>
            <w:u w:val="single"/>
          </w:rPr>
          <w:t>https://www.nhl.com/penguins/news/penguins-and-sabres-to-co-host-pride-game-on-nov-16-at-ppg-paints-aren-327607846</w:t>
        </w:r>
      </w:hyperlink>
      <w:r>
        <w:t xml:space="preserve"> - In November 2021, the Pittsburgh Penguins and Buffalo Sabres co-hosted the NHL's second joint Pride Game at PPG Paints Arena. The event aimed to bring together the cities of Pittsburgh and Buffalo to celebrate LGBTQ+ communities by sharing stories of inclusion, hope, and allyship. Players from both teams wore commemorative Pride warm-up jerseys and used rainbow tape during warmups. The Penguins Foundation held an online auction featuring autographed Pride jerseys and other items.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pittsburgh-penguins-celebrate-lgbtq-hockey/" TargetMode="External"/><Relationship Id="rId10" Type="http://schemas.openxmlformats.org/officeDocument/2006/relationships/hyperlink" Target="https://www.nhl.com/penguins/news/pittsburgh-tigers-pittsburgh-penguins-pride-month-344851916" TargetMode="External"/><Relationship Id="rId11" Type="http://schemas.openxmlformats.org/officeDocument/2006/relationships/hyperlink" Target="https://www.nhl.com/penguins/community/hockey-is-for-everyone" TargetMode="External"/><Relationship Id="rId12" Type="http://schemas.openxmlformats.org/officeDocument/2006/relationships/hyperlink" Target="https://www.nhl.com/news/buffalo-sabres-pittsburgh-penguins-pride-game-323755640" TargetMode="External"/><Relationship Id="rId13" Type="http://schemas.openxmlformats.org/officeDocument/2006/relationships/hyperlink" Target="https://www.nhl.com/penguins/news/penguins-to-host-pride-game-on-december-12-338418314" TargetMode="External"/><Relationship Id="rId14" Type="http://schemas.openxmlformats.org/officeDocument/2006/relationships/hyperlink" Target="https://www.pittsburghlgbtq.hockey/about/presscoverage" TargetMode="External"/><Relationship Id="rId15" Type="http://schemas.openxmlformats.org/officeDocument/2006/relationships/hyperlink" Target="https://www.nhl.com/penguins/news/penguins-and-sabres-to-co-host-pride-game-on-nov-16-at-ppg-paints-aren-3276078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