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Palm Springs Leather Pride Guide for LGBTQ+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Palm Springs Leather Pride for more than nightlife. The four-day celebration brings together leather, BDSM, fetish and kink communities across the Coachella Valley for parties, workshops, shopping and fellowship, while honouring a local LGBTQ+ story that began in the 1990s and still feels remarkably welcoming today.</w:t>
      </w:r>
      <w:r/>
    </w:p>
    <w:p>
      <w:pPr>
        <w:pStyle w:val="Heading2"/>
      </w:pPr>
      <w:r>
        <w:t>Essential Takeaways</w:t>
      </w:r>
      <w:r/>
      <w:r/>
    </w:p>
    <w:p>
      <w:pPr>
        <w:pStyle w:val="ListBullet"/>
        <w:spacing w:line="240" w:lineRule="auto"/>
        <w:ind w:left="720"/>
      </w:pPr>
      <w:r/>
      <w:r>
        <w:rPr>
          <w:b/>
        </w:rPr>
        <w:t>A long-running tradition:</w:t>
      </w:r>
      <w:r>
        <w:t xml:space="preserve"> Palm Springs Leather Pride grew from a 1995 gathering at C.C. Construction Company in Cathedral City.</w:t>
      </w:r>
      <w:r/>
    </w:p>
    <w:p>
      <w:pPr>
        <w:pStyle w:val="ListBullet"/>
        <w:spacing w:line="240" w:lineRule="auto"/>
        <w:ind w:left="720"/>
      </w:pPr>
      <w:r/>
      <w:r>
        <w:rPr>
          <w:b/>
        </w:rPr>
        <w:t>More than a party:</w:t>
      </w:r>
      <w:r>
        <w:t xml:space="preserve"> The event combines social occasions with education, visibility, community support and fundraising.</w:t>
      </w:r>
      <w:r/>
    </w:p>
    <w:p>
      <w:pPr>
        <w:pStyle w:val="ListBullet"/>
        <w:spacing w:line="240" w:lineRule="auto"/>
        <w:ind w:left="720"/>
      </w:pPr>
      <w:r/>
      <w:r>
        <w:rPr>
          <w:b/>
        </w:rPr>
        <w:t>A packed desert weekend:</w:t>
      </w:r>
      <w:r>
        <w:t xml:space="preserve"> Activities typically span hotels, bars, the Arenas District and other Palm Springs venues.</w:t>
      </w:r>
      <w:r/>
    </w:p>
    <w:p>
      <w:pPr>
        <w:pStyle w:val="ListBullet"/>
        <w:spacing w:line="240" w:lineRule="auto"/>
        <w:ind w:left="720"/>
      </w:pPr>
      <w:r/>
      <w:r>
        <w:rPr>
          <w:b/>
        </w:rPr>
        <w:t>A competitive edge:</w:t>
      </w:r>
      <w:r>
        <w:t xml:space="preserve"> The local Mr. Palm Springs Leather winner progresses to the International Mr. Leather contest in Chicago.</w:t>
      </w:r>
      <w:r/>
    </w:p>
    <w:p>
      <w:pPr>
        <w:pStyle w:val="ListBullet"/>
        <w:spacing w:line="240" w:lineRule="auto"/>
        <w:ind w:left="720"/>
      </w:pPr>
      <w:r/>
      <w:r>
        <w:rPr>
          <w:b/>
        </w:rPr>
        <w:t>A themed celebration:</w:t>
      </w:r>
      <w:r>
        <w:t xml:space="preserve"> The current edition is presented under the “Valhalla” banner, with a leather marketplace and workshops alongside evening events.</w:t>
      </w:r>
      <w:r/>
      <w:r/>
    </w:p>
    <w:p>
      <w:pPr>
        <w:pStyle w:val="Heading2"/>
      </w:pPr>
      <w:r>
        <w:t>How a small gathering became a Palm Springs tradition</w:t>
      </w:r>
      <w:r/>
    </w:p>
    <w:p>
      <w:r/>
      <w:r>
        <w:t xml:space="preserve">Palm Springs Leather Pride began modestly, with more than 100 men meeting indoors at C.C. Construction Company in 1995. That first event, known as Regale, grew out of a desert leather scene that already included club nights, motorcycle gatherings and “Leather and Levi’s” evenings. According to Palm Springs Life, the weekend offered a new way for people to meet, celebrate and be seen. </w:t>
      </w:r>
      <w:hyperlink r:id="rId9">
        <w:r>
          <w:rPr>
            <w:color w:val="0000EE"/>
            <w:u w:val="single"/>
          </w:rPr>
          <w:t>[2]</w:t>
        </w:r>
      </w:hyperlink>
      <w:r/>
    </w:p>
    <w:p>
      <w:r/>
      <w:r>
        <w:t xml:space="preserve">The setting mattered. Palm Springs had a lively LGBTQ+ social world, but large-scale leather festivals were still more closely associated with cities such as Berlin, New York and San Francisco. Bringing that energy to the Coachella Valley helped turn a dispersed group of enthusiasts into something that felt more like a family. </w:t>
      </w:r>
      <w:hyperlink r:id="rId9">
        <w:r>
          <w:rPr>
            <w:color w:val="0000EE"/>
            <w:u w:val="single"/>
          </w:rPr>
          <w:t>[2]</w:t>
        </w:r>
      </w:hyperlink>
      <w:r/>
    </w:p>
    <w:p>
      <w:pPr>
        <w:pStyle w:val="Heading2"/>
      </w:pPr>
      <w:r>
        <w:t>Why the festival means more than black leather</w:t>
      </w:r>
      <w:r/>
    </w:p>
    <w:p>
      <w:r/>
      <w:r>
        <w:t xml:space="preserve">Leather can be an instantly recognisable style, but the event’s significance goes deeper than clothing. Palm Springs Leather Pride gives visibility to a part of the LGBTQ+ community that has often been misunderstood or pushed to the margins, while creating space for conversations about identity, consent, relationships and belonging. </w:t>
      </w:r>
      <w:hyperlink r:id="rId9">
        <w:r>
          <w:rPr>
            <w:color w:val="0000EE"/>
            <w:u w:val="single"/>
          </w:rPr>
          <w:t>[2]</w:t>
        </w:r>
      </w:hyperlink>
      <w:r/>
    </w:p>
    <w:p>
      <w:r/>
      <w:r>
        <w:t xml:space="preserve">The organising Palm Springs Leather Order of the Desert also supports local causes, adding a practical charitable dimension to the celebrations. That balance of glamour, education and mutual aid is part of the festival’s appeal. It isn't simply a weekend of bold outfits and late nights, although there are certainly plenty of both. </w:t>
      </w:r>
      <w:hyperlink r:id="rId9">
        <w:r>
          <w:rPr>
            <w:color w:val="0000EE"/>
            <w:u w:val="single"/>
          </w:rPr>
          <w:t>[2]</w:t>
        </w:r>
      </w:hyperlink>
      <w:r/>
    </w:p>
    <w:p>
      <w:pPr>
        <w:pStyle w:val="Heading2"/>
      </w:pPr>
      <w:r>
        <w:t>What to expect at Palm Springs Leather Pride</w:t>
      </w:r>
      <w:r/>
    </w:p>
    <w:p>
      <w:r/>
      <w:r>
        <w:t xml:space="preserve">The programme stretches across several Palm Springs locations, including Hotel Zoso, venues in the Arenas District and Eagle in Cathedral City. Visitors can expect parties, educational workshops and a marketplace where leather goods and related items take centre stage. </w:t>
      </w:r>
      <w:hyperlink r:id="rId9">
        <w:r>
          <w:rPr>
            <w:color w:val="0000EE"/>
            <w:u w:val="single"/>
          </w:rPr>
          <w:t>[2]</w:t>
        </w:r>
      </w:hyperlink>
      <w:r/>
    </w:p>
    <w:p>
      <w:r/>
      <w:r>
        <w:t xml:space="preserve">Nearby venues also help shape the wider experience. Eagle in Cathedral City remains an important point of reference for the local leather scene, while event listings from GayTravel4U highlight additional parties and themed gatherings connected with Palm Springs Leather Pride. </w:t>
      </w:r>
      <w:hyperlink r:id="rId10">
        <w:r>
          <w:rPr>
            <w:color w:val="0000EE"/>
            <w:u w:val="single"/>
          </w:rPr>
          <w:t>[3]</w:t>
        </w:r>
      </w:hyperlink>
      <w:r>
        <w:t xml:space="preserve">, </w:t>
      </w:r>
      <w:hyperlink r:id="rId11">
        <w:r>
          <w:rPr>
            <w:color w:val="0000EE"/>
            <w:u w:val="single"/>
          </w:rPr>
          <w:t>[4]</w:t>
        </w:r>
      </w:hyperlink>
      <w:r/>
    </w:p>
    <w:p>
      <w:pPr>
        <w:pStyle w:val="Heading2"/>
      </w:pPr>
      <w:r>
        <w:t>Planning a comfortable, respectful weekend</w:t>
      </w:r>
      <w:r/>
    </w:p>
    <w:p>
      <w:r/>
      <w:r>
        <w:t xml:space="preserve">First-time visitors should check the official schedule carefully, as events take place at different venues and may have separate entry requirements. Comfortable shoes are sensible, particularly if you're moving between the Arenas District, hotel events and Cathedral City. A light layer is useful too: desert evenings can feel surprisingly cool after warm afternoons. </w:t>
      </w:r>
      <w:hyperlink r:id="rId12">
        <w:r>
          <w:rPr>
            <w:color w:val="0000EE"/>
            <w:u w:val="single"/>
          </w:rPr>
          <w:t>[5]</w:t>
        </w:r>
      </w:hyperlink>
      <w:r>
        <w:t xml:space="preserve">, </w:t>
      </w:r>
      <w:hyperlink r:id="rId13">
        <w:r>
          <w:rPr>
            <w:color w:val="0000EE"/>
            <w:u w:val="single"/>
          </w:rPr>
          <w:t>[7]</w:t>
        </w:r>
      </w:hyperlink>
      <w:r/>
    </w:p>
    <w:p>
      <w:r/>
      <w:r>
        <w:t xml:space="preserve">It’s also worth reading each event description before booking. Some gatherings are social and open-ended, while others are more focused on education, dress codes or particular interests. The best approach is to arrive curious, communicate clearly and remember that consent and personal boundaries are the foundation of any good community event. </w:t>
      </w:r>
      <w:hyperlink r:id="rId11">
        <w:r>
          <w:rPr>
            <w:color w:val="0000EE"/>
            <w:u w:val="single"/>
          </w:rPr>
          <w:t>[4]</w:t>
        </w:r>
      </w:hyperlink>
      <w:r>
        <w:t xml:space="preserve">, </w:t>
      </w:r>
      <w:hyperlink r:id="rId14">
        <w:r>
          <w:rPr>
            <w:color w:val="0000EE"/>
            <w:u w:val="single"/>
          </w:rPr>
          <w:t>[6]</w:t>
        </w:r>
      </w:hyperlink>
      <w:r/>
    </w:p>
    <w:p>
      <w:pPr>
        <w:pStyle w:val="Heading2"/>
      </w:pPr>
      <w:r>
        <w:t>A festival with international ambitions</w:t>
      </w:r>
      <w:r/>
    </w:p>
    <w:p>
      <w:r/>
      <w:r>
        <w:t xml:space="preserve">One of the weekend’s headline traditions is the Mr. Palm Springs Leather competition. The winner goes on to compete at International Mr. Leather in Chicago, giving the local event a direct link to the wider global leather community. Palm Springs representatives have recently made that connection especially visible with back-to-back international wins. </w:t>
      </w:r>
      <w:hyperlink r:id="rId9">
        <w:r>
          <w:rPr>
            <w:color w:val="0000EE"/>
            <w:u w:val="single"/>
          </w:rPr>
          <w:t>[2]</w:t>
        </w:r>
      </w:hyperlink>
      <w:r/>
    </w:p>
    <w:p>
      <w:r/>
      <w:r>
        <w:t xml:space="preserve">The competition is also evolving. Future participants are expected to have the chance to compete for Mr. Bootblack, a title celebrating the skill and care involved in cleaning and polishing leather. It’s a small but telling detail: craftsmanship, service and community recognition sit alongside the showmanship. </w:t>
      </w:r>
      <w:hyperlink r:id="rId9">
        <w:r>
          <w:rPr>
            <w:color w:val="0000EE"/>
            <w:u w:val="single"/>
          </w:rPr>
          <w:t>[2]</w:t>
        </w:r>
      </w:hyperlink>
      <w:r/>
    </w:p>
    <w:p>
      <w:r/>
      <w:r>
        <w:t>After more than 30 years, Palm Springs Leather Pride has clearly outgrown its original room above a local bar. Yet its heart remains familiar: people gathering, finding their circle and making the desert feel like home.</w:t>
      </w:r>
      <w:r/>
    </w:p>
    <w:p>
      <w:r/>
      <w:r>
        <w:t>Choose the events that suit you, pack thoughtfully and enjoy the community spirit.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3">
        <w:r>
          <w:rPr>
            <w:color w:val="0000EE"/>
            <w:u w:val="single"/>
          </w:rPr>
          <w:t>[7]</w:t>
        </w:r>
      </w:hyperlink>
      <w:r>
        <w:t xml:space="preserve">- Paragraph 10: </w:t>
      </w:r>
      <w:hyperlink r:id="rId11">
        <w:r>
          <w:rPr>
            <w:color w:val="0000EE"/>
            <w:u w:val="single"/>
          </w:rPr>
          <w:t>[4]</w:t>
        </w:r>
      </w:hyperlink>
      <w:r>
        <w:t xml:space="preserve">, </w:t>
      </w:r>
      <w:hyperlink r:id="rId14">
        <w:r>
          <w:rPr>
            <w:color w:val="0000EE"/>
            <w:u w:val="single"/>
          </w:rPr>
          <w:t>[6]</w:t>
        </w:r>
      </w:hyperlink>
      <w:r>
        <w:t xml:space="preserve">- Paragraph 11: </w:t>
      </w:r>
      <w:hyperlink r:id="rId9">
        <w:r>
          <w:rPr>
            <w:color w:val="0000EE"/>
            <w:u w:val="single"/>
          </w:rPr>
          <w:t>[2]</w:t>
        </w:r>
      </w:hyperlink>
      <w:r>
        <w:t xml:space="preserve">- Paragraph 12: </w:t>
      </w:r>
      <w:hyperlink r:id="rId9">
        <w:r>
          <w:rPr>
            <w:color w:val="0000EE"/>
            <w:u w:val="single"/>
          </w:rPr>
          <w:t>[2]</w:t>
        </w:r>
      </w:hyperlink>
      <w:r>
        <w:t xml:space="preserve">- Paragraph 13: </w:t>
      </w:r>
      <w:hyperlink r:id="rId9">
        <w:r>
          <w:rPr>
            <w:color w:val="0000EE"/>
            <w:u w:val="single"/>
          </w:rPr>
          <w:t>[2]</w:t>
        </w:r>
      </w:hyperlink>
      <w:r>
        <w:t xml:space="preserve">- Paragraph 14: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https://www.palmspringslife.com/history/palm-springs-leather-pride-honors-three-decades-of-lgbtq-history/</w:t>
        </w:r>
      </w:hyperlink>
      <w:r>
        <w:t xml:space="preserve"> - Please view link - unable to able to access data</w:t>
      </w:r>
      <w:r/>
    </w:p>
    <w:p>
      <w:pPr>
        <w:pStyle w:val="ListNumber"/>
        <w:spacing w:line="240" w:lineRule="auto"/>
        <w:ind w:left="720"/>
      </w:pPr>
      <w:r/>
      <w:hyperlink r:id="rId9">
        <w:r>
          <w:rPr>
            <w:color w:val="0000EE"/>
            <w:u w:val="single"/>
          </w:rPr>
          <w:t>https://www.palmspringslife.com/history/palm-springs-leather-pride-honors-three-decades-of-lgbtq-history/</w:t>
        </w:r>
      </w:hyperlink>
      <w:r>
        <w:t xml:space="preserve"> - This article celebrates over 30 years of Palm Springs Leather Pride, an event uniting the leather, BDSM, fetish, and kink communities for a weekend of celebration, education, fellowship, and visibility. It traces the event's origins to a 1995 gathering at C.C. Construction Company in Cathedral City, which evolved into one of the world's largest leather kink and fetish festivals. The article highlights the philanthropic efforts of the Palm Springs Leather Order of the Desert and details the 2026 'Valhalla' themed event scheduled from October 29 to November 1, featuring parties, workshops, and a leather marketplace.</w:t>
      </w:r>
      <w:r/>
    </w:p>
    <w:p>
      <w:pPr>
        <w:pStyle w:val="ListNumber"/>
        <w:spacing w:line="240" w:lineRule="auto"/>
        <w:ind w:left="720"/>
      </w:pPr>
      <w:r/>
      <w:hyperlink r:id="rId10">
        <w:r>
          <w:rPr>
            <w:color w:val="0000EE"/>
            <w:u w:val="single"/>
          </w:rPr>
          <w:t>https://www.eaglebarcc.com/</w:t>
        </w:r>
      </w:hyperlink>
      <w:r>
        <w:t xml:space="preserve"> - Eagle Cathedral City is a 21+ venue dedicated to the leather and kink community, located in Cathedral City, California. Scheduled to open on October 30, 2026, the venue offers a main floor with Void Acoustics sound and a video wall, an outdoor patio with pergolas and an outdoor bar, a pool table, and NFC-wristband lockers. The venue is set to host various events during the Palm Springs Leather Pride weekend, including the 'Strapped In' party featuring DJs Honey Davenport and Mateo Segade.</w:t>
      </w:r>
      <w:r/>
    </w:p>
    <w:p>
      <w:pPr>
        <w:pStyle w:val="ListNumber"/>
        <w:spacing w:line="240" w:lineRule="auto"/>
        <w:ind w:left="720"/>
      </w:pPr>
      <w:r/>
      <w:hyperlink r:id="rId11">
        <w:r>
          <w:rPr>
            <w:color w:val="0000EE"/>
            <w:u w:val="single"/>
          </w:rPr>
          <w:t>https://www.gaytravel4u.com/event/dark-alley-palm-springs/</w:t>
        </w:r>
      </w:hyperlink>
      <w:r>
        <w:t xml:space="preserve"> - Dark Alley Palm Springs 2026 is a popular event during Palm Springs Leather Pride, featuring music, cigar lounges, and local leather and fetish vendors. Hosted by Rob Cole at The Tool Shed, the Leather Mart is scheduled for October 30-31, 2026, and is expected to attract hundreds of leather enthusiasts and admirers for a night of entertainment and community engagement.</w:t>
      </w:r>
      <w:r/>
    </w:p>
    <w:p>
      <w:pPr>
        <w:pStyle w:val="ListNumber"/>
        <w:spacing w:line="240" w:lineRule="auto"/>
        <w:ind w:left="720"/>
      </w:pPr>
      <w:r/>
      <w:hyperlink r:id="rId12">
        <w:r>
          <w:rPr>
            <w:color w:val="0000EE"/>
            <w:u w:val="single"/>
          </w:rPr>
          <w:t>https://www.gaytravel4u.com/event/ps-leather-pride-official-pride/</w:t>
        </w:r>
      </w:hyperlink>
      <w:r>
        <w:t xml:space="preserve"> - The PS Leather Pride Official Party, known as 'GO DEEP!', is the official dungeon and play party of Palm Springs Leather Pride. Scheduled for October 31, 2026, at The Catacombs at Hotel Zoso, the event offers a play-focused experience with a strict dress code, featuring top DJs, fetish lovers, and leather daddies. This event is distinct from conventional dance parties, emphasizing a unique leather and fetish atmosphere.</w:t>
      </w:r>
      <w:r/>
    </w:p>
    <w:p>
      <w:pPr>
        <w:pStyle w:val="ListNumber"/>
        <w:spacing w:line="240" w:lineRule="auto"/>
        <w:ind w:left="720"/>
      </w:pPr>
      <w:r/>
      <w:hyperlink r:id="rId14">
        <w:r>
          <w:rPr>
            <w:color w:val="0000EE"/>
            <w:u w:val="single"/>
          </w:rPr>
          <w:t>https://www.gaytravel4u.com/event/house-of-leather-palm-springs/</w:t>
        </w:r>
      </w:hyperlink>
      <w:r>
        <w:t xml:space="preserve"> - House of Leather Palm Springs 2026 is the unofficial dance party of Palm Springs Leather Pride, scheduled for October 30, 2026. Presented by Matt Consola and Gabe Real, the event promises a night filled with non-stop music, dancing, and good vibes, featuring a bevy of leather-clad dancers from both the adult world and the leather community to keep the dancefloor hot all night.</w:t>
      </w:r>
      <w:r/>
    </w:p>
    <w:p>
      <w:pPr>
        <w:pStyle w:val="ListNumber"/>
        <w:spacing w:line="240" w:lineRule="auto"/>
        <w:ind w:left="720"/>
      </w:pPr>
      <w:r/>
      <w:hyperlink r:id="rId13">
        <w:r>
          <w:rPr>
            <w:color w:val="0000EE"/>
            <w:u w:val="single"/>
          </w:rPr>
          <w:t>https://www.gaytravel4u.com/event/palm-springs-leather-pride/</w:t>
        </w:r>
      </w:hyperlink>
      <w:r>
        <w:t xml:space="preserve"> - Palm Springs Leather Pride 2026 is a four-day celebration from October 29 to November 1, 2026, themed 'Valhalla'. The event includes a street fair, pool party, TOOLSHED, Swine &amp; Swim, Victory Dance, and BDSM sessions. Over the past two decades, the Palm Springs leather community has welcomed the world to the desert paradise each year in the fall, making it one of the largest, longest-running, and most successful leather events in the country.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lmspringslife.com/history/palm-springs-leather-pride-honors-three-decades-of-lgbtq-history/" TargetMode="External"/><Relationship Id="rId10" Type="http://schemas.openxmlformats.org/officeDocument/2006/relationships/hyperlink" Target="https://www.eaglebarcc.com/" TargetMode="External"/><Relationship Id="rId11" Type="http://schemas.openxmlformats.org/officeDocument/2006/relationships/hyperlink" Target="https://www.gaytravel4u.com/event/dark-alley-palm-springs/" TargetMode="External"/><Relationship Id="rId12" Type="http://schemas.openxmlformats.org/officeDocument/2006/relationships/hyperlink" Target="https://www.gaytravel4u.com/event/ps-leather-pride-official-pride/" TargetMode="External"/><Relationship Id="rId13" Type="http://schemas.openxmlformats.org/officeDocument/2006/relationships/hyperlink" Target="https://www.gaytravel4u.com/event/palm-springs-leather-pride/" TargetMode="External"/><Relationship Id="rId14" Type="http://schemas.openxmlformats.org/officeDocument/2006/relationships/hyperlink" Target="https://www.gaytravel4u.com/event/house-of-leather-palm-spr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