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Oral Sex Tips for Beginners, Safer and More Comfortable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Starting oral sex for the first time can feel exciting, awkward and surprisingly easy to overthink. Whether you're exploring with a new partner in the UK or elsewhere, a little communication, patience and safer-sex planning matter far more than flashy technique. Here's how to make the experience more relaxed, pleasurable and respectful for everyone.</w:t>
      </w:r>
      <w:r/>
    </w:p>
    <w:p>
      <w:pPr>
        <w:pStyle w:val="Heading2"/>
      </w:pPr>
      <w:r>
        <w:t>Essential Takeaways</w:t>
      </w:r>
      <w:r/>
      <w:r/>
    </w:p>
    <w:p>
      <w:pPr>
        <w:pStyle w:val="ListBullet"/>
        <w:spacing w:line="240" w:lineRule="auto"/>
        <w:ind w:left="720"/>
      </w:pPr>
      <w:r/>
      <w:r>
        <w:rPr>
          <w:b/>
        </w:rPr>
        <w:t>Communication comes first:</w:t>
      </w:r>
      <w:r>
        <w:t xml:space="preserve"> Ask what feels good, check in and respect any request to slow down or stop.</w:t>
      </w:r>
      <w:r/>
    </w:p>
    <w:p>
      <w:pPr>
        <w:pStyle w:val="ListBullet"/>
        <w:spacing w:line="240" w:lineRule="auto"/>
        <w:ind w:left="720"/>
      </w:pPr>
      <w:r/>
      <w:r>
        <w:rPr>
          <w:b/>
        </w:rPr>
        <w:t>There is no universal technique:</w:t>
      </w:r>
      <w:r>
        <w:t xml:space="preserve"> Gentle, steady stimulation often works better than trying to imitate pornography.</w:t>
      </w:r>
      <w:r/>
    </w:p>
    <w:p>
      <w:pPr>
        <w:pStyle w:val="ListBullet"/>
        <w:spacing w:line="240" w:lineRule="auto"/>
        <w:ind w:left="720"/>
      </w:pPr>
      <w:r/>
      <w:r>
        <w:rPr>
          <w:b/>
        </w:rPr>
        <w:t>Warm up properly:</w:t>
      </w:r>
      <w:r>
        <w:t xml:space="preserve"> Kissing, touching and other forms of arousal can make oral sex feel more comfortable.</w:t>
      </w:r>
      <w:r/>
    </w:p>
    <w:p>
      <w:pPr>
        <w:pStyle w:val="ListBullet"/>
        <w:spacing w:line="240" w:lineRule="auto"/>
        <w:ind w:left="720"/>
      </w:pPr>
      <w:r/>
      <w:r>
        <w:rPr>
          <w:b/>
        </w:rPr>
        <w:t>Use protection when appropriate:</w:t>
      </w:r>
      <w:r>
        <w:t xml:space="preserve"> Condoms and dental dams reduce exposure to some sexually transmitted infections.</w:t>
      </w:r>
      <w:r/>
    </w:p>
    <w:p>
      <w:pPr>
        <w:pStyle w:val="ListBullet"/>
        <w:spacing w:line="240" w:lineRule="auto"/>
        <w:ind w:left="720"/>
      </w:pPr>
      <w:r/>
      <w:r>
        <w:rPr>
          <w:b/>
        </w:rPr>
        <w:t>Consent remains essential:</w:t>
      </w:r>
      <w:r>
        <w:t xml:space="preserve"> Oral sex is sex, and nobody has to continue, orgasm or swallow.</w:t>
      </w:r>
      <w:r/>
      <w:r/>
    </w:p>
    <w:p>
      <w:pPr>
        <w:pStyle w:val="Heading2"/>
      </w:pPr>
      <w:r>
        <w:t>Good oral sex starts with less pressure</w:t>
      </w:r>
      <w:r/>
    </w:p>
    <w:p>
      <w:r/>
      <w:r>
        <w:t>The biggest beginner mistake is treating oral sex like a performance exam. In reality, most people don't need a dazzling routine. They need a partner who's attentive, unhurried and willing to listen.</w:t>
      </w:r>
      <w:r/>
    </w:p>
    <w:p>
      <w:r/>
      <w:r>
        <w:t>According to Planned Parenthood, sexual activity should be based on mutual agreement and comfort, while WebMD notes that oral sex can be an intimate sexual experience in its own right. That takes some pressure off: there isn't a required next step, and orgasm doesn't have to be the finish line.</w:t>
      </w:r>
      <w:r/>
    </w:p>
    <w:p>
      <w:r/>
      <w:r>
        <w:t>Start slowly and pay attention to body language, breathing and verbal feedback. A quiet question such as "Is this good?" can be more useful than guessing, especially with a new partner.</w:t>
      </w:r>
      <w:r/>
    </w:p>
    <w:p>
      <w:pPr>
        <w:pStyle w:val="Heading2"/>
      </w:pPr>
      <w:r>
        <w:t>Build arousal before reaching for intensity</w:t>
      </w:r>
      <w:r/>
    </w:p>
    <w:p>
      <w:r/>
      <w:r>
        <w:t>Foreplay isn't a compulsory warm-up act before the main event. Kissing, touching, massage and exploring what your partner already enjoys can make oral sex feel more natural and less abrupt.</w:t>
      </w:r>
      <w:r/>
    </w:p>
    <w:p>
      <w:r/>
      <w:r>
        <w:t>This matters for all bodies. Some people enjoy firm, direct stimulation, while others find it too intense at first. Healthline's safer-sex guidance emphasises using protection and communicating clearly, but the same principle applies to technique: begin gently, then adjust based on feedback.</w:t>
      </w:r>
      <w:r/>
    </w:p>
    <w:p>
      <w:r/>
      <w:r>
        <w:t>For someone with a vulva, that may mean exploring surrounding areas before focusing on the clitoris. For someone with a penis, kissing, touching and slow external stimulation can help them relax before more direct contact. Think gradual rather than dramatic.</w:t>
      </w:r>
      <w:r/>
    </w:p>
    <w:p>
      <w:pPr>
        <w:pStyle w:val="Heading2"/>
      </w:pPr>
      <w:r>
        <w:t>Explore, but don't copy what you see online</w:t>
      </w:r>
      <w:r/>
    </w:p>
    <w:p>
      <w:r/>
      <w:r>
        <w:t>Porn can make oral sex look like an endurance challenge, complete with exaggerated depth and theatrical reactions. It isn't a reliable instruction manual, and copying it can leave a beginner uncomfortable or sore.</w:t>
      </w:r>
      <w:r/>
    </w:p>
    <w:p>
      <w:r/>
      <w:r>
        <w:t>When giving oral sex to someone with a vulva, try varying pressure and movement carefully, while remembering that direct clitoral contact can feel wonderful for some people and overwhelming for others. With a penis, hands can share the work, and there is no need to force deep penetration or ignore a gag reflex.</w:t>
      </w:r>
      <w:r/>
    </w:p>
    <w:p>
      <w:r/>
      <w:r>
        <w:t>Medical News Today explains that preferences differ widely and that safer oral sex involves communication as well as barrier use. If you're unsure, ask for direction. A partner who can say "slower", "more pressure" or "stay there" is giving you useful information, not a bad review.</w:t>
      </w:r>
      <w:r/>
    </w:p>
    <w:p>
      <w:pPr>
        <w:pStyle w:val="Heading2"/>
      </w:pPr>
      <w:r>
        <w:t>Safer oral sex is still worth planning</w:t>
      </w:r>
      <w:r/>
    </w:p>
    <w:p>
      <w:r/>
      <w:r>
        <w:t>Oral sex can transmit infections, including herpes, gonorrhoea, syphilis and HPV. Indiana University Health Center advises that condoms and dental dams can lower exposure, while testing and honest conversations help partners make informed choices.</w:t>
      </w:r>
      <w:r/>
    </w:p>
    <w:p>
      <w:r/>
      <w:r>
        <w:t>A condom can be used for oral sex on a penis. For oral-vulvar or oral-anal contact, a dental dam offers a barrier, and a condom can also be cut lengthways to create a flat sheet. It may feel unfamiliar at first, but having protection nearby is easier than trying to improvise halfway through.</w:t>
      </w:r>
      <w:r/>
    </w:p>
    <w:p>
      <w:r/>
      <w:r>
        <w:t>Avoid oral contact if either person has an active cold sore, unexplained sores or symptoms that could indicate an infection. Good hygiene can improve comfort, but washing doesn't remove every sexual-health risk. If there has been a possible exposure, a sexual-health clinic can offer confidential advice and testing.</w:t>
      </w:r>
      <w:r/>
    </w:p>
    <w:p>
      <w:pPr>
        <w:pStyle w:val="Heading2"/>
      </w:pPr>
      <w:r>
        <w:t>Comfort and boundaries matter throughout</w:t>
      </w:r>
      <w:r/>
    </w:p>
    <w:p>
      <w:r/>
      <w:r>
        <w:t>You can pause, change position, switch activities or stop completely at any point. That includes deciding not to swallow semen, choosing not to use penetration during oral sex, or changing your mind after you've already started.</w:t>
      </w:r>
      <w:r/>
    </w:p>
    <w:p>
      <w:r/>
      <w:r>
        <w:t>Healthline and WebMD both present condoms as a practical way to reduce exposure during oral sex, but boundaries go beyond barriers. Agreeing beforehand on what is and isn't welcome can make the experience feel safer, particularly when one person is nervous or trying something new.</w:t>
      </w:r>
      <w:r/>
    </w:p>
    <w:p>
      <w:r/>
      <w:r>
        <w:t>The most useful beginner's skill is attention. Notice what your partner responds to, ask occasional questions and remember that pleasure isn't measured by technical difficulty. Often, the kindest approach is also the one that feels best: stay present, stay curious and don't rush.</w:t>
      </w:r>
      <w:r/>
    </w:p>
    <w:p>
      <w:r/>
      <w:r>
        <w:t>Take it slowly, talk openly and let comfort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[2]</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3">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[5]</w:t>
        </w:r>
      </w:hyperlink>
      <w:r>
        <w:t xml:space="preserve">, </w:t>
      </w:r>
      <w:hyperlink r:id="rId11">
        <w:r>
          <w:rPr>
            <w:color w:val="0000EE"/>
            <w:u w:val="single"/>
          </w:rPr>
          <w:t>[6]</w:t>
        </w:r>
      </w:hyperlink>
      <w:r>
        <w:t xml:space="preserve">- Paragraph 7: </w:t>
      </w:r>
      <w:hyperlink r:id="rId13">
        <w:r>
          <w:rPr>
            <w:color w:val="0000EE"/>
            <w:u w:val="single"/>
          </w:rPr>
          <w:t>[2]</w:t>
        </w:r>
      </w:hyperlink>
      <w:r>
        <w:t xml:space="preserve">, </w:t>
      </w:r>
      <w:hyperlink r:id="rId14">
        <w:r>
          <w:rPr>
            <w:color w:val="0000EE"/>
            <w:u w:val="single"/>
          </w:rPr>
          <w:t>[4]</w:t>
        </w:r>
      </w:hyperlink>
      <w:r>
        <w:t xml:space="preserve">- Paragraph 8: </w:t>
      </w:r>
      <w:hyperlink r:id="rId10">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[2]</w:t>
        </w:r>
      </w:hyperlink>
      <w:r>
        <w:t xml:space="preserve">, </w:t>
      </w:r>
      <w:hyperlink r:id="rId12">
        <w:r>
          <w:rPr>
            <w:color w:val="0000EE"/>
            <w:u w:val="single"/>
          </w:rPr>
          <w:t>[5]</w:t>
        </w:r>
      </w:hyperlink>
      <w:r>
        <w:t xml:space="preserve">- Paragraph 10: </w:t>
      </w:r>
      <w:hyperlink r:id="rId14">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https://littlegaybook.com/oral-sex-for-beginners/</w:t>
        </w:r>
      </w:hyperlink>
      <w:r>
        <w:t xml:space="preserve"> - Please view link - unable to able to access data</w:t>
      </w:r>
      <w:r/>
    </w:p>
    <w:p>
      <w:pPr>
        <w:pStyle w:val="ListNumber"/>
        <w:spacing w:line="240" w:lineRule="auto"/>
        <w:ind w:left="720"/>
      </w:pPr>
      <w:r/>
      <w:hyperlink r:id="rId13">
        <w:r>
          <w:rPr>
            <w:color w:val="0000EE"/>
            <w:u w:val="single"/>
          </w:rPr>
          <w:t>https://www.healthline.com/health/healthy-sex/oral-sex-with-a-condom</w:t>
        </w:r>
      </w:hyperlink>
      <w:r>
        <w:t xml:space="preserve"> - This article discusses the use of condoms during oral sex to reduce the risk of sexually transmitted infections (STIs). It covers the types of condoms suitable for oral sex, such as flavored or non-lubricated condoms, and provides guidance on proper usage, including the importance of using a new condom for each act and avoiding the use of teeth to apply the condom. The article also addresses the use of dental dams and plastic wrap as alternatives for oral-vulvar or oral-anal contact, emphasizing the need for proper application and disposal to ensure safety.</w:t>
      </w:r>
      <w:r/>
    </w:p>
    <w:p>
      <w:pPr>
        <w:pStyle w:val="ListNumber"/>
        <w:spacing w:line="240" w:lineRule="auto"/>
        <w:ind w:left="720"/>
      </w:pPr>
      <w:r/>
      <w:hyperlink r:id="rId10">
        <w:r>
          <w:rPr>
            <w:color w:val="0000EE"/>
            <w:u w:val="single"/>
          </w:rPr>
          <w:t>https://www.webmd.com/sex/what-is-oral-sex</w:t>
        </w:r>
      </w:hyperlink>
      <w:r>
        <w:t xml:space="preserve"> - This article provides an overview of oral sex, including its definition, types, and common practices. It explains that oral sex involves using the mouth, lips, or tongue to stimulate a partner's genitals or anus. The piece outlines different forms of oral sex, such as fellatio (oral stimulation of the penis), cunnilingus (oral stimulation of the vulva), and anilingus (oral stimulation of the anus). It also discusses the importance of communication and consent between partners to ensure a positive experience.</w:t>
      </w:r>
      <w:r/>
    </w:p>
    <w:p>
      <w:pPr>
        <w:pStyle w:val="ListNumber"/>
        <w:spacing w:line="240" w:lineRule="auto"/>
        <w:ind w:left="720"/>
      </w:pPr>
      <w:r/>
      <w:hyperlink r:id="rId14">
        <w:r>
          <w:rPr>
            <w:color w:val="0000EE"/>
            <w:u w:val="single"/>
          </w:rPr>
          <w:t>https://www.medicalnewstoday.com/articles/oral-sex-condom</w:t>
        </w:r>
      </w:hyperlink>
      <w:r>
        <w:t xml:space="preserve"> - This article emphasizes the importance of using barrier methods, such as male condoms and dental dams, during oral sex to reduce the risk of transmitting sexually transmitted infections (STIs). It explains that STIs like chlamydia, gonorrhea, syphilis, herpes, HPV, HIV, and trichomoniasis can be transmitted through oral sex. The piece provides guidance on choosing and using condoms and dental dams, including tips on selecting appropriate lubricants and the effectiveness of these methods in preventing STI transmission.</w:t>
      </w:r>
      <w:r/>
    </w:p>
    <w:p>
      <w:pPr>
        <w:pStyle w:val="ListNumber"/>
        <w:spacing w:line="240" w:lineRule="auto"/>
        <w:ind w:left="720"/>
      </w:pPr>
      <w:r/>
      <w:hyperlink r:id="rId12">
        <w:r>
          <w:rPr>
            <w:color w:val="0000EE"/>
            <w:u w:val="single"/>
          </w:rPr>
          <w:t>https://healthcenter.indiana.edu/health-answers/sexual-health/oral-sex.html</w:t>
        </w:r>
      </w:hyperlink>
      <w:r>
        <w:t xml:space="preserve"> - This resource from Indiana University's Student Health Center offers comprehensive information on oral sex, including definitions, types, and safety considerations. It explains that oral sex refers to oral stimulation of the genitals or other areas of the body, with specific terms like fellatio for oral stimulation of the penis and cunnilingus for oral stimulation of the vulva. The article discusses the importance of using latex barriers, such as dental dams or non-lubricated condoms, to reduce the risk of STI transmission during oral sex.</w:t>
      </w:r>
      <w:r/>
    </w:p>
    <w:p>
      <w:pPr>
        <w:pStyle w:val="ListNumber"/>
        <w:spacing w:line="240" w:lineRule="auto"/>
        <w:ind w:left="720"/>
      </w:pPr>
      <w:r/>
      <w:hyperlink r:id="rId11">
        <w:r>
          <w:rPr>
            <w:color w:val="0000EE"/>
            <w:u w:val="single"/>
          </w:rPr>
          <w:t>https://www.plannedparenthood.org/learn/teens/sex/all-about-sex</w:t>
        </w:r>
      </w:hyperlink>
      <w:r>
        <w:t xml:space="preserve"> - This article from Planned Parenthood provides an overview of various sexual activities, including oral sex, and emphasizes the importance of communication and consent. It defines oral sex as mouth-to-genital contact and discusses the use of condoms or dental dams to help prevent sexually transmitted diseases (STDs). The piece also highlights the significance of discussing boundaries and comfort levels with partners to ensure a positive and safe sexual experience.</w:t>
      </w:r>
      <w:r/>
    </w:p>
    <w:p>
      <w:pPr>
        <w:pStyle w:val="ListNumber"/>
        <w:spacing w:line="240" w:lineRule="auto"/>
        <w:ind w:left="720"/>
      </w:pPr>
      <w:r/>
      <w:hyperlink r:id="rId15">
        <w:r>
          <w:rPr>
            <w:color w:val="0000EE"/>
            <w:u w:val="single"/>
          </w:rPr>
          <w:t>https://sexhealthguide.co/explain-anything/23623</w:t>
        </w:r>
      </w:hyperlink>
      <w:r>
        <w:t xml:space="preserve"> - This guide offers practical advice for giving fellatio (oral sex on a penis), focusing on safety, consent, and communication. It emphasizes the importance of clear, enthusiastic consent and discusses hygiene and preparation, including the need for both partners to feel clean and the use of dental dams or condoms to reduce STI risk. The article provides basic techniques for fellatio, such as starting slowly, using lips and tongue, and coordinating hand and mouth movements, while also advising on avoiding teeth and managing gag reflexes.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tlegaybook.com/oral-sex-for-beginners/" TargetMode="External"/><Relationship Id="rId10" Type="http://schemas.openxmlformats.org/officeDocument/2006/relationships/hyperlink" Target="https://www.webmd.com/sex/what-is-oral-sex" TargetMode="External"/><Relationship Id="rId11" Type="http://schemas.openxmlformats.org/officeDocument/2006/relationships/hyperlink" Target="https://www.plannedparenthood.org/learn/teens/sex/all-about-sex" TargetMode="External"/><Relationship Id="rId12" Type="http://schemas.openxmlformats.org/officeDocument/2006/relationships/hyperlink" Target="https://healthcenter.indiana.edu/health-answers/sexual-health/oral-sex.html" TargetMode="External"/><Relationship Id="rId13" Type="http://schemas.openxmlformats.org/officeDocument/2006/relationships/hyperlink" Target="https://www.healthline.com/health/healthy-sex/oral-sex-with-a-condom" TargetMode="External"/><Relationship Id="rId14" Type="http://schemas.openxmlformats.org/officeDocument/2006/relationships/hyperlink" Target="https://www.medicalnewstoday.com/articles/oral-sex-condom" TargetMode="External"/><Relationship Id="rId15" Type="http://schemas.openxmlformats.org/officeDocument/2006/relationships/hyperlink" Target="https://sexhealthguide.co/explain-anything/236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