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new gay dating show swaps apps for real connection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turning to Heyy Gay!, Darren Kennedy's warm-hearted new dating show, for a refreshingly offline take on romance. Filmed in Los Angeles and launched on YouTube and Instagram, the series follows the Irish presenter as he gets to know single gay men, then plays real-life wingman in the search for a promising match.</w:t>
      </w:r>
      <w:r/>
    </w:p>
    <w:p>
      <w:pPr>
        <w:pStyle w:val="Heading2"/>
      </w:pPr>
      <w:r>
        <w:t>Essential Takeaways</w:t>
      </w:r>
      <w:r/>
      <w:r/>
    </w:p>
    <w:p>
      <w:pPr>
        <w:pStyle w:val="ListBullet"/>
        <w:spacing w:line="240" w:lineRule="auto"/>
        <w:ind w:left="720"/>
      </w:pPr>
      <w:r/>
      <w:r>
        <w:rPr>
          <w:b/>
        </w:rPr>
        <w:t>No swiping required:</w:t>
      </w:r>
      <w:r>
        <w:t xml:space="preserve"> Heyy Gay! replaces dating apps and algorithms with conversation, instinct and in-person introductions.</w:t>
      </w:r>
      <w:r/>
    </w:p>
    <w:p>
      <w:pPr>
        <w:pStyle w:val="ListBullet"/>
        <w:spacing w:line="240" w:lineRule="auto"/>
        <w:ind w:left="720"/>
      </w:pPr>
      <w:r/>
      <w:r>
        <w:rPr>
          <w:b/>
        </w:rPr>
        <w:t>Darren is the matchmaker:</w:t>
      </w:r>
      <w:r>
        <w:t xml:space="preserve"> The presenter meets each single man over coffee before searching for a suitable date around LA.</w:t>
      </w:r>
      <w:r/>
    </w:p>
    <w:p>
      <w:pPr>
        <w:pStyle w:val="ListBullet"/>
        <w:spacing w:line="240" w:lineRule="auto"/>
        <w:ind w:left="720"/>
      </w:pPr>
      <w:r/>
      <w:r>
        <w:rPr>
          <w:b/>
        </w:rPr>
        <w:t>Made for modern romantics:</w:t>
      </w:r>
      <w:r>
        <w:t xml:space="preserve"> The show taps into growing fatigue with digital dating and a renewed appetite for human connection.</w:t>
      </w:r>
      <w:r/>
    </w:p>
    <w:p>
      <w:pPr>
        <w:pStyle w:val="ListBullet"/>
        <w:spacing w:line="240" w:lineRule="auto"/>
        <w:ind w:left="720"/>
      </w:pPr>
      <w:r/>
      <w:r>
        <w:rPr>
          <w:b/>
        </w:rPr>
        <w:t>Easy to watch:</w:t>
      </w:r>
      <w:r>
        <w:t xml:space="preserve"> Episodes are available on YouTube and Instagram, making the format simple to dip into.</w:t>
      </w:r>
      <w:r/>
    </w:p>
    <w:p>
      <w:pPr>
        <w:pStyle w:val="ListBullet"/>
        <w:spacing w:line="240" w:lineRule="auto"/>
        <w:ind w:left="720"/>
      </w:pPr>
      <w:r/>
      <w:r>
        <w:rPr>
          <w:b/>
        </w:rPr>
        <w:t>A personal project:</w:t>
      </w:r>
      <w:r>
        <w:t xml:space="preserve"> Kennedy has long considered himself a natural matchmaker, giving the series a genuinely personal feel.</w:t>
      </w:r>
      <w:r/>
      <w:r/>
    </w:p>
    <w:p>
      <w:pPr>
        <w:pStyle w:val="Heading2"/>
      </w:pPr>
      <w:r>
        <w:t>Darren Kennedy is bringing back the human side of dating</w:t>
      </w:r>
      <w:r/>
    </w:p>
    <w:p>
      <w:r/>
      <w:r>
        <w:t>Dating apps have made meeting people easier, but they haven't necessarily made romance feel better. Heyy Gay! arrives with a softer, more sociable proposition: put the phone down, have a proper chat and trust someone's instincts.</w:t>
      </w:r>
      <w:r/>
    </w:p>
    <w:p>
      <w:r/>
      <w:r>
        <w:t>According to Attitude, the series was created, executive produced and hosted by Darren Kennedy, who approaches each introduction as a personal matchmaking mission. The format starts with coffee, not a profile grid, which gives the show an immediately more relaxed feel.</w:t>
      </w:r>
      <w:r/>
    </w:p>
    <w:p>
      <w:r/>
      <w:r>
        <w:t>That distinction matters. Instead of reducing attraction to photographs, prompts and compatibility scores, Kennedy gets to know the person behind the search. It's less laboratory experiment, more stylish friend setting you up at the pub.</w:t>
      </w:r>
      <w:r/>
    </w:p>
    <w:p>
      <w:pPr>
        <w:pStyle w:val="Heading2"/>
      </w:pPr>
      <w:r>
        <w:t>How Heyy Gay! works</w:t>
      </w:r>
      <w:r/>
    </w:p>
    <w:p>
      <w:r/>
      <w:r>
        <w:t>The premise is pleasingly straightforward. Kennedy meets a single gay man, listens to what he wants from a relationship and then heads out into Los Angeles to find someone who might suit him.</w:t>
      </w:r>
      <w:r/>
    </w:p>
    <w:p>
      <w:r/>
      <w:r>
        <w:t>The Pink Times describes the show as a response to the weariness many people feel around app-based dating. There are no endless swipes or mysterious disappearing acts to navigate, just a host with a good eye for chemistry and enough confidence to make the first introduction.</w:t>
      </w:r>
      <w:r/>
    </w:p>
    <w:p>
      <w:r/>
      <w:r>
        <w:t>That old-fashioned approach also creates useful tension. A match can't be carefully edited into existence when two people are meeting in the real world, and the awkward pauses can be just as revealing as the sparks.</w:t>
      </w:r>
      <w:r/>
    </w:p>
    <w:p>
      <w:pPr>
        <w:pStyle w:val="Heading2"/>
      </w:pPr>
      <w:r>
        <w:t>Why the timing feels right</w:t>
      </w:r>
      <w:r/>
    </w:p>
    <w:p>
      <w:r/>
      <w:r>
        <w:t>Heyy Gay! launched across Instagram and YouTube during Pride Month, when conversations about LGBTQ+ visibility, community and belonging were already in the spotlight. GCN reported that the show aims to celebrate a more direct, connected style of dating.</w:t>
      </w:r>
      <w:r/>
    </w:p>
    <w:p>
      <w:r/>
      <w:r>
        <w:t>The wider appeal goes beyond the LGBTQ+ dating scene. Across the romance market, audiences are showing interest in formats that feel more authentic and less polished, from candid relationship content to television matchmaking with a little more emotional honesty.</w:t>
      </w:r>
      <w:r/>
    </w:p>
    <w:p>
      <w:r/>
      <w:r>
        <w:t>Los Angeles provides the colourful backdrop, but the emotional idea is universal. Whether you're in LA, Dublin or anywhere else, most people still want to feel noticed rather than processed by an algorithm.</w:t>
      </w:r>
      <w:r/>
    </w:p>
    <w:p>
      <w:pPr>
        <w:pStyle w:val="Heading2"/>
      </w:pPr>
      <w:r>
        <w:t>Kennedy's Irish warmth is part of the appeal</w:t>
      </w:r>
      <w:r/>
    </w:p>
    <w:p>
      <w:r/>
      <w:r>
        <w:t>Kennedy isn't playing a distant presenter who hands out matches and disappears. His own career as a broadcaster and television personality gives the show confidence, while his self-described matchmaking instinct keeps it playful.</w:t>
      </w:r>
      <w:r/>
    </w:p>
    <w:p>
      <w:r/>
      <w:r>
        <w:t>According to Instinct Magazine, Kennedy has spoken about his belief that people are craving dating experiences that feel more real and personal. That sentiment gives the series its central heartbeat, rather than making it simply another dating format with a Pride-themed launch.</w:t>
      </w:r>
      <w:r/>
    </w:p>
    <w:p>
      <w:r/>
      <w:r>
        <w:t>His Irish background adds another layer of charm. There's a familiar, lightly teasing quality to the wingman role, as if a perceptive friend has decided that your romantic life needs a gentle intervention. Frankly, many of us could use one.</w:t>
      </w:r>
      <w:r/>
    </w:p>
    <w:p>
      <w:pPr>
        <w:pStyle w:val="Heading2"/>
      </w:pPr>
      <w:r>
        <w:t>What viewers can expect from the format</w:t>
      </w:r>
      <w:r/>
    </w:p>
    <w:p>
      <w:r/>
      <w:r>
        <w:t>The show's biggest strength is its simplicity. Kennedy's coffee conversation gives viewers a quick sense of the single man's personality, while the search around LA adds movement, spontaneity and the possibility of surprise.</w:t>
      </w:r>
      <w:r/>
    </w:p>
    <w:p>
      <w:r/>
      <w:r>
        <w:t>Viewers shouldn't expect every encounter to end in a grand romantic reveal. The more interesting question is whether the match feels plausible, and whether the people involved are given enough space to respond naturally.</w:t>
      </w:r>
      <w:r/>
    </w:p>
    <w:p>
      <w:r/>
      <w:r>
        <w:t>For anyone tired of dating apps, the takeaway is practical as well as entertaining: describe what you genuinely enjoy, be honest about the kind of connection you want and let trusted friends introduce you to people outside your usual orbit. Sometimes the algorithm is just your mate with good judgement.</w:t>
      </w:r>
      <w:r/>
    </w:p>
    <w:p>
      <w:pPr>
        <w:pStyle w:val="Heading2"/>
      </w:pPr>
      <w:r>
        <w:t>A small show with a bigger dating conversation</w:t>
      </w:r>
      <w:r/>
    </w:p>
    <w:p>
      <w:r/>
      <w:r>
        <w:t>Heyy Gay! arrives at a moment when digital convenience is being weighed against emotional connection. The series doesn't suggest apps are disappearing, but it does make a persuasive case for bringing curiosity, conversation and a little courage back into dating.</w:t>
      </w:r>
      <w:r/>
    </w:p>
    <w:p>
      <w:r/>
      <w:r>
        <w:t>IMDb's coverage places Kennedy's project within the growing wave of LGBTQ+ entertainment built for social platforms, where viewers can find short, accessible shows without waiting for a traditional broadcast slot. That makes the series easy to discover, share and discuss.</w:t>
      </w:r>
      <w:r/>
    </w:p>
    <w:p>
      <w:r/>
      <w:r>
        <w:t>For now, its appeal is refreshingly modest. One person, one host, one possible match and the hope that something genuine might happen. In a noisy dating world, that feels like a rather lovely place to start.</w:t>
      </w:r>
      <w:r/>
    </w:p>
    <w:p>
      <w:r/>
      <w:r>
        <w:t>Explore Heyy Gay! on YouTube and Instagram for a more human take on modern matchmaking.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1">
        <w:r>
          <w:rPr>
            <w:color w:val="0000EE"/>
            <w:u w:val="single"/>
          </w:rPr>
          <w:t>[6]</w:t>
        </w:r>
      </w:hyperlink>
      <w:r>
        <w:t xml:space="preserve">, </w:t>
      </w:r>
      <w:hyperlink r:id="rId14">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3">
        <w:r>
          <w:rPr>
            <w:color w:val="0000EE"/>
            <w:u w:val="single"/>
          </w:rPr>
          <w:t>[4]</w:t>
        </w:r>
      </w:hyperlink>
      <w:r>
        <w:t xml:space="preserve">, </w:t>
      </w:r>
      <w:hyperlink r:id="rId11">
        <w:r>
          <w:rPr>
            <w:color w:val="0000EE"/>
            <w:u w:val="single"/>
          </w:rPr>
          <w:t>[6]</w:t>
        </w:r>
      </w:hyperlink>
      <w:r>
        <w:t xml:space="preserve">- Paragraph 6: </w:t>
      </w:r>
      <w:hyperlink r:id="rId12">
        <w:r>
          <w:rPr>
            <w:color w:val="0000EE"/>
            <w:u w:val="single"/>
          </w:rPr>
          <w:t>[3]</w:t>
        </w:r>
      </w:hyperlink>
      <w:r>
        <w:t xml:space="preserve">, </w:t>
      </w:r>
      <w:hyperlink r:id="rId14">
        <w:r>
          <w:rPr>
            <w:color w:val="0000EE"/>
            <w:u w:val="single"/>
          </w:rPr>
          <w:t>[7]</w:t>
        </w:r>
      </w:hyperlink>
      <w:r>
        <w:t xml:space="preserve">- Paragraph 7: </w:t>
      </w:r>
      <w:hyperlink r:id="rId10">
        <w:r>
          <w:rPr>
            <w:color w:val="0000EE"/>
            <w:u w:val="single"/>
          </w:rPr>
          <w:t>[2]</w:t>
        </w:r>
      </w:hyperlink>
      <w:r>
        <w:t xml:space="preserve">, </w:t>
      </w:r>
      <w:hyperlink r:id="rId13">
        <w:r>
          <w:rPr>
            <w:color w:val="0000EE"/>
            <w:u w:val="single"/>
          </w:rPr>
          <w:t>[4]</w:t>
        </w:r>
      </w:hyperlink>
      <w:r>
        <w:t xml:space="preserve">- Paragraph 8: </w:t>
      </w:r>
      <w:hyperlink r:id="rId11">
        <w:r>
          <w:rPr>
            <w:color w:val="0000EE"/>
            <w:u w:val="single"/>
          </w:rPr>
          <w:t>[6]</w:t>
        </w:r>
      </w:hyperlink>
      <w:r>
        <w:t xml:space="preserve">, </w:t>
      </w:r>
      <w:hyperlink r:id="rId14">
        <w:r>
          <w:rPr>
            <w:color w:val="0000EE"/>
            <w:u w:val="single"/>
          </w:rPr>
          <w:t>[7]</w:t>
        </w:r>
      </w:hyperlink>
      <w:r>
        <w:t xml:space="preserve">- Paragraph 9: </w:t>
      </w:r>
      <w:hyperlink r:id="rId12">
        <w:r>
          <w:rPr>
            <w:color w:val="0000EE"/>
            <w:u w:val="single"/>
          </w:rPr>
          <w:t>[3]</w:t>
        </w:r>
      </w:hyperlink>
      <w:r>
        <w:t xml:space="preserve">, </w:t>
      </w:r>
      <w:hyperlink r:id="rId15">
        <w:r>
          <w:rPr>
            <w:color w:val="0000EE"/>
            <w:u w:val="single"/>
          </w:rPr>
          <w:t>[5]</w:t>
        </w:r>
      </w:hyperlink>
      <w:r>
        <w:t xml:space="preserve">- Paragraph 10: </w:t>
      </w:r>
      <w:hyperlink r:id="rId13">
        <w:r>
          <w:rPr>
            <w:color w:val="0000EE"/>
            <w:u w:val="single"/>
          </w:rPr>
          <w:t>[4]</w:t>
        </w:r>
      </w:hyperlink>
      <w:r>
        <w:t xml:space="preserve">, </w:t>
      </w:r>
      <w:hyperlink r:id="rId15">
        <w:r>
          <w:rPr>
            <w:color w:val="0000EE"/>
            <w:u w:val="single"/>
          </w:rPr>
          <w:t>[5]</w:t>
        </w:r>
      </w:hyperlink>
      <w:r>
        <w:t xml:space="preserve">- Paragraph 11: </w:t>
      </w:r>
      <w:hyperlink r:id="rId10">
        <w:r>
          <w:rPr>
            <w:color w:val="0000EE"/>
            <w:u w:val="single"/>
          </w:rPr>
          <w:t>[2]</w:t>
        </w:r>
      </w:hyperlink>
      <w:r>
        <w:t xml:space="preserve">, </w:t>
      </w:r>
      <w:hyperlink r:id="rId11">
        <w:r>
          <w:rPr>
            <w:color w:val="0000EE"/>
            <w:u w:val="single"/>
          </w:rPr>
          <w:t>[6]</w:t>
        </w:r>
      </w:hyperlink>
      <w:r>
        <w:t xml:space="preserve">- Paragraph 12: </w:t>
      </w:r>
      <w:hyperlink r:id="rId12">
        <w:r>
          <w:rPr>
            <w:color w:val="0000EE"/>
            <w:u w:val="single"/>
          </w:rPr>
          <w:t>[3]</w:t>
        </w:r>
      </w:hyperlink>
      <w:r>
        <w:t xml:space="preserve">, </w:t>
      </w:r>
      <w:hyperlink r:id="rId14">
        <w:r>
          <w:rPr>
            <w:color w:val="0000EE"/>
            <w:u w:val="single"/>
          </w:rPr>
          <w:t>[7]</w:t>
        </w:r>
      </w:hyperlink>
      <w:r>
        <w:t xml:space="preserve">- Paragraph 13: </w:t>
      </w:r>
      <w:hyperlink r:id="rId13">
        <w:r>
          <w:rPr>
            <w:color w:val="0000EE"/>
            <w:u w:val="single"/>
          </w:rPr>
          <w:t>[4]</w:t>
        </w:r>
      </w:hyperlink>
      <w:r>
        <w:t xml:space="preserve">, </w:t>
      </w:r>
      <w:hyperlink r:id="rId15">
        <w:r>
          <w:rPr>
            <w:color w:val="0000EE"/>
            <w:u w:val="single"/>
          </w:rPr>
          <w:t>[5]</w:t>
        </w:r>
      </w:hyperlink>
      <w:r>
        <w:t xml:space="preserve">- Paragraph 14: </w:t>
      </w:r>
      <w:hyperlink r:id="rId10">
        <w:r>
          <w:rPr>
            <w:color w:val="0000EE"/>
            <w:u w:val="single"/>
          </w:rPr>
          <w:t>[2]</w:t>
        </w:r>
      </w:hyperlink>
      <w:r>
        <w:t xml:space="preserve">, </w:t>
      </w:r>
      <w:hyperlink r:id="rId12">
        <w:r>
          <w:rPr>
            <w:color w:val="0000EE"/>
            <w:u w:val="single"/>
          </w:rPr>
          <w:t>[3]</w:t>
        </w:r>
      </w:hyperlink>
      <w:r>
        <w:t xml:space="preserve">- Paragraph 15: </w:t>
      </w:r>
      <w:hyperlink r:id="rId15">
        <w:r>
          <w:rPr>
            <w:color w:val="0000EE"/>
            <w:u w:val="single"/>
          </w:rPr>
          <w:t>[5]</w:t>
        </w:r>
      </w:hyperlink>
      <w:r>
        <w:t xml:space="preserve">, </w:t>
      </w:r>
      <w:hyperlink r:id="rId14">
        <w:r>
          <w:rPr>
            <w:color w:val="0000EE"/>
            <w:u w:val="single"/>
          </w:rPr>
          <w:t>[7]</w:t>
        </w:r>
      </w:hyperlink>
      <w:r>
        <w:t xml:space="preserve">- Paragraph 16: </w:t>
      </w:r>
      <w:hyperlink r:id="rId13">
        <w:r>
          <w:rPr>
            <w:color w:val="0000EE"/>
            <w:u w:val="single"/>
          </w:rPr>
          <w:t>[4]</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https://evoke.ie/2026/10/22/entertainment/styled-by-niamh-darren-kennedy</w:t>
        </w:r>
      </w:hyperlink>
      <w:r>
        <w:t xml:space="preserve"> - Please view link - unable to able to access data</w:t>
      </w:r>
      <w:r/>
    </w:p>
    <w:p>
      <w:pPr>
        <w:pStyle w:val="ListNumber"/>
        <w:spacing w:line="240" w:lineRule="auto"/>
        <w:ind w:left="720"/>
      </w:pPr>
      <w:r/>
      <w:hyperlink r:id="rId10">
        <w:r>
          <w:rPr>
            <w:color w:val="0000EE"/>
            <w:u w:val="single"/>
          </w:rPr>
          <w:t>https://lamag.com/lgbtq/pride-month-sees-a-real-world-romance-reset-with-new-lgbtq-dating-show/</w:t>
        </w:r>
      </w:hyperlink>
      <w:r>
        <w:t xml:space="preserve"> - In June 2026, Darren Kennedy launched 'Heyy Gay!', an LGBTQ+ dating show that focuses on real-life connections over online dating apps. The show premiered on Instagram and YouTube, aiming to foster authentic relationships by moving away from digital platforms. Kennedy, known for his work on 'The Six O'Clock Show', acts as a matchmaker, getting to know participants personally before introducing them to potential partners. The series is produced by MixTape Content House, co-founded by Sue Kinkead, a former executive at Reese Witherspoon’s Hello Sunshine. (</w:t>
      </w:r>
      <w:hyperlink r:id="rId16">
        <w:r>
          <w:rPr>
            <w:color w:val="0000EE"/>
            <w:u w:val="single"/>
          </w:rPr>
          <w:t>lamag.com</w:t>
        </w:r>
      </w:hyperlink>
      <w:r>
        <w:t>)</w:t>
      </w:r>
      <w:r/>
    </w:p>
    <w:p>
      <w:pPr>
        <w:pStyle w:val="ListNumber"/>
        <w:spacing w:line="240" w:lineRule="auto"/>
        <w:ind w:left="720"/>
      </w:pPr>
      <w:r/>
      <w:hyperlink r:id="rId12">
        <w:r>
          <w:rPr>
            <w:color w:val="0000EE"/>
            <w:u w:val="single"/>
          </w:rPr>
          <w:t>https://www.thepinktimes.com/article/darren-kennedys-new-gay-dating-show/</w:t>
        </w:r>
      </w:hyperlink>
      <w:r>
        <w:t xml:space="preserve"> - Darren Kennedy's 'Heyy Gay!' is a new dating show that premiered in June 2026, focusing on real-life connections rather than online dating. The show is available on YouTube and Instagram, featuring a diverse cast, including an HIV-positive single, to promote inclusivity. Kennedy, known for his role on 'The Six O'Clock Show', emphasizes the importance of human connection in dating. (</w:t>
      </w:r>
      <w:hyperlink r:id="rId17">
        <w:r>
          <w:rPr>
            <w:color w:val="0000EE"/>
            <w:u w:val="single"/>
          </w:rPr>
          <w:t>thepinktimes.com</w:t>
        </w:r>
      </w:hyperlink>
      <w:r>
        <w:t>)</w:t>
      </w:r>
      <w:r/>
    </w:p>
    <w:p>
      <w:pPr>
        <w:pStyle w:val="ListNumber"/>
        <w:spacing w:line="240" w:lineRule="auto"/>
        <w:ind w:left="720"/>
      </w:pPr>
      <w:r/>
      <w:hyperlink r:id="rId13">
        <w:r>
          <w:rPr>
            <w:color w:val="0000EE"/>
            <w:u w:val="single"/>
          </w:rPr>
          <w:t>https://gcn.ie/darren-kennedy-new-gay-dating-show/</w:t>
        </w:r>
      </w:hyperlink>
      <w:r>
        <w:t xml:space="preserve"> - Irish TV personality Darren Kennedy has launched 'Heyy Gay!', a new dating show on Instagram, focusing on real-life connections. The first episode, consisting of three parts, was released on June 14, 2026. Kennedy, who has been matchmaking for decades, aims to foster real connections in real time, moving away from online dating fatigue. (</w:t>
      </w:r>
      <w:hyperlink r:id="rId18">
        <w:r>
          <w:rPr>
            <w:color w:val="0000EE"/>
            <w:u w:val="single"/>
          </w:rPr>
          <w:t>gcn.ie</w:t>
        </w:r>
      </w:hyperlink>
      <w:r>
        <w:t>)</w:t>
      </w:r>
      <w:r/>
    </w:p>
    <w:p>
      <w:pPr>
        <w:pStyle w:val="ListNumber"/>
        <w:spacing w:line="240" w:lineRule="auto"/>
        <w:ind w:left="720"/>
      </w:pPr>
      <w:r/>
      <w:hyperlink r:id="rId15">
        <w:r>
          <w:rPr>
            <w:color w:val="0000EE"/>
            <w:u w:val="single"/>
          </w:rPr>
          <w:t>https://www.imdb.com/news/ni65884573/</w:t>
        </w:r>
      </w:hyperlink>
      <w:r>
        <w:t xml:space="preserve"> - Darren Kennedy, a TV veteran and fashion influencer, has launched 'Heyy Gay!', a new LGBTQ+ dating show premiering on YouTube and Instagram. Kennedy, known for his work on 'The Six O'Clock Show', acts as a matchmaker, aiming to create real-life connections without the use of dating apps. The series is produced by MixTape Content House, co-founded by Sue Kinkead, a former executive at Reese Witherspoon’s Hello Sunshine. (</w:t>
      </w:r>
      <w:hyperlink r:id="rId19">
        <w:r>
          <w:rPr>
            <w:color w:val="0000EE"/>
            <w:u w:val="single"/>
          </w:rPr>
          <w:t>imdb.com</w:t>
        </w:r>
      </w:hyperlink>
      <w:r>
        <w:t>)</w:t>
      </w:r>
      <w:r/>
    </w:p>
    <w:p>
      <w:pPr>
        <w:pStyle w:val="ListNumber"/>
        <w:spacing w:line="240" w:lineRule="auto"/>
        <w:ind w:left="720"/>
      </w:pPr>
      <w:r/>
      <w:hyperlink r:id="rId11">
        <w:r>
          <w:rPr>
            <w:color w:val="0000EE"/>
            <w:u w:val="single"/>
          </w:rPr>
          <w:t>https://www.attitude.co.uk/culture/darren-kennedy-new-gay-dating-show-for-pride-month-525621/</w:t>
        </w:r>
      </w:hyperlink>
      <w:r>
        <w:t xml:space="preserve"> - Darren Kennedy, fashion stylist and Irish TV personality, has launched 'Heyy Gay!', a new gay dating show to mark Pride Month 2026. The show premiered on YouTube and Instagram, focusing on real-life connections and featuring an HIV-positive single for representation. Kennedy emphasizes the importance of human connection in dating, moving away from online platforms. (</w:t>
      </w:r>
      <w:hyperlink r:id="rId20">
        <w:r>
          <w:rPr>
            <w:color w:val="0000EE"/>
            <w:u w:val="single"/>
          </w:rPr>
          <w:t>attitude.co.uk</w:t>
        </w:r>
      </w:hyperlink>
      <w:r>
        <w:t>)</w:t>
      </w:r>
      <w:r/>
    </w:p>
    <w:p>
      <w:pPr>
        <w:pStyle w:val="ListNumber"/>
        <w:spacing w:line="240" w:lineRule="auto"/>
        <w:ind w:left="720"/>
      </w:pPr>
      <w:r/>
      <w:hyperlink r:id="rId14">
        <w:r>
          <w:rPr>
            <w:color w:val="0000EE"/>
            <w:u w:val="single"/>
          </w:rPr>
          <w:t>https://instinctmagazine.com/gay-dating-darren-kennedy/</w:t>
        </w:r>
      </w:hyperlink>
      <w:r>
        <w:t xml:space="preserve"> - Darren Kennedy's 'Heyy Gay!' is a new LGBTQ+ dating series that premiered on YouTube and Instagram on June 14, 2026. The show focuses on real-life connections, moving away from online dating apps. Kennedy, known for his work on 'The Six O'Clock Show', acts as a matchmaker, aiming to create authentic relationships. The series is produced by MixTape Content House, co-founded by Sue Kinkead, a former executive at Reese Witherspoon’s Hello Sunshine. (</w:t>
      </w:r>
      <w:hyperlink r:id="rId21">
        <w:r>
          <w:rPr>
            <w:color w:val="0000EE"/>
            <w:u w:val="single"/>
          </w:rPr>
          <w:t>instinctmagazine.com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voke.ie/2026/10/22/entertainment/styled-by-niamh-darren-kennedy" TargetMode="External"/><Relationship Id="rId10" Type="http://schemas.openxmlformats.org/officeDocument/2006/relationships/hyperlink" Target="https://lamag.com/lgbtq/pride-month-sees-a-real-world-romance-reset-with-new-lgbtq-dating-show/" TargetMode="External"/><Relationship Id="rId11" Type="http://schemas.openxmlformats.org/officeDocument/2006/relationships/hyperlink" Target="https://www.attitude.co.uk/culture/darren-kennedy-new-gay-dating-show-for-pride-month-525621/" TargetMode="External"/><Relationship Id="rId12" Type="http://schemas.openxmlformats.org/officeDocument/2006/relationships/hyperlink" Target="https://www.thepinktimes.com/article/darren-kennedys-new-gay-dating-show/" TargetMode="External"/><Relationship Id="rId13" Type="http://schemas.openxmlformats.org/officeDocument/2006/relationships/hyperlink" Target="https://gcn.ie/darren-kennedy-new-gay-dating-show/" TargetMode="External"/><Relationship Id="rId14" Type="http://schemas.openxmlformats.org/officeDocument/2006/relationships/hyperlink" Target="https://instinctmagazine.com/gay-dating-darren-kennedy/" TargetMode="External"/><Relationship Id="rId15" Type="http://schemas.openxmlformats.org/officeDocument/2006/relationships/hyperlink" Target="https://www.imdb.com/news/ni65884573/" TargetMode="External"/><Relationship Id="rId16" Type="http://schemas.openxmlformats.org/officeDocument/2006/relationships/hyperlink" Target="https://lamag.com/lgbtq/pride-month-sees-a-real-world-romance-reset-with-new-lgbtq-dating-show/?utm_source=openai" TargetMode="External"/><Relationship Id="rId17" Type="http://schemas.openxmlformats.org/officeDocument/2006/relationships/hyperlink" Target="https://www.thepinktimes.com/article/darren-kennedys-new-gay-dating-show/?utm_source=openai" TargetMode="External"/><Relationship Id="rId18" Type="http://schemas.openxmlformats.org/officeDocument/2006/relationships/hyperlink" Target="https://gcn.ie/darren-kennedy-new-gay-dating-show/?utm_source=openai" TargetMode="External"/><Relationship Id="rId19" Type="http://schemas.openxmlformats.org/officeDocument/2006/relationships/hyperlink" Target="https://www.imdb.com/news/ni65884573/?utm_source=openai" TargetMode="External"/><Relationship Id="rId20" Type="http://schemas.openxmlformats.org/officeDocument/2006/relationships/hyperlink" Target="https://www.attitude.co.uk/culture/darren-kennedy-new-gay-dating-show-for-pride-month-525621/?utm_source=openai" TargetMode="External"/><Relationship Id="rId21" Type="http://schemas.openxmlformats.org/officeDocument/2006/relationships/hyperlink" Target="https://instinctmagazine.com/gay-dating-darren-kennedy/?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