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Mubi Fest Buenos Aires guide for adventurous film lovers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in Buenos Aires are swapping streaming sofas for packed cinemas, lively talks and a weekend of beautifully unpredictable discoveries. Mubi Fest brings the platform's carefully chosen taste into the city, offering a practical route through screenings, venues and surrounding cultural plans for anyone keen to make the most of this buzzy cinema event.</w:t>
      </w:r>
      <w:r/>
    </w:p>
    <w:p>
      <w:pPr>
        <w:pStyle w:val="Heading2"/>
      </w:pPr>
      <w:r>
        <w:t>Essential Takeaways</w:t>
      </w:r>
      <w:r/>
      <w:r/>
    </w:p>
    <w:p>
      <w:pPr>
        <w:pStyle w:val="ListBullet"/>
        <w:spacing w:line="240" w:lineRule="auto"/>
        <w:ind w:left="720"/>
      </w:pPr>
      <w:r/>
      <w:r>
        <w:rPr>
          <w:b/>
        </w:rPr>
        <w:t>A cinema-first weekend:</w:t>
      </w:r>
      <w:r>
        <w:t xml:space="preserve"> Mubi Fest combines feature films, shorts, talks and live activities across Buenos Aires venues.</w:t>
      </w:r>
      <w:r/>
    </w:p>
    <w:p>
      <w:pPr>
        <w:pStyle w:val="ListBullet"/>
        <w:spacing w:line="240" w:lineRule="auto"/>
        <w:ind w:left="720"/>
      </w:pPr>
      <w:r/>
      <w:r>
        <w:rPr>
          <w:b/>
        </w:rPr>
        <w:t>More than hidden gems:</w:t>
      </w:r>
      <w:r>
        <w:t xml:space="preserve"> The programme balances emerging filmmakers with established names and local cultural favourites.</w:t>
      </w:r>
      <w:r/>
    </w:p>
    <w:p>
      <w:pPr>
        <w:pStyle w:val="ListBullet"/>
        <w:spacing w:line="240" w:lineRule="auto"/>
        <w:ind w:left="720"/>
      </w:pPr>
      <w:r/>
      <w:r>
        <w:rPr>
          <w:b/>
        </w:rPr>
        <w:t>Plan by neighbourhood:</w:t>
      </w:r>
      <w:r>
        <w:t xml:space="preserve"> Chacarita and Recoleta are useful starting points, but the wider city is part of the experience.</w:t>
      </w:r>
      <w:r/>
    </w:p>
    <w:p>
      <w:pPr>
        <w:pStyle w:val="ListBullet"/>
        <w:spacing w:line="240" w:lineRule="auto"/>
        <w:ind w:left="720"/>
      </w:pPr>
      <w:r/>
      <w:r>
        <w:rPr>
          <w:b/>
        </w:rPr>
        <w:t>Check before travelling:</w:t>
      </w:r>
      <w:r>
        <w:t xml:space="preserve"> Film times, venues, tickets and free activities can vary, so confirm the latest details online.</w:t>
      </w:r>
      <w:r/>
    </w:p>
    <w:p>
      <w:pPr>
        <w:pStyle w:val="ListBullet"/>
        <w:spacing w:line="240" w:lineRule="auto"/>
        <w:ind w:left="720"/>
      </w:pPr>
      <w:r/>
      <w:r>
        <w:rPr>
          <w:b/>
        </w:rPr>
        <w:t>Expect variety:</w:t>
      </w:r>
      <w:r>
        <w:t xml:space="preserve"> From bold new cinema to archive discoveries, the festival rewards curiosity and a flexible schedule.</w:t>
      </w:r>
      <w:r/>
      <w:r/>
    </w:p>
    <w:p>
      <w:pPr>
        <w:pStyle w:val="Heading2"/>
      </w:pPr>
      <w:r>
        <w:t>Why Mubi Fest Buenos Aires feels different</w:t>
      </w:r>
      <w:r/>
    </w:p>
    <w:p>
      <w:r/>
      <w:r>
        <w:t>The best thing about Mubi Fest Buenos Aires is that it turns film discovery into a proper outing. Rather than watching one carefully selected title alone at home, audiences can move between screenings, conversations, music and the particular hum of a cinema crowd.</w:t>
      </w:r>
      <w:r/>
    </w:p>
    <w:p>
      <w:r/>
      <w:r>
        <w:t>The festival was presented as the first event of its kind organised by the streaming platform, giving Mubi's recognisable editorial personality a physical home in Buenos Aires. As Ambito reported, the concept was designed to bring the service's film culture into cinemas rather than leave it confined to an app.</w:t>
      </w:r>
      <w:r/>
    </w:p>
    <w:p>
      <w:r/>
      <w:r>
        <w:t>That makes the event feel less like a standard promotional tour and more like a small cinematic city within the city. You might arrive for one film and leave with three new directors on your watchlist.</w:t>
      </w:r>
      <w:r/>
    </w:p>
    <w:p>
      <w:pPr>
        <w:pStyle w:val="Heading2"/>
      </w:pPr>
      <w:r>
        <w:t>What can audiences see?</w:t>
      </w:r>
      <w:r/>
    </w:p>
    <w:p>
      <w:r/>
      <w:r>
        <w:t>The programme brings together new releases, acclaimed international work, local titles and film-history curiosities. Coverage from Micropsiacine and Otros Cines highlighted the breadth of the selection, with the line-up moving comfortably between contemporary discoveries and films with a strong place in cinema culture.</w:t>
      </w:r>
      <w:r/>
    </w:p>
    <w:p>
      <w:r/>
      <w:r>
        <w:t>Among the titles associated with the Buenos Aires programme are The Mysterious Gaze of the Flamingo, Eruptja and La casa del ángel, alongside short films by Agnès Varda. That mix is important because it keeps the festival from feeling too narrowly defined: there are polished crowd-pleasers, challenging works and plenty of opportunities to take a thoughtful risk.</w:t>
      </w:r>
      <w:r/>
    </w:p>
    <w:p>
      <w:r/>
      <w:r>
        <w:t>For newcomers, the easiest approach is to choose one familiar anchor, perhaps a director or genre you already like, then add a wildcard. Mubi's appeal has always rested on the pleasure of finding something unexpected, so a completely over-planned itinerary may miss the point.</w:t>
      </w:r>
      <w:r/>
    </w:p>
    <w:p>
      <w:pPr>
        <w:pStyle w:val="Heading2"/>
      </w:pPr>
      <w:r>
        <w:t>Venues make the city part of the programme</w:t>
      </w:r>
      <w:r/>
    </w:p>
    <w:p>
      <w:r/>
      <w:r>
        <w:t>Mubi Fest Buenos Aires uses venues including Cinépolis Houssay and U.House, creating a route that links film-going with the city's broader cultural life. Arthaus' event listing also positioned the festival as a meeting point for screenings and related activities, rather than a simple sequence of ticketed sessions.</w:t>
      </w:r>
      <w:r/>
    </w:p>
    <w:p>
      <w:r/>
      <w:r>
        <w:t>That matters practically. Buenos Aires is generous with cultural distractions, but travel time can quickly turn a promising day into a stressful one. Group nearby screenings together, allow room for queues and avoid booking back-to-back sessions in distant neighbourhoods unless you're genuinely committed to the journey.</w:t>
      </w:r>
      <w:r/>
    </w:p>
    <w:p>
      <w:r/>
      <w:r>
        <w:t>Chacarita and Recoleta also lend themselves to a relaxed pre- or post-film wander. A quiet coffee, a bookshop stop or an unplanned detour can be just as memorable as the screening itself, especially when the weather decides to behave badly.</w:t>
      </w:r>
      <w:r/>
    </w:p>
    <w:p>
      <w:pPr>
        <w:pStyle w:val="Heading2"/>
      </w:pPr>
      <w:r>
        <w:t>Talks and free events add extra value</w:t>
      </w:r>
      <w:r/>
    </w:p>
    <w:p>
      <w:r/>
      <w:r>
        <w:t>The festival's appeal isn't limited to the cinema seat. The wider programme includes conversations with filmmakers and cultural figures, as well as music and other free activities, giving visitors more ways to dip in without committing to a full day of films.</w:t>
      </w:r>
      <w:r/>
    </w:p>
    <w:p>
      <w:r/>
      <w:r>
        <w:t>According to the event information and programme coverage, audiences could find talks with figures including Laura Casabé and Luciano Lamberti, plus live performances from Ekathé and HTML. These additions give the festival a more social, open-door character, which is useful for people who love cinema but don't necessarily want to spend every hour in the dark.</w:t>
      </w:r>
      <w:r/>
    </w:p>
    <w:p>
      <w:r/>
      <w:r>
        <w:t>If you're watching your budget, check the free listings first, then build a paid screening around them. It's a simple way to enjoy the atmosphere without turning the weekend into an expensive marathon.</w:t>
      </w:r>
      <w:r/>
    </w:p>
    <w:p>
      <w:pPr>
        <w:pStyle w:val="Heading2"/>
      </w:pPr>
      <w:r>
        <w:t>How to plan the perfect Mubi Fest day</w:t>
      </w:r>
      <w:r/>
    </w:p>
    <w:p>
      <w:r/>
      <w:r>
        <w:t>Start by checking the official schedule rather than relying on a broad festival overview. Film lengths, access arrangements and ticket requirements can differ, and popular sessions may be less forgiving than an afternoon talk or free event.</w:t>
      </w:r>
      <w:r/>
    </w:p>
    <w:p>
      <w:r/>
      <w:r>
        <w:t>Then choose a theme. You could follow one filmmaker, focus on new Latin American cinema, pair a classic with a contemporary title or simply make the day about one neighbourhood. That approach feels more enjoyable than racing across Buenos Aires in pursuit of every last screening.</w:t>
      </w:r>
      <w:r/>
    </w:p>
    <w:p>
      <w:r/>
      <w:r>
        <w:t>Most importantly, leave breathing space. Mubi Fest works best when there's room for a recommendation from another attendee, a last-minute change of plan or the film that wasn't on your original list. Sometimes the most rewarding ticket is the one you nearly didn't buy.</w:t>
      </w:r>
      <w:r/>
    </w:p>
    <w:p>
      <w:r/>
      <w:r>
        <w:t>Mubi Fest Buenos Aires turns streaming taste into a shared, walkable cinema adventure.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https://findeclub.substack.com/p/no-es-otro-newsletter-hablando-del</w:t>
        </w:r>
      </w:hyperlink>
      <w:r>
        <w:t xml:space="preserve"> - Please view link - unable to able to access data</w:t>
      </w:r>
      <w:r/>
    </w:p>
    <w:p>
      <w:pPr>
        <w:pStyle w:val="ListNumber"/>
        <w:spacing w:line="240" w:lineRule="auto"/>
        <w:ind w:left="720"/>
      </w:pPr>
      <w:r/>
      <w:hyperlink r:id="rId10">
        <w:r>
          <w:rPr>
            <w:color w:val="0000EE"/>
            <w:u w:val="single"/>
          </w:rPr>
          <w:t>https://arthaus.ar/events/mubi-fest-buenos-aires/</w:t>
        </w:r>
      </w:hyperlink>
      <w:r>
        <w:t xml:space="preserve"> - The inaugural MUBI Fest Buenos Aires took place from September 15 to 17, 2023, at ArtHaus, a contemporary creation centre in Buenos Aires. The festival showcased seven films, including Lucrecia Martel's 'La ciénaga' and the Argentine premiere of Pedro Almodóvar's short film 'Extraña forma de vida', featuring Ethan Hawke and Pedro Pascal. This event was part of a regional initiative, with editions also held in Bogotá, Mexico City, Santiago, and São Paulo. (</w:t>
      </w:r>
      <w:hyperlink r:id="rId14">
        <w:r>
          <w:rPr>
            <w:color w:val="0000EE"/>
            <w:u w:val="single"/>
          </w:rPr>
          <w:t>arthaus.ar</w:t>
        </w:r>
      </w:hyperlink>
      <w:r>
        <w:t>)</w:t>
      </w:r>
      <w:r/>
    </w:p>
    <w:p>
      <w:pPr>
        <w:pStyle w:val="ListNumber"/>
        <w:spacing w:line="240" w:lineRule="auto"/>
        <w:ind w:left="720"/>
      </w:pPr>
      <w:r/>
      <w:hyperlink r:id="rId12">
        <w:r>
          <w:rPr>
            <w:color w:val="0000EE"/>
            <w:u w:val="single"/>
          </w:rPr>
          <w:t>https://www.micropsiacine.com/2023/09/mubi-fest-criticas-de-toda-la-programacion/</w:t>
        </w:r>
      </w:hyperlink>
      <w:r>
        <w:t xml:space="preserve"> - The MUBI Fest Buenos Aires, held from September 15 to 17, 2023, at ArtHaus, featured a selection of acclaimed international films. The programme included Pedro Almodóvar's 'Extraña forma de vida', Charlotte Wells' 'Aftersun', Lucrecia Martel's 'La ciénaga', Wong Kar-wai's 'Chungking Express', David Cronenberg's 'Crimes of the Future', and Lukas Dhont's 'Close'. The festival aimed to transcend streaming boundaries and was part of a regional initiative with editions in Bogotá, Mexico City, Santiago, and São Paulo. (</w:t>
      </w:r>
      <w:hyperlink r:id="rId15">
        <w:r>
          <w:rPr>
            <w:color w:val="0000EE"/>
            <w:u w:val="single"/>
          </w:rPr>
          <w:t>micropsiacine.com</w:t>
        </w:r>
      </w:hyperlink>
      <w:r>
        <w:t>)</w:t>
      </w:r>
      <w:r/>
    </w:p>
    <w:p>
      <w:pPr>
        <w:pStyle w:val="ListNumber"/>
        <w:spacing w:line="240" w:lineRule="auto"/>
        <w:ind w:left="720"/>
      </w:pPr>
      <w:r/>
      <w:hyperlink r:id="rId11">
        <w:r>
          <w:rPr>
            <w:color w:val="0000EE"/>
            <w:u w:val="single"/>
          </w:rPr>
          <w:t>https://www.ambito.com/espectaculos/llega-mubi-fest-buenos-aires-primer-festival-cine-organizado-la-plataforma-streaming-n5808066</w:t>
        </w:r>
      </w:hyperlink>
      <w:r>
        <w:t xml:space="preserve"> - MUBI Fest Buenos Aires, the first film festival organised by the streaming platform, was held from September 15 to 17, 2023, at ArtHaus, a contemporary creation centre in Buenos Aires. The festival featured seven films, including Lucrecia Martel's 'La ciénaga' and the Argentine premiere of Pedro Almodóvar's short film 'Extraña forma de vida', starring Ethan Hawke and Pedro Pascal. This event was part of a regional initiative, with editions also held in Bogotá, Mexico City, Santiago, and São Paulo. (</w:t>
      </w:r>
      <w:hyperlink r:id="rId16">
        <w:r>
          <w:rPr>
            <w:color w:val="0000EE"/>
            <w:u w:val="single"/>
          </w:rPr>
          <w:t>ambito.com</w:t>
        </w:r>
      </w:hyperlink>
      <w:r>
        <w:t>)</w:t>
      </w:r>
      <w:r/>
    </w:p>
    <w:p>
      <w:pPr>
        <w:pStyle w:val="ListNumber"/>
        <w:spacing w:line="240" w:lineRule="auto"/>
        <w:ind w:left="720"/>
      </w:pPr>
      <w:r/>
      <w:hyperlink r:id="rId13">
        <w:r>
          <w:rPr>
            <w:color w:val="0000EE"/>
            <w:u w:val="single"/>
          </w:rPr>
          <w:t>https://www.otroscines.com/nota-19469-toda-la-programacion-del-mubi-fest-buenos-aires</w:t>
        </w:r>
      </w:hyperlink>
      <w:r>
        <w:t xml:space="preserve"> - The MUBI Fest Buenos Aires, held from September 15 to 17, 2023, at ArtHaus, presented a diverse programme of international films. Highlights included Pedro Almodóvar's 'Extraña forma de vida', Charlotte Wells' 'Aftersun', Lucrecia Martel's 'La ciénaga', Wong Kar-wai's 'Chungking Express', David Cronenberg's 'Crimes of the Future', and Lukas Dhont's 'Close'. The festival aimed to transcend streaming boundaries and was part of a regional initiative with editions in Bogotá, Mexico City, Santiago, and São Paulo. (</w:t>
      </w:r>
      <w:hyperlink r:id="rId17">
        <w:r>
          <w:rPr>
            <w:color w:val="0000EE"/>
            <w:u w:val="single"/>
          </w:rPr>
          <w:t>otroscines.com</w:t>
        </w:r>
      </w:hyperlink>
      <w:r>
        <w:t>)</w:t>
      </w:r>
      <w:r/>
    </w:p>
    <w:p>
      <w:pPr>
        <w:pStyle w:val="ListNumber"/>
        <w:spacing w:line="240" w:lineRule="auto"/>
        <w:ind w:left="720"/>
      </w:pPr>
      <w:r/>
      <w:hyperlink r:id="rId18">
        <w:r>
          <w:rPr>
            <w:color w:val="0000EE"/>
            <w:u w:val="single"/>
          </w:rPr>
          <w:t>https://www.youtube.com/watch?v=GiR6CPkyHCA</w:t>
        </w:r>
      </w:hyperlink>
      <w:r>
        <w:t xml:space="preserve"> - The official trailer for MUBI FEST 2024, released on June 6, 2024, highlights the festival's curated experience of contemporary culture, with great cinema at its heart. The trailer showcases the festival's global reach, featuring events in cities such as Manchester, Mexico City, São Paulo, Chicago, Bogotá, Buenos Aires, Santiago, Milan, and Istanbul. The video provides a glimpse into the festival's diverse programming and immersive experiences. (</w:t>
      </w:r>
      <w:hyperlink r:id="rId19">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ndeclub.substack.com/p/no-es-otro-newsletter-hablando-del" TargetMode="External"/><Relationship Id="rId10" Type="http://schemas.openxmlformats.org/officeDocument/2006/relationships/hyperlink" Target="https://arthaus.ar/events/mubi-fest-buenos-aires/" TargetMode="External"/><Relationship Id="rId11" Type="http://schemas.openxmlformats.org/officeDocument/2006/relationships/hyperlink" Target="https://www.ambito.com/espectaculos/llega-mubi-fest-buenos-aires-primer-festival-cine-organizado-la-plataforma-streaming-n5808066" TargetMode="External"/><Relationship Id="rId12" Type="http://schemas.openxmlformats.org/officeDocument/2006/relationships/hyperlink" Target="https://www.micropsiacine.com/2023/09/mubi-fest-criticas-de-toda-la-programacion/" TargetMode="External"/><Relationship Id="rId13" Type="http://schemas.openxmlformats.org/officeDocument/2006/relationships/hyperlink" Target="https://www.otroscines.com/nota-19469-toda-la-programacion-del-mubi-fest-buenos-aires" TargetMode="External"/><Relationship Id="rId14" Type="http://schemas.openxmlformats.org/officeDocument/2006/relationships/hyperlink" Target="https://arthaus.ar/events/mubi-fest-buenos-aires/?utm_source=openai" TargetMode="External"/><Relationship Id="rId15" Type="http://schemas.openxmlformats.org/officeDocument/2006/relationships/hyperlink" Target="https://www.micropsiacine.com/2023/09/mubi-fest-criticas-de-toda-la-programacion/?utm_source=openai" TargetMode="External"/><Relationship Id="rId16" Type="http://schemas.openxmlformats.org/officeDocument/2006/relationships/hyperlink" Target="https://www.ambito.com/espectaculos/llega-mubi-fest-buenos-aires-primer-festival-cine-organizado-la-plataforma-streaming-n5808066?utm_source=openai" TargetMode="External"/><Relationship Id="rId17" Type="http://schemas.openxmlformats.org/officeDocument/2006/relationships/hyperlink" Target="https://www.otroscines.com/nota-19469-toda-la-programacion-del-mubi-fest-buenos-aires?utm_source=openai" TargetMode="External"/><Relationship Id="rId18" Type="http://schemas.openxmlformats.org/officeDocument/2006/relationships/hyperlink" Target="https://www.youtube.com/watch?v=GiR6CPkyHCA" TargetMode="External"/><Relationship Id="rId19" Type="http://schemas.openxmlformats.org/officeDocument/2006/relationships/hyperlink" Target="https://www.youtube.com/watch?v=GiR6CPkyHCA&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