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Costume Ideas for 2026 Parties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partygoers are looking beyond predictable fancy dress for LGBTQ+ Halloween costume ideas in 2026, mixing pop-culture drama, horror, drag and wonderfully niche references. From hockey-inspired couples’ looks to glittering K-pop fantasy, this year’s strongest costumes are expressive, playful and easy to personalise.</w:t>
      </w:r>
      <w:r/>
    </w:p>
    <w:p>
      <w:pPr>
        <w:pStyle w:val="Heading2"/>
      </w:pPr>
      <w:r>
        <w:t>Essential Takeaways</w:t>
      </w:r>
      <w:r/>
      <w:r/>
    </w:p>
    <w:p>
      <w:pPr>
        <w:pStyle w:val="ListBullet"/>
        <w:spacing w:line="240" w:lineRule="auto"/>
        <w:ind w:left="720"/>
      </w:pPr>
      <w:r/>
      <w:r>
        <w:rPr>
          <w:b/>
        </w:rPr>
        <w:t>Pop culture leads:</w:t>
      </w:r>
      <w:r>
        <w:t xml:space="preserve"> Heated Rivalry and KPop Demon Hunters offer timely, recognisable inspiration.</w:t>
      </w:r>
      <w:r/>
    </w:p>
    <w:p>
      <w:pPr>
        <w:pStyle w:val="ListBullet"/>
        <w:spacing w:line="240" w:lineRule="auto"/>
        <w:ind w:left="720"/>
      </w:pPr>
      <w:r/>
      <w:r>
        <w:rPr>
          <w:b/>
        </w:rPr>
        <w:t>Couples have options:</w:t>
      </w:r>
      <w:r>
        <w:t xml:space="preserve"> Try contrasting pairings rather than identical outfits, from heroes and villains to glamorous vampires.</w:t>
      </w:r>
      <w:r/>
    </w:p>
    <w:p>
      <w:pPr>
        <w:pStyle w:val="ListBullet"/>
        <w:spacing w:line="240" w:lineRule="auto"/>
        <w:ind w:left="720"/>
      </w:pPr>
      <w:r/>
      <w:r>
        <w:rPr>
          <w:b/>
        </w:rPr>
        <w:t>Horror remains flexible:</w:t>
      </w:r>
      <w:r>
        <w:t xml:space="preserve"> Ghostface, Wednesday Addams and Elvira can be styled as scary, sexy or camp.</w:t>
      </w:r>
      <w:r/>
    </w:p>
    <w:p>
      <w:pPr>
        <w:pStyle w:val="ListBullet"/>
        <w:spacing w:line="240" w:lineRule="auto"/>
        <w:ind w:left="720"/>
      </w:pPr>
      <w:r/>
      <w:r>
        <w:rPr>
          <w:b/>
        </w:rPr>
        <w:t>Specificity is a strength:</w:t>
      </w:r>
      <w:r>
        <w:t xml:space="preserve"> A niche meme or television reference can make the most memorable costume.</w:t>
      </w:r>
      <w:r/>
    </w:p>
    <w:p>
      <w:pPr>
        <w:pStyle w:val="ListBullet"/>
        <w:spacing w:line="240" w:lineRule="auto"/>
        <w:ind w:left="720"/>
      </w:pPr>
      <w:r/>
      <w:r>
        <w:rPr>
          <w:b/>
        </w:rPr>
        <w:t>Commitment beats cost:</w:t>
      </w:r>
      <w:r>
        <w:t xml:space="preserve"> Strong styling, confidence and a few clever accessories often matter more than a pricey outfit.</w:t>
      </w:r>
      <w:r/>
      <w:r/>
    </w:p>
    <w:p>
      <w:pPr>
        <w:pStyle w:val="Heading2"/>
      </w:pPr>
      <w:r>
        <w:t>Pop-culture costumes are having their main-character moment</w:t>
      </w:r>
      <w:r/>
    </w:p>
    <w:p>
      <w:r/>
      <w:r>
        <w:t>The strongest LGBTQ+ Halloween costume ideas for 2026 are less about buying a complete outfit and more about capturing a recognisable mood. A hockey jersey, sharp jacket or dramatic pair of sunglasses can do plenty of heavy lifting when the reference is clear.</w:t>
      </w:r>
      <w:r/>
    </w:p>
    <w:p>
      <w:r/>
      <w:r>
        <w:t>Heated Rivalry is an obvious example. The series lends itself to solo costumes, couples’ looks and low-effort interpretations that still feel current. According to PinkNews, the title is among the pop-culture references attracting attention for this Halloween season.</w:t>
      </w:r>
      <w:r/>
    </w:p>
    <w:p>
      <w:r/>
      <w:r>
        <w:t>For couples, the appeal is simple: each person can look distinctive alone, but the connection becomes obvious when they arrive together. That’s a much better result than two identical costumes that blur into one another.</w:t>
      </w:r>
      <w:r/>
    </w:p>
    <w:p>
      <w:pPr>
        <w:pStyle w:val="Heading2"/>
      </w:pPr>
      <w:r>
        <w:t>K-pop fantasy brings colour, sparkle and supernatural drama</w:t>
      </w:r>
      <w:r/>
    </w:p>
    <w:p>
      <w:r/>
      <w:r>
        <w:t>KPop Demon Hunters offers a very different route, combining concert glamour with animated action and supernatural energy. The result is ideal for groups, particularly when friends want coordinated outfits without looking like they’ve all ordered the same costume online.</w:t>
      </w:r>
      <w:r/>
    </w:p>
    <w:p>
      <w:r/>
      <w:r>
        <w:t>Think bold hair, vivid performance styling, statement make-up and carefully chosen accessories. You don’t need to recreate every detail. A strong colour palette and one or two unmistakable elements can make the idea land.</w:t>
      </w:r>
      <w:r/>
    </w:p>
    <w:p>
      <w:r/>
      <w:r>
        <w:t>Modern costume guides increasingly favour character-led styling over generic fancy dress, and that’s good news for anyone working with a budget. A thrifted jacket, platform boots and glitter can transform a basic outfit surprisingly quickly.</w:t>
      </w:r>
      <w:r/>
    </w:p>
    <w:p>
      <w:pPr>
        <w:pStyle w:val="Heading2"/>
      </w:pPr>
      <w:r>
        <w:t>Horror still gives queer Halloween plenty of room to play</w:t>
      </w:r>
      <w:r/>
    </w:p>
    <w:p>
      <w:r/>
      <w:r>
        <w:t>Horror costumes remain dependable because they can be adjusted to suit almost any personality. Ghostface can become sleek and fashion-forward, while Wednesday Addams works equally well as a faithful character look or a more theatrical, grown-up interpretation.</w:t>
      </w:r>
      <w:r/>
    </w:p>
    <w:p>
      <w:r/>
      <w:r>
        <w:t>Elvira, Ursula, Cruella and the Sanderson sisters offer similar flexibility. Go frightening, glamorous, camp or deliberately ridiculous. The beauty is that the same character can look completely different depending on the styling.</w:t>
      </w:r>
      <w:r/>
    </w:p>
    <w:p>
      <w:r/>
      <w:r>
        <w:t>That versatility is especially useful if you’re putting together one of the best LGBTQ+ Halloween costume ideas for a mixed group. Some guests may want blood and prosthetics, while others would rather serve polished villainy. Horror comfortably accommodates both.</w:t>
      </w:r>
      <w:r/>
    </w:p>
    <w:p>
      <w:pPr>
        <w:pStyle w:val="Heading2"/>
      </w:pPr>
      <w:r>
        <w:t>Couples’ costumes work best with contrast</w:t>
      </w:r>
      <w:r/>
    </w:p>
    <w:p>
      <w:r/>
      <w:r>
        <w:t>The most successful couples’ costumes don’t always match. They answer one another instead, creating a visual story that’s easy to understand without sacrificing individual style.</w:t>
      </w:r>
      <w:r/>
    </w:p>
    <w:p>
      <w:r/>
      <w:r>
        <w:t>Costume retailers suggest options such as Harley Quinn and Poison Ivy, angel and devil, vampire and hunter, or Batman and Robin. Two vampires with different personalities can be just as effective, particularly if one goes sleek and minimalist while the other embraces velvet, lace and dramatic accessories.</w:t>
      </w:r>
      <w:r/>
    </w:p>
    <w:p>
      <w:r/>
      <w:r>
        <w:t>When choosing a pair, start with what each person actually enjoys wearing. If one partner hates wigs and the other loves elaborate make-up, build around that difference. Comfort matters too, especially if the evening involves dancing, walking or a long queue outside a busy venue.</w:t>
      </w:r>
      <w:r/>
    </w:p>
    <w:p>
      <w:pPr>
        <w:pStyle w:val="Heading2"/>
      </w:pPr>
      <w:r>
        <w:t>The best niche costumes make people work for it</w:t>
      </w:r>
      <w:r/>
    </w:p>
    <w:p>
      <w:r/>
      <w:r>
        <w:t>There’s a special pleasure in wearing a costume that only a handful of people recognise. A specific reality-TV moment, internet joke or television scene may confuse most of the room, but the right person will understand instantly.</w:t>
      </w:r>
      <w:r/>
    </w:p>
    <w:p>
      <w:r/>
      <w:r>
        <w:t>That delayed reaction is part of the fun. Jibbi’s LGBTQ+ costume coverage highlights the appeal of highly specific references, particularly for partygoers who’d rather create a conversation than simply wear the season’s most obvious character.</w:t>
      </w:r>
      <w:r/>
    </w:p>
    <w:p>
      <w:r/>
      <w:r>
        <w:t>The trick is to include a visual clue without explaining everything immediately. A prop, hairstyle or carefully chosen phrase can help the costume reveal itself. And if nobody gets it, you’ve still got a good story to tell.</w:t>
      </w:r>
      <w:r/>
    </w:p>
    <w:p>
      <w:pPr>
        <w:pStyle w:val="Heading2"/>
      </w:pPr>
      <w:r>
        <w:t>Drag is a styling philosophy, not just a costume</w:t>
      </w:r>
      <w:r/>
    </w:p>
    <w:p>
      <w:r/>
      <w:r>
        <w:t>Halloween and drag share the same essential instruction: more is usually more. Bigger hair, stronger lashes, brighter sparkle and a sharper silhouette can turn an ordinary idea into a full look.</w:t>
      </w:r>
      <w:r/>
    </w:p>
    <w:p>
      <w:r/>
      <w:r>
        <w:t>You don’t have to copy a particular performer. Instead, borrow the attitude. A horror queen, celebrity-inspired diva or exaggerated comic-book villain can all work, especially when the make-up and accessories are treated as part of the character rather than last-minute extras.</w:t>
      </w:r>
      <w:r/>
    </w:p>
    <w:p>
      <w:r/>
      <w:r>
        <w:t>Before committing to towering shoes or an elaborate headpiece, test the outfit at home. A costume that looks spectacular but becomes painful after half an hour won’t feel quite so fabulous by midnight.</w:t>
      </w:r>
      <w:r/>
    </w:p>
    <w:p>
      <w:pPr>
        <w:pStyle w:val="Heading2"/>
      </w:pPr>
      <w:r>
        <w:t>Make a sexy costume feel like yours</w:t>
      </w:r>
      <w:r/>
    </w:p>
    <w:p>
      <w:r/>
      <w:r>
        <w:t>Sexy costumes are still part of Halloween, but the most memorable versions usually have a point of view. A cowboy, tennis player, firefighter, pirate, gladiator or rock star becomes more interesting when the styling reflects the wearer’s personality.</w:t>
      </w:r>
      <w:r/>
    </w:p>
    <w:p>
      <w:r/>
      <w:r>
        <w:t>That might mean a dramatic coat, unusual make-up, a theatrical prop or a deliberately overdone silhouette. The aim isn’t simply to wear less. It’s to make the whole look feel intentional.</w:t>
      </w:r>
      <w:r/>
    </w:p>
    <w:p>
      <w:r/>
      <w:r>
        <w:t>Couples’ costume guides also point towards familiar pairings that can be adapted for different body types and tastes. Choose something you’ll enjoy inhabiting, then add the detail that makes it unmistakably yours. Your confidence will do more than another expensive accessory.</w:t>
      </w:r>
      <w:r/>
    </w:p>
    <w:p>
      <w:r/>
      <w:r>
        <w:t>Halloween rewards commitment above all else. Pick the idea you can’t stop thinking about, then give it the full treatment.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[5]</w:t>
        </w:r>
      </w:hyperlink>
      <w:r>
        <w:t xml:space="preserve">- Paragraph 5: </w:t>
      </w:r>
      <w:hyperlink r:id="rId12">
        <w:r>
          <w:rPr>
            <w:color w:val="0000EE"/>
            <w:u w:val="single"/>
          </w:rPr>
          <w:t>[6]</w:t>
        </w:r>
      </w:hyperlink>
      <w:r>
        <w:t xml:space="preserve">, </w:t>
      </w:r>
      <w:hyperlink r:id="rId14">
        <w:r>
          <w:rPr>
            <w:color w:val="0000EE"/>
            <w:u w:val="single"/>
          </w:rPr>
          <w:t>[7]</w:t>
        </w:r>
      </w:hyperlink>
      <w:r>
        <w:t xml:space="preserve">- Paragraph 6: </w:t>
      </w:r>
      <w:hyperlink r:id="rId13">
        <w:r>
          <w:rPr>
            <w:color w:val="0000EE"/>
            <w:u w:val="single"/>
          </w:rPr>
          <w:t>[3]</w:t>
        </w:r>
      </w:hyperlink>
      <w:r>
        <w:t xml:space="preserve">, </w:t>
      </w:r>
      <w:hyperlink r:id="rId15">
        <w:r>
          <w:rPr>
            <w:color w:val="0000EE"/>
            <w:u w:val="single"/>
          </w:rPr>
          <w:t>[5]</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15">
        <w:r>
          <w:rPr>
            <w:color w:val="0000EE"/>
            <w:u w:val="single"/>
          </w:rPr>
          <w:t>[5]</w:t>
        </w:r>
      </w:hyperlink>
      <w:r>
        <w:t xml:space="preserve">, </w:t>
      </w:r>
      <w:hyperlink r:id="rId14">
        <w:r>
          <w:rPr>
            <w:color w:val="0000EE"/>
            <w:u w:val="single"/>
          </w:rPr>
          <w:t>[7]</w:t>
        </w:r>
      </w:hyperlink>
      <w:r>
        <w:t xml:space="preserve">- Paragraph 9: </w:t>
      </w:r>
      <w:hyperlink r:id="rId13">
        <w:r>
          <w:rPr>
            <w:color w:val="0000EE"/>
            <w:u w:val="single"/>
          </w:rPr>
          <w:t>[3]</w:t>
        </w:r>
      </w:hyperlink>
      <w:r>
        <w:t xml:space="preserve">, </w:t>
      </w:r>
      <w:hyperlink r:id="rId12">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https://hotspotsmagazine.com/2026/10/22/206459/</w:t>
        </w:r>
      </w:hyperlink>
      <w:r>
        <w:t xml:space="preserve"> - Please view link - unable to able to access data</w:t>
      </w:r>
      <w:r/>
    </w:p>
    <w:p>
      <w:pPr>
        <w:pStyle w:val="ListNumber"/>
        <w:spacing w:line="240" w:lineRule="auto"/>
        <w:ind w:left="720"/>
      </w:pPr>
      <w:r/>
      <w:hyperlink r:id="rId10">
        <w:r>
          <w:rPr>
            <w:color w:val="0000EE"/>
            <w:u w:val="single"/>
          </w:rPr>
          <w:t>https://www.thepinknews.com/2026/10/19/lgbtq-pop-culture-2026-halloween-costumes-from-heated-rivalry-to-death-at-camp-miasma/12/</w:t>
        </w:r>
      </w:hyperlink>
      <w:r>
        <w:t xml:space="preserve"> - This article from PinkNews explores LGBTQ+ pop culture references for Halloween costumes in 2026, highlighting characters like Chappell Roan, whose 'Pink Pony Club' aesthetic can be recreated with cowboy boots, a cowboy hat, and glitter fringe. It also suggests dressing as Chappell Roan's knight look, emphasizing the singer's iconic styles for inspiration.</w:t>
      </w:r>
      <w:r/>
    </w:p>
    <w:p>
      <w:pPr>
        <w:pStyle w:val="ListNumber"/>
        <w:spacing w:line="240" w:lineRule="auto"/>
        <w:ind w:left="720"/>
      </w:pPr>
      <w:r/>
      <w:hyperlink r:id="rId13">
        <w:r>
          <w:rPr>
            <w:color w:val="0000EE"/>
            <w:u w:val="single"/>
          </w:rPr>
          <w:t>https://www.halloweencostumes.com/blog/p-475-costume-ideas-for-lgbtq-couples.aspx</w:t>
        </w:r>
      </w:hyperlink>
      <w:r>
        <w:t xml:space="preserve"> - HalloweenCostumes.com provides a guide for LGBTQ+ couples seeking costume ideas, focusing on queer-coded superhero costumes. The article emphasizes the dramatic relationships and theatrical styling inherent in superhero pairings, suggesting that these costumes are favourites among queer fans due to their larger-than-life personalities.</w:t>
      </w:r>
      <w:r/>
    </w:p>
    <w:p>
      <w:pPr>
        <w:pStyle w:val="ListNumber"/>
        <w:spacing w:line="240" w:lineRule="auto"/>
        <w:ind w:left="720"/>
      </w:pPr>
      <w:r/>
      <w:hyperlink r:id="rId11">
        <w:r>
          <w:rPr>
            <w:color w:val="0000EE"/>
            <w:u w:val="single"/>
          </w:rPr>
          <w:t>https://www.besoberlin.com/en/halloween-costume-ideas-2026/</w:t>
        </w:r>
      </w:hyperlink>
      <w:r>
        <w:t xml:space="preserve"> - BESO Berlin offers Halloween costume ideas for 2026, focusing on current trends such as KPop Demon Hunters, Ghostface, and Wednesday Addams. The article suggests that these characters are especially relevant this year, providing inspiration for both ready-made and DIY costumes.</w:t>
      </w:r>
      <w:r/>
    </w:p>
    <w:p>
      <w:pPr>
        <w:pStyle w:val="ListNumber"/>
        <w:spacing w:line="240" w:lineRule="auto"/>
        <w:ind w:left="720"/>
      </w:pPr>
      <w:r/>
      <w:hyperlink r:id="rId15">
        <w:r>
          <w:rPr>
            <w:color w:val="0000EE"/>
            <w:u w:val="single"/>
          </w:rPr>
          <w:t>https://www.halloweentools.com/ideas/costume-ideas-modern</w:t>
        </w:r>
      </w:hyperlink>
      <w:r>
        <w:t xml:space="preserve"> - Halloweentools.com presents modern Halloween costume ideas for 2026, including a fresh spin on the classic vampire, a modern witch with contemporary accessories, and a modern take on the sheet ghost costume. The article provides tips on pairing, shopping, and DIY options for these costumes.</w:t>
      </w:r>
      <w:r/>
    </w:p>
    <w:p>
      <w:pPr>
        <w:pStyle w:val="ListNumber"/>
        <w:spacing w:line="240" w:lineRule="auto"/>
        <w:ind w:left="720"/>
      </w:pPr>
      <w:r/>
      <w:hyperlink r:id="rId12">
        <w:r>
          <w:rPr>
            <w:color w:val="0000EE"/>
            <w:u w:val="single"/>
          </w:rPr>
          <w:t>https://www.jibbi.app/lgbtq/lifestyle/gay-halloween-costume-ideas-2026</w:t>
        </w:r>
      </w:hyperlink>
      <w:r>
        <w:t xml:space="preserve"> - Jibbi offers a list of 50 gay Halloween costume ideas for 2026, focusing on queer Halloween costumes that go beyond the typical 'gay man in a crop top.' The article includes suggestions like Willow &amp; Tara from 'Buffy the Vampire Slayer,' Deena &amp; Sam from 'Fear Street,' and a nonbinary Ghostface.</w:t>
      </w:r>
      <w:r/>
    </w:p>
    <w:p>
      <w:pPr>
        <w:pStyle w:val="ListNumber"/>
        <w:spacing w:line="240" w:lineRule="auto"/>
        <w:ind w:left="720"/>
      </w:pPr>
      <w:r/>
      <w:hyperlink r:id="rId14">
        <w:r>
          <w:rPr>
            <w:color w:val="0000EE"/>
            <w:u w:val="single"/>
          </w:rPr>
          <w:t>https://www.jibbi.app/lgbtq/lifestyle/gay-couple-halloween-costumes-2026</w:t>
        </w:r>
      </w:hyperlink>
      <w:r>
        <w:t xml:space="preserve"> - Jibbi provides 30 gay couple Halloween costume ideas for 2026, sorted by vibe to match different relationship energies. The article includes options like angel and devil, salt and pepper, and two sheet ghosts in sunglasses, offering a variety of choices for couples.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tspotsmagazine.com/2026/10/22/206459/" TargetMode="External"/><Relationship Id="rId10" Type="http://schemas.openxmlformats.org/officeDocument/2006/relationships/hyperlink" Target="https://www.thepinknews.com/2026/10/19/lgbtq-pop-culture-2026-halloween-costumes-from-heated-rivalry-to-death-at-camp-miasma/12/" TargetMode="External"/><Relationship Id="rId11" Type="http://schemas.openxmlformats.org/officeDocument/2006/relationships/hyperlink" Target="https://www.besoberlin.com/en/halloween-costume-ideas-2026/" TargetMode="External"/><Relationship Id="rId12" Type="http://schemas.openxmlformats.org/officeDocument/2006/relationships/hyperlink" Target="https://www.jibbi.app/lgbtq/lifestyle/gay-halloween-costume-ideas-2026" TargetMode="External"/><Relationship Id="rId13" Type="http://schemas.openxmlformats.org/officeDocument/2006/relationships/hyperlink" Target="https://www.halloweencostumes.com/blog/p-475-costume-ideas-for-lgbtq-couples.aspx" TargetMode="External"/><Relationship Id="rId14" Type="http://schemas.openxmlformats.org/officeDocument/2006/relationships/hyperlink" Target="https://www.jibbi.app/lgbtq/lifestyle/gay-couple-halloween-costumes-2026" TargetMode="External"/><Relationship Id="rId15" Type="http://schemas.openxmlformats.org/officeDocument/2006/relationships/hyperlink" Target="https://www.halloweentools.com/ideas/costume-ideas-moder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