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 Festival Picks to Watch Online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turning to virtual queer cinema as Frameline’s Pride Showcase brings LGBTQ+ stories, short films and a preview of Ahead of the Curve to audiences beyond San Francisco. With online screenings and a special drive-in event, the four-day programme offers a warm, lively way to celebrate Pride from home or under the stars.</w:t>
      </w:r>
      <w:r/>
    </w:p>
    <w:p>
      <w:pPr>
        <w:pStyle w:val="Heading2"/>
      </w:pPr>
      <w:r>
        <w:t>Essential Takeaways</w:t>
      </w:r>
      <w:r/>
      <w:r/>
    </w:p>
    <w:p>
      <w:pPr>
        <w:pStyle w:val="ListBullet"/>
        <w:spacing w:line="240" w:lineRule="auto"/>
        <w:ind w:left="720"/>
      </w:pPr>
      <w:r/>
      <w:r>
        <w:rPr>
          <w:b/>
        </w:rPr>
        <w:t>Four days of cinema:</w:t>
      </w:r>
      <w:r>
        <w:t xml:space="preserve"> The virtual showcase runs from 25 to 28 June 2020.</w:t>
      </w:r>
      <w:r/>
    </w:p>
    <w:p>
      <w:pPr>
        <w:pStyle w:val="ListBullet"/>
        <w:spacing w:line="240" w:lineRule="auto"/>
        <w:ind w:left="720"/>
      </w:pPr>
      <w:r/>
      <w:r>
        <w:rPr>
          <w:b/>
        </w:rPr>
        <w:t>A standout documentary:</w:t>
      </w:r>
      <w:r>
        <w:t xml:space="preserve"> Ahead of the Curve explores lesbian representation and the legacy of Curve magazine.</w:t>
      </w:r>
      <w:r/>
    </w:p>
    <w:p>
      <w:pPr>
        <w:pStyle w:val="ListBullet"/>
        <w:spacing w:line="240" w:lineRule="auto"/>
        <w:ind w:left="720"/>
      </w:pPr>
      <w:r/>
      <w:r>
        <w:rPr>
          <w:b/>
        </w:rPr>
        <w:t>Plenty of variety:</w:t>
      </w:r>
      <w:r>
        <w:t xml:space="preserve"> The line-up includes boys’ shorts, girls’ shorts and trans-focused films.</w:t>
      </w:r>
      <w:r/>
    </w:p>
    <w:p>
      <w:pPr>
        <w:pStyle w:val="ListBullet"/>
        <w:spacing w:line="240" w:lineRule="auto"/>
        <w:ind w:left="720"/>
      </w:pPr>
      <w:r/>
      <w:r>
        <w:rPr>
          <w:b/>
        </w:rPr>
        <w:t>A drive-in alternative:</w:t>
      </w:r>
      <w:r>
        <w:t xml:space="preserve"> Concord audiences can also see a special screening at West Wind Solano Drive-In.</w:t>
      </w:r>
      <w:r/>
    </w:p>
    <w:p>
      <w:pPr>
        <w:pStyle w:val="ListBullet"/>
        <w:spacing w:line="240" w:lineRule="auto"/>
        <w:ind w:left="720"/>
      </w:pPr>
      <w:r/>
      <w:r>
        <w:rPr>
          <w:b/>
        </w:rPr>
        <w:t>Tickets and timing:</w:t>
      </w:r>
      <w:r>
        <w:t xml:space="preserve"> The full programme was due to be revealed on 3 June, with tickets available from 4 June.</w:t>
      </w:r>
      <w:r/>
      <w:r/>
    </w:p>
    <w:p>
      <w:pPr>
        <w:pStyle w:val="Heading2"/>
      </w:pPr>
      <w:r>
        <w:t>Frameline brings Pride cinema into the living room</w:t>
      </w:r>
      <w:r/>
    </w:p>
    <w:p>
      <w:r/>
      <w:r>
        <w:t>When cinemas closed and public gatherings became complicated, Frameline found a spirited alternative: bring the festival to viewers rather than wait for normality to return. Its virtual Pride Showcase was designed to preserve the communal feeling of queer film culture, even when audiences couldn't gather in the usual way.</w:t>
      </w:r>
      <w:r/>
    </w:p>
    <w:p>
      <w:r/>
      <w:r>
        <w:t xml:space="preserve">The event runs from Thursday 25 June to Sunday 28 June, giving viewers four days to dip into documentaries, short films and returning festival favourites. Frameline's official programme information presents the showcase as both a celebration and a bridge to the organisation's larger festival plans. </w:t>
      </w:r>
      <w:hyperlink r:id="rId9">
        <w:r>
          <w:rPr>
            <w:color w:val="0000EE"/>
            <w:u w:val="single"/>
          </w:rPr>
          <w:t>[2]</w:t>
        </w:r>
      </w:hyperlink>
      <w:r/>
    </w:p>
    <w:p>
      <w:r/>
      <w:r>
        <w:t>That matters because Pride cinema is about more than filling an evening. It creates space for stories that can feel overlooked elsewhere, and even a laptop screen can become surprisingly intimate when the film speaks directly to your experience.</w:t>
      </w:r>
      <w:r/>
    </w:p>
    <w:p>
      <w:pPr>
        <w:pStyle w:val="Heading2"/>
      </w:pPr>
      <w:r>
        <w:t>Ahead of the Curve tells a story of visibility</w:t>
      </w:r>
      <w:r/>
    </w:p>
    <w:p>
      <w:r/>
      <w:r>
        <w:t>The headline attraction is Ahead of the Curve, a documentary about Franco Stevens, the founder of Curve magazine. The film follows her journey from growing up without visible queer role models to creating a publication that offered lesbian readers community, recognition and a sense of belonging.</w:t>
      </w:r>
      <w:r/>
    </w:p>
    <w:p>
      <w:r/>
      <w:r>
        <w:t xml:space="preserve">The documentary also looks beyond its founder's personal history. Its story connects the magazine's legacy with a younger generation of queer activists, asking how established forms of representation can adapt as LGBTQ+ communities face new pressures. Listings from Rotten Tomatoes and IMDb identify the film as a documentary centred on Stevens and Curve's influence. </w:t>
      </w:r>
      <w:hyperlink r:id="rId10">
        <w:r>
          <w:rPr>
            <w:color w:val="0000EE"/>
            <w:u w:val="single"/>
          </w:rPr>
          <w:t>[4]</w:t>
        </w:r>
      </w:hyperlink>
      <w:r>
        <w:t xml:space="preserve">, </w:t>
      </w:r>
      <w:hyperlink r:id="rId11">
        <w:r>
          <w:rPr>
            <w:color w:val="0000EE"/>
            <w:u w:val="single"/>
          </w:rPr>
          <w:t>[5]</w:t>
        </w:r>
      </w:hyperlink>
      <w:r/>
    </w:p>
    <w:p>
      <w:r/>
      <w:r>
        <w:t>It's a timely subject, particularly for viewers who remember how rare lesbian representation once was. The film's appeal isn't only historical, either. It asks a very current question: who gets to tell a community's story, and how can that story keep moving forward?</w:t>
      </w:r>
      <w:r/>
    </w:p>
    <w:p>
      <w:pPr>
        <w:pStyle w:val="Heading2"/>
      </w:pPr>
      <w:r>
        <w:t>Short films promise a livelier, faster-paced watch</w:t>
      </w:r>
      <w:r/>
    </w:p>
    <w:p>
      <w:r/>
      <w:r>
        <w:t>Not every viewer wants a feature-length documentary, and Frameline's short-film strands offer a useful change of pace. Fun in Boys Shorts, Fun in Girls Shorts and Transtastic bring together compact stories with a more playful, energetic mood.</w:t>
      </w:r>
      <w:r/>
    </w:p>
    <w:p>
      <w:r/>
      <w:r>
        <w:t xml:space="preserve">Short programmes can be an excellent way to discover emerging directors because they move quickly between voices, styles and experiences. One film might be funny and cheeky, while the next lands with a quiet emotional punch. Details from the showcase listing and its reported line-up confirm that these returning strands remain part of the Pride event. </w:t>
      </w:r>
      <w:hyperlink r:id="rId9">
        <w:r>
          <w:rPr>
            <w:color w:val="0000EE"/>
            <w:u w:val="single"/>
          </w:rPr>
          <w:t>[2]</w:t>
        </w:r>
      </w:hyperlink>
      <w:r>
        <w:t xml:space="preserve">, </w:t>
      </w:r>
      <w:hyperlink r:id="rId12">
        <w:r>
          <w:rPr>
            <w:color w:val="0000EE"/>
            <w:u w:val="single"/>
          </w:rPr>
          <w:t>[3]</w:t>
        </w:r>
      </w:hyperlink>
      <w:r/>
    </w:p>
    <w:p>
      <w:r/>
      <w:r>
        <w:t>For newcomers, the format also feels approachable. You don't need to know the festival's history or commit an entire afternoon. Just press play and see which story catches you.</w:t>
      </w:r>
      <w:r/>
    </w:p>
    <w:p>
      <w:pPr>
        <w:pStyle w:val="Heading2"/>
      </w:pPr>
      <w:r>
        <w:t>Online viewing meets the drive-in</w:t>
      </w:r>
      <w:r/>
    </w:p>
    <w:p>
      <w:r/>
      <w:r>
        <w:t>The showcase's online format makes it accessible to people outside San Francisco, while a special screening of Ahead of the Curve at West Wind Solano Drive-In in Concord adds a nostalgic twist. It brings queer cinema back into a shared physical setting without relying on a traditional indoor theatre.</w:t>
      </w:r>
      <w:r/>
    </w:p>
    <w:p>
      <w:r/>
      <w:r>
        <w:t xml:space="preserve">That mix feels especially fitting in 2020. Home viewing offers comfort, flexibility and a quiet sofa, while the drive-in restores some of the occasion that festival audiences missed. Rotten Tomatoes' film information and cast listings provide additional context for the documentary behind the special presentation. </w:t>
      </w:r>
      <w:hyperlink r:id="rId10">
        <w:r>
          <w:rPr>
            <w:color w:val="0000EE"/>
            <w:u w:val="single"/>
          </w:rPr>
          <w:t>[4]</w:t>
        </w:r>
      </w:hyperlink>
      <w:r>
        <w:t xml:space="preserve">, </w:t>
      </w:r>
      <w:hyperlink r:id="rId13">
        <w:r>
          <w:rPr>
            <w:color w:val="0000EE"/>
            <w:u w:val="single"/>
          </w:rPr>
          <w:t>[6]</w:t>
        </w:r>
      </w:hyperlink>
      <w:r/>
    </w:p>
    <w:p>
      <w:r/>
      <w:r>
        <w:t>If you're watching online, it may be worth treating the evening like a proper screening: dim the lights, put the phone away and invite a few friends to watch remotely. The experience won't be identical to a packed cinema, but it can still feel like an event.</w:t>
      </w:r>
      <w:r/>
    </w:p>
    <w:p>
      <w:pPr>
        <w:pStyle w:val="Heading2"/>
      </w:pPr>
      <w:r>
        <w:t>A showcase with a wider purpose</w:t>
      </w:r>
      <w:r/>
    </w:p>
    <w:p>
      <w:r/>
      <w:r>
        <w:t>Frameline's work extends beyond an annual festival. The organisation supports LGBTQ+ filmmakers, distributes queer films and develops educational programmes, giving the Pride Showcase a wider role than simple entertainment.</w:t>
      </w:r>
      <w:r/>
    </w:p>
    <w:p>
      <w:r/>
      <w:r>
        <w:t xml:space="preserve">Ahead of the Curve fits neatly into that mission because it connects film, publishing and community organising. Its story shows how a magazine could become a lifeline, while the showcase itself demonstrates how festivals can keep audiences connected when circumstances change. Documentary listings from GuideDoc further place the film within that broader cultural and activist context. </w:t>
      </w:r>
      <w:hyperlink r:id="rId14">
        <w:r>
          <w:rPr>
            <w:color w:val="0000EE"/>
            <w:u w:val="single"/>
          </w:rPr>
          <w:t>[7]</w:t>
        </w:r>
      </w:hyperlink>
      <w:r/>
    </w:p>
    <w:p>
      <w:r/>
      <w:r>
        <w:t>The most encouraging part is the sense of continuity. Pride celebrations may change shape, but the need for visibility, laughter and shared stories doesn't disappear. Sometimes it just finds a new screen.</w:t>
      </w:r>
      <w:r/>
    </w:p>
    <w:p>
      <w:r/>
      <w:r>
        <w:t>Explore the line-up and choose the viewing style that suits you best.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[3]</w:t>
        </w:r>
      </w:hyperlink>
      <w:r>
        <w:t xml:space="preserve">- Paragraph 2: </w:t>
      </w:r>
      <w:hyperlink r:id="rId9">
        <w:r>
          <w:rPr>
            <w:color w:val="0000EE"/>
            <w:u w:val="single"/>
          </w:rPr>
          <w:t>[2]</w:t>
        </w:r>
      </w:hyperlink>
      <w:r>
        <w:t xml:space="preserve">, </w:t>
      </w:r>
      <w:hyperlink r:id="rId12">
        <w:r>
          <w:rPr>
            <w:color w:val="0000EE"/>
            <w:u w:val="single"/>
          </w:rPr>
          <w:t>[3]</w:t>
        </w:r>
      </w:hyperlink>
      <w:r>
        <w:t xml:space="preserve">- Paragraph 3: </w:t>
      </w:r>
      <w:hyperlink r:id="rId10">
        <w:r>
          <w:rPr>
            <w:color w:val="0000EE"/>
            <w:u w:val="single"/>
          </w:rPr>
          <w:t>[4]</w:t>
        </w:r>
      </w:hyperlink>
      <w:r>
        <w:t xml:space="preserve">, </w:t>
      </w:r>
      <w:hyperlink r:id="rId11">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10">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https://glaad.org/virtual-frameline44-pride-showcase-and-ahead-curve-coming-out-june/</w:t>
        </w:r>
      </w:hyperlink>
      <w:r>
        <w:t xml:space="preserve"> - Please view link - unable to able to access data</w:t>
      </w:r>
      <w:r/>
    </w:p>
    <w:p>
      <w:pPr>
        <w:pStyle w:val="ListNumber"/>
        <w:spacing w:line="240" w:lineRule="auto"/>
        <w:ind w:left="720"/>
      </w:pPr>
      <w:r/>
      <w:hyperlink r:id="rId9">
        <w:r>
          <w:rPr>
            <w:color w:val="0000EE"/>
            <w:u w:val="single"/>
          </w:rPr>
          <w:t>https://www.frameline.org/programs/showcase2020</w:t>
        </w:r>
      </w:hyperlink>
      <w:r>
        <w:t xml:space="preserve"> - Frameline, the world's longest-running and largest showcase of queer cinema, announced the Frameline44 Pride Showcase, a virtual event held from June 25 to June 28, 2020. This four-day festival featured 13 world premieres, including the documentary 'Ahead of the Curve' by Jen Rainin and Rivkah Beth Medow, and short film programs like 'Fun in Boys Shorts' and 'Fun in Girls Shorts'. The event attracted approximately 35,000 attendees and was presented in partnership with the Castro Theatre. Tickets were available online at frameline.org.</w:t>
      </w:r>
      <w:r/>
    </w:p>
    <w:p>
      <w:pPr>
        <w:pStyle w:val="ListNumber"/>
        <w:spacing w:line="240" w:lineRule="auto"/>
        <w:ind w:left="720"/>
      </w:pPr>
      <w:r/>
      <w:hyperlink r:id="rId12">
        <w:r>
          <w:rPr>
            <w:color w:val="0000EE"/>
            <w:u w:val="single"/>
          </w:rPr>
          <w:t>https://www.broadwayworld.com/bwwtv/article/Frameline44-Reveals-Frameline44-Pride-Showcase-Lineup-20200610</w:t>
        </w:r>
      </w:hyperlink>
      <w:r>
        <w:t xml:space="preserve"> - Frameline revealed the full program for the Frameline44 Pride Showcase, a virtual event celebrating the 50th anniversary of San Francisco Pride. The showcase featured 12 world premieres, one international premiere, three North American premieres, and two U.S. premieres, including new narrative features, documentaries, and shorts programs. Special live and pre-recorded intros, Q&amp;A sessions, and other unique programming aimed to evoke the live festival experience Frameline is known for. Tickets ranged from $8 to $10 per screening, with passes starting at $250, valid all year.</w:t>
      </w:r>
      <w:r/>
    </w:p>
    <w:p>
      <w:pPr>
        <w:pStyle w:val="ListNumber"/>
        <w:spacing w:line="240" w:lineRule="auto"/>
        <w:ind w:left="720"/>
      </w:pPr>
      <w:r/>
      <w:hyperlink r:id="rId10">
        <w:r>
          <w:rPr>
            <w:color w:val="0000EE"/>
            <w:u w:val="single"/>
          </w:rPr>
          <w:t>https://www.rottentomatoes.com/m/ahead_of_the_curve</w:t>
        </w:r>
      </w:hyperlink>
      <w:r>
        <w:t xml:space="preserve"> - The documentary 'Ahead of the Curve' holds a 90% rating on Rotten Tomatoes, based on 21 reviews. The film chronicles the journey of Franco Stevens, who founded Curve magazine, the best-selling lesbian magazine ever published. It tracks the power of lesbian visibility and community from the early '90s to the present day, exploring the challenges and triumphs of Stevens and the magazine. The documentary features interviews with notable figures such as Melissa Etheridge and Lea DeLaria.</w:t>
      </w:r>
      <w:r/>
    </w:p>
    <w:p>
      <w:pPr>
        <w:pStyle w:val="ListNumber"/>
        <w:spacing w:line="240" w:lineRule="auto"/>
        <w:ind w:left="720"/>
      </w:pPr>
      <w:r/>
      <w:hyperlink r:id="rId11">
        <w:r>
          <w:rPr>
            <w:color w:val="0000EE"/>
            <w:u w:val="single"/>
          </w:rPr>
          <w:t>https://www.imdb.com/title/tt8956926/</w:t>
        </w:r>
      </w:hyperlink>
      <w:r>
        <w:t xml:space="preserve"> - 'Ahead of the Curve' is a 2020 documentary directed by Jen Rainin and Rivkah Beth Medow. The film chronicles the journey of Franco Stevens, who founded Curve magazine, the best-selling lesbian magazine ever published. It tracks the power of lesbian visibility and community from the early '90s to the present day, exploring the challenges and triumphs of Stevens and the magazine. The documentary features interviews with notable figures such as Melissa Etheridge and Lea DeLaria.</w:t>
      </w:r>
      <w:r/>
    </w:p>
    <w:p>
      <w:pPr>
        <w:pStyle w:val="ListNumber"/>
        <w:spacing w:line="240" w:lineRule="auto"/>
        <w:ind w:left="720"/>
      </w:pPr>
      <w:r/>
      <w:hyperlink r:id="rId13">
        <w:r>
          <w:rPr>
            <w:color w:val="0000EE"/>
            <w:u w:val="single"/>
          </w:rPr>
          <w:t>https://www.rottentomatoes.com/m/ahead_of_the_curve/cast-and-crew</w:t>
        </w:r>
      </w:hyperlink>
      <w:r>
        <w:t xml:space="preserve"> - The cast and crew of 'Ahead of the Curve' include director Jen Rainin, director and producer Rivkah Beth Medow, and subjects Franco Stevens, Melissa Etheridge, Jewelle Gomez, Lea DeLaria, Kate Kendell, Andrea Pino, Kim Katrin, Denice Frohman, and Amber Hikes. The documentary explores the journey of Franco Stevens, who founded Curve magazine, the best-selling lesbian magazine ever published, and tracks the power of lesbian visibility and community from the early '90s to the present day.</w:t>
      </w:r>
      <w:r/>
    </w:p>
    <w:p>
      <w:pPr>
        <w:pStyle w:val="ListNumber"/>
        <w:spacing w:line="240" w:lineRule="auto"/>
        <w:ind w:left="720"/>
      </w:pPr>
      <w:r/>
      <w:hyperlink r:id="rId14">
        <w:r>
          <w:rPr>
            <w:color w:val="0000EE"/>
            <w:u w:val="single"/>
          </w:rPr>
          <w:t>https://guidedoc.tv/documentary/ahead-of-the-curve-tmdb-716156-documentary-film/</w:t>
        </w:r>
      </w:hyperlink>
      <w:r>
        <w:t xml:space="preserve"> - 'Ahead of the Curve' is a 2021 documentary directed by Rivkah Beth Medow and Jen Rainin. The film chronicles the journey of Franco Stevens, who founded Curve magazine, the best-selling lesbian magazine ever published. It tracks the power of lesbian visibility and community from the early '90s to the present day, exploring the challenges and triumphs of Stevens and the magazine. The documentary features interviews with notable figures such as Melissa Etheridge and Lea DeLaria.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rameline.org/programs/showcase2020" TargetMode="External"/><Relationship Id="rId10" Type="http://schemas.openxmlformats.org/officeDocument/2006/relationships/hyperlink" Target="https://www.rottentomatoes.com/m/ahead_of_the_curve" TargetMode="External"/><Relationship Id="rId11" Type="http://schemas.openxmlformats.org/officeDocument/2006/relationships/hyperlink" Target="https://www.imdb.com/title/tt8956926/" TargetMode="External"/><Relationship Id="rId12" Type="http://schemas.openxmlformats.org/officeDocument/2006/relationships/hyperlink" Target="https://www.broadwayworld.com/bwwtv/article/Frameline44-Reveals-Frameline44-Pride-Showcase-Lineup-20200610" TargetMode="External"/><Relationship Id="rId13" Type="http://schemas.openxmlformats.org/officeDocument/2006/relationships/hyperlink" Target="https://www.rottentomatoes.com/m/ahead_of_the_curve/cast-and-crew" TargetMode="External"/><Relationship Id="rId14" Type="http://schemas.openxmlformats.org/officeDocument/2006/relationships/hyperlink" Target="https://guidedoc.tv/documentary/ahead-of-the-curve-tmdb-716156-documentary-film/" TargetMode="External"/><Relationship Id="rId15" Type="http://schemas.openxmlformats.org/officeDocument/2006/relationships/hyperlink" Target="https://glaad.org/virtual-frameline44-pride-showcase-and-ahead-curve-coming-out-ju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