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 Festival Picks to Stream in California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across California can look forward to 11 days of queer cinema when Frameline44 arrives from 17 to 27 September. With 39 programmes, films from 24 countries and 18 premieres, the digital festival offers everything from outrageous drag comedy to intimate dramas, tense mysteries and richly observed stories about identity, family and belonging.</w:t>
      </w:r>
      <w:r/>
    </w:p>
    <w:p>
      <w:pPr>
        <w:pStyle w:val="Heading2"/>
      </w:pPr>
      <w:r>
        <w:t>Essential Takeaways</w:t>
      </w:r>
      <w:r/>
      <w:r/>
    </w:p>
    <w:p>
      <w:pPr>
        <w:pStyle w:val="ListBullet"/>
        <w:spacing w:line="240" w:lineRule="auto"/>
        <w:ind w:left="720"/>
      </w:pPr>
      <w:r/>
      <w:r>
        <w:rPr>
          <w:b/>
        </w:rPr>
        <w:t>A wide-ranging programme:</w:t>
      </w:r>
      <w:r>
        <w:t xml:space="preserve"> Frameline44 brings together comedy, thriller, drama and documentary across 39 programmes.</w:t>
      </w:r>
      <w:r/>
    </w:p>
    <w:p>
      <w:pPr>
        <w:pStyle w:val="ListBullet"/>
        <w:spacing w:line="240" w:lineRule="auto"/>
        <w:ind w:left="720"/>
      </w:pPr>
      <w:r/>
      <w:r>
        <w:rPr>
          <w:b/>
        </w:rPr>
        <w:t>A strong local flavour:</w:t>
      </w:r>
      <w:r>
        <w:t xml:space="preserve"> San Francisco drag artist D'Arcy Drollinger leads the gloriously camp </w:t>
      </w:r>
      <w:r>
        <w:rPr>
          <w:i/>
        </w:rPr>
        <w:t>Shit &amp; Champagne</w:t>
      </w:r>
      <w:r>
        <w:t>.</w:t>
      </w:r>
      <w:r/>
    </w:p>
    <w:p>
      <w:pPr>
        <w:pStyle w:val="ListBullet"/>
        <w:spacing w:line="240" w:lineRule="auto"/>
        <w:ind w:left="720"/>
      </w:pPr>
      <w:r/>
      <w:r>
        <w:rPr>
          <w:b/>
        </w:rPr>
        <w:t>Stories with real urgency:</w:t>
      </w:r>
      <w:r>
        <w:t xml:space="preserve"> </w:t>
      </w:r>
      <w:r>
        <w:rPr>
          <w:i/>
        </w:rPr>
        <w:t>The Obituary of Tunde Johnson</w:t>
      </w:r>
      <w:r>
        <w:t xml:space="preserve"> tackles anti-Black police violence and homophobia through a time-loop narrative.</w:t>
      </w:r>
      <w:r/>
    </w:p>
    <w:p>
      <w:pPr>
        <w:pStyle w:val="ListBullet"/>
        <w:spacing w:line="240" w:lineRule="auto"/>
        <w:ind w:left="720"/>
      </w:pPr>
      <w:r/>
      <w:r>
        <w:rPr>
          <w:b/>
        </w:rPr>
        <w:t>Several films explore identity:</w:t>
      </w:r>
      <w:r>
        <w:t xml:space="preserve"> </w:t>
      </w:r>
      <w:r>
        <w:rPr>
          <w:i/>
        </w:rPr>
        <w:t>Cowboys</w:t>
      </w:r>
      <w:r>
        <w:t xml:space="preserve">, </w:t>
      </w:r>
      <w:r>
        <w:rPr>
          <w:i/>
        </w:rPr>
        <w:t>Gossamer Folds</w:t>
      </w:r>
      <w:r>
        <w:t xml:space="preserve"> and </w:t>
      </w:r>
      <w:r>
        <w:rPr>
          <w:i/>
        </w:rPr>
        <w:t>Monsoon</w:t>
      </w:r>
      <w:r>
        <w:t xml:space="preserve"> examine gender, friendship, family and displacement.</w:t>
      </w:r>
      <w:r/>
    </w:p>
    <w:p>
      <w:pPr>
        <w:pStyle w:val="ListBullet"/>
        <w:spacing w:line="240" w:lineRule="auto"/>
        <w:ind w:left="720"/>
      </w:pPr>
      <w:r/>
      <w:r>
        <w:rPr>
          <w:b/>
        </w:rPr>
        <w:t>Streaming with a California catch:</w:t>
      </w:r>
      <w:r>
        <w:t xml:space="preserve"> The festival is designed for audiences throughout California, making it easier to watch beyond traditional cinema venues.</w:t>
      </w:r>
      <w:r/>
      <w:r/>
    </w:p>
    <w:p>
      <w:pPr>
        <w:pStyle w:val="Heading2"/>
      </w:pPr>
      <w:r>
        <w:t>Frameline44 makes queer cinema feel wonderfully expansive</w:t>
      </w:r>
      <w:r/>
    </w:p>
    <w:p>
      <w:r/>
      <w:r>
        <w:t>The most striking thing about Frameline44 is its range. One minute, viewers can be swept into a glossy psychological mystery; the next, they're watching a drag star turn a revenge plot into a riotous piece of camp theatre.</w:t>
      </w:r>
      <w:r/>
    </w:p>
    <w:p>
      <w:r/>
      <w:r>
        <w:t>That breadth reflects the festival's role as more than a showcase of LGBTQ+ films. It's also a meeting point for different generations, communities and storytelling styles. Industry coverage of later Frameline editions has continued to highlight the festival's mix of premieres, established filmmakers and films that connect personal stories with wider cultural conversations.</w:t>
      </w:r>
      <w:r/>
    </w:p>
    <w:p>
      <w:r/>
      <w:r>
        <w:t>The online format adds a useful layer of accessibility. For audiences who can't easily reach San Francisco, a digital festival can turn a traditionally place-based event into something far more flexible, although viewers should always check eligibility, screening windows and regional access before settling in.</w:t>
      </w:r>
      <w:r/>
    </w:p>
    <w:p>
      <w:pPr>
        <w:pStyle w:val="Heading2"/>
      </w:pPr>
      <w:r>
        <w:t>Start with the films that balance humour and heart</w:t>
      </w:r>
      <w:r/>
    </w:p>
    <w:p>
      <w:r/>
      <w:r>
        <w:t xml:space="preserve">For a big, flamboyant opening choice, </w:t>
      </w:r>
      <w:r>
        <w:rPr>
          <w:i/>
        </w:rPr>
        <w:t>Shit &amp; Champagne</w:t>
      </w:r>
      <w:r>
        <w:t xml:space="preserve"> looks hard to resist. D'Arcy Drollinger plays Champagne Horowitz Jones Dickerson White, a stripper drawn into a murder investigation involving a sinister retail empire and a dubious escort operation. It sounds deliberately ridiculous, and that's precisely the point.</w:t>
      </w:r>
      <w:r/>
    </w:p>
    <w:p>
      <w:r/>
      <w:r>
        <w:t>The film takes its cues from 1970s sexploitation cinema while embracing the heightened energy of a drag production. Expect broad jokes, outrageous costumes and a knowingly messy plot, with appearances from Alaska Thunderfuck and other drag performers adding extra sparkle.</w:t>
      </w:r>
      <w:r/>
    </w:p>
    <w:p>
      <w:r/>
      <w:r>
        <w:t xml:space="preserve">At the opposite end of the comic spectrum is </w:t>
      </w:r>
      <w:r>
        <w:rPr>
          <w:i/>
        </w:rPr>
        <w:t>Shiva Baby</w:t>
      </w:r>
      <w:r>
        <w:t>, Emma Seligman's tightly wound comedy about Danielle, a bisexual graduate navigating a crowded Jewish mourning gathering. Between probing relatives, an ex-girlfriend and an awkward romantic complication, the buffet table becomes a pressure cooker. The film's cringe is sharp but recognisable, which is why its social discomfort lands so effectively.</w:t>
      </w:r>
      <w:r/>
    </w:p>
    <w:p>
      <w:pPr>
        <w:pStyle w:val="Heading2"/>
      </w:pPr>
      <w:r>
        <w:t>Documentaries keep community history in view</w:t>
      </w:r>
      <w:r/>
    </w:p>
    <w:p>
      <w:r/>
      <w:r>
        <w:rPr>
          <w:i/>
        </w:rPr>
        <w:t>Ahead of the Curve</w:t>
      </w:r>
      <w:r>
        <w:t xml:space="preserve"> turns its attention to </w:t>
      </w:r>
      <w:r>
        <w:rPr>
          <w:i/>
        </w:rPr>
        <w:t>Curve</w:t>
      </w:r>
      <w:r>
        <w:t xml:space="preserve"> magazine, the influential lesbian publication founded by Franco Stevens. The documentary looks at the magazine's origins, its importance to lesbian visibility and the question of whether print still matters in an era dominated by social media and digital publishing.</w:t>
      </w:r>
      <w:r/>
    </w:p>
    <w:p>
      <w:r/>
      <w:r>
        <w:t>That question feels especially timely. Online platforms have made it easier to find niche communities, but they can also be fleeting and noisy. A physical magazine, carefully made and passed between readers, carries a different kind of warmth. The documentary's archival material and interviews give that history a tangible, human texture.</w:t>
      </w:r>
      <w:r/>
    </w:p>
    <w:p>
      <w:r/>
      <w:r>
        <w:t>It also offers a useful reminder that visibility isn't a simple journey from obscurity to progress. Communities gain representation, but they still have to ask who is being seen, who is being left out and what gets lost when cultural spaces disappear.</w:t>
      </w:r>
      <w:r/>
    </w:p>
    <w:p>
      <w:pPr>
        <w:pStyle w:val="Heading2"/>
      </w:pPr>
      <w:r>
        <w:t>These dramas put identity at the centre</w:t>
      </w:r>
      <w:r/>
    </w:p>
    <w:p>
      <w:r/>
      <w:r>
        <w:rPr>
          <w:i/>
        </w:rPr>
        <w:t>The Obituary of Tunde Johnson</w:t>
      </w:r>
      <w:r>
        <w:t xml:space="preserve"> uses a repeating final day to tell the story of a gay Black teenager killed by police. Its time-loop structure isn't just a clever device; it forces the audience to sit with the instability, fear and injustice surrounding Tunde's life.</w:t>
      </w:r>
      <w:r/>
    </w:p>
    <w:p>
      <w:r/>
      <w:r>
        <w:t xml:space="preserve">Meanwhile, </w:t>
      </w:r>
      <w:r>
        <w:rPr>
          <w:i/>
        </w:rPr>
        <w:t>Cowboys</w:t>
      </w:r>
      <w:r>
        <w:t xml:space="preserve"> follows a father and his transgender son as they flee across Montana. The wide landscape offers moments of freedom, but the journey is also dangerous, shaped by family conflict and the consequences of adults failing to listen to a child who knows who he is.</w:t>
      </w:r>
      <w:r/>
    </w:p>
    <w:p>
      <w:r/>
      <w:r>
        <w:t xml:space="preserve">For something quieter and more emotionally layered, </w:t>
      </w:r>
      <w:r>
        <w:rPr>
          <w:i/>
        </w:rPr>
        <w:t>Gossamer Folds</w:t>
      </w:r>
      <w:r>
        <w:t xml:space="preserve"> moves back to suburban Missouri in 1986. A young boy forms a friendship with a Black trans woman and her father, finding kindness and intellectual curiosity outside his troubled home. The period setting gives the film a nostalgic surface, but its concerns about prejudice, imagination and chosen family remain firmly present.</w:t>
      </w:r>
      <w:r/>
    </w:p>
    <w:p>
      <w:pPr>
        <w:pStyle w:val="Heading2"/>
      </w:pPr>
      <w:r>
        <w:t>Choose a thriller or a slow-burn journey</w:t>
      </w:r>
      <w:r/>
    </w:p>
    <w:p>
      <w:r/>
      <w:r>
        <w:rPr>
          <w:i/>
        </w:rPr>
        <w:t>Through the Glass Darkly</w:t>
      </w:r>
      <w:r>
        <w:t xml:space="preserve"> brings a darker mood to the line-up. After her daughter disappears, Charlie continues searching while her relationship frays and another girl vanishes from the same small Georgia town. The missing-person mystery provides the hook, but the film's real tension comes from grief, obsession and the secrets communities try to bury.</w:t>
      </w:r>
      <w:r/>
    </w:p>
    <w:p>
      <w:r/>
      <w:r>
        <w:t xml:space="preserve">By contrast, </w:t>
      </w:r>
      <w:r>
        <w:rPr>
          <w:i/>
        </w:rPr>
        <w:t>Monsoon</w:t>
      </w:r>
      <w:r>
        <w:t xml:space="preserve"> is contemplative and atmospheric. Kit returns to Saigon after his family fled during the Vietnam-American War, hoping to find somewhere meaningful to scatter his parents' ashes. His journey becomes an exploration of language, memory and the complicated feeling of returning to a country that is both familiar and strange.</w:t>
      </w:r>
      <w:r/>
    </w:p>
    <w:p>
      <w:r/>
      <w:r>
        <w:t>The contrast between these films is part of Frameline44's appeal. Some selections are built for nervous laughter and sudden shocks, while others ask viewers to linger with silence, landscape and unresolved emotion. There's no single way to watch the festival, and that's rather the pleasure of it.</w:t>
      </w:r>
      <w:r/>
    </w:p>
    <w:p>
      <w:pPr>
        <w:pStyle w:val="Heading2"/>
      </w:pPr>
      <w:r>
        <w:t>How to plan your Frameline44 watchlist</w:t>
      </w:r>
      <w:r/>
    </w:p>
    <w:p>
      <w:r/>
      <w:r>
        <w:t xml:space="preserve">Start by choosing a mood rather than trying to work through the programme in order. Pick </w:t>
      </w:r>
      <w:r>
        <w:rPr>
          <w:i/>
        </w:rPr>
        <w:t>Shit &amp; Champagne</w:t>
      </w:r>
      <w:r>
        <w:t xml:space="preserve"> or </w:t>
      </w:r>
      <w:r>
        <w:rPr>
          <w:i/>
        </w:rPr>
        <w:t>Shiva Baby</w:t>
      </w:r>
      <w:r>
        <w:t xml:space="preserve"> when you want something lively, then pair a heavier film such as </w:t>
      </w:r>
      <w:r>
        <w:rPr>
          <w:i/>
        </w:rPr>
        <w:t>The Obituary of Tunde Johnson</w:t>
      </w:r>
      <w:r>
        <w:t xml:space="preserve"> with a gentler, more reflective choice.</w:t>
      </w:r>
      <w:r/>
    </w:p>
    <w:p>
      <w:r/>
      <w:r>
        <w:t>It's also worth checking the running times, access rules and viewing periods before the festival begins. Digital screenings can disappear quickly, and a film that looks perfect for a late-night watch may be more emotionally demanding than its description suggests.</w:t>
      </w:r>
      <w:r/>
    </w:p>
    <w:p>
      <w:r/>
      <w:r>
        <w:t>Most importantly, leave room for a surprise. Festivals are at their best when a film you hadn't planned to watch becomes the one you keep thinking about afterwards. Frameline44's programme offers plenty of chances for exactly that.</w:t>
      </w:r>
      <w:r/>
    </w:p>
    <w:p>
      <w:r/>
      <w:r>
        <w:t>A strong Frameline44 watchlist can be funny, moving, challenging and gloriously unpredictable.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2">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https://glaad.org/frameline44-has-just-released-its-line-september/</w:t>
        </w:r>
      </w:hyperlink>
      <w:r>
        <w:t xml:space="preserve"> - Please view link - unable to able to access data</w:t>
      </w:r>
      <w:r/>
    </w:p>
    <w:p>
      <w:pPr>
        <w:pStyle w:val="ListNumber"/>
        <w:spacing w:line="240" w:lineRule="auto"/>
        <w:ind w:left="720"/>
      </w:pPr>
      <w:r/>
      <w:hyperlink r:id="rId10">
        <w:r>
          <w:rPr>
            <w:color w:val="0000EE"/>
            <w:u w:val="single"/>
          </w:rPr>
          <w:t>https://www.frameline.org/festival/frameline47</w:t>
        </w:r>
      </w:hyperlink>
      <w:r>
        <w:t xml:space="preserve"> - Frameline47, the 47th San Francisco International LGBTQ+ Film Festival, took place from June 14 to 24, 2023, at the Castro Theatre and other venues in San Francisco and Oakland. The festival featured nearly 90 film screenings, including 24 world and U.S. premieres. Highlights included the Opening Night film 'Fairyland,' directed by Andrew Durham and produced by Sofia Coppola, the Oakland Centerpiece 'Cora Bora,' starring Megan Stalter, and the Pride Kickoff film 'God Save the Queens,' featuring drag icon Alaska. The festival also hosted special guests such as Taylor Mac and Alaska, and offered a streaming encore from June 24 to July 2, 2023. (</w:t>
      </w:r>
      <w:hyperlink r:id="rId13">
        <w:r>
          <w:rPr>
            <w:color w:val="0000EE"/>
            <w:u w:val="single"/>
          </w:rPr>
          <w:t>advocate.com</w:t>
        </w:r>
      </w:hyperlink>
      <w:r>
        <w:t>)</w:t>
      </w:r>
      <w:r/>
    </w:p>
    <w:p>
      <w:pPr>
        <w:pStyle w:val="ListNumber"/>
        <w:spacing w:line="240" w:lineRule="auto"/>
        <w:ind w:left="720"/>
      </w:pPr>
      <w:r/>
      <w:hyperlink r:id="rId12">
        <w:r>
          <w:rPr>
            <w:color w:val="0000EE"/>
            <w:u w:val="single"/>
          </w:rPr>
          <w:t>https://www.sfchronicle.com/entertainment/movies-tv/article/sf-frameline-47-lgbtq-film-festival-2023-18101041.php</w:t>
        </w:r>
      </w:hyperlink>
      <w:r>
        <w:t xml:space="preserve"> - The 47th annual San Francisco International LGBTQ+ Film Festival, known as Frameline47, was held from June 14 to 24, 2023, at the Castro Theatre and other historic venues in San Francisco and Oakland. The festival showcased nearly 90 film screenings, including 24 world and U.S. premieres. Notable films included 'Fairyland,' directed by Andrew Durham and produced by Sofia Coppola, 'Cora Bora,' starring Megan Stalter, and 'God Save the Queens,' featuring drag icon Alaska. The festival also featured special guests such as Taylor Mac and Alaska, and offered a streaming encore from June 24 to July 2, 2023. (</w:t>
      </w:r>
      <w:hyperlink r:id="rId14">
        <w:r>
          <w:rPr>
            <w:color w:val="0000EE"/>
            <w:u w:val="single"/>
          </w:rPr>
          <w:t>sfchronicle.com</w:t>
        </w:r>
      </w:hyperlink>
      <w:r>
        <w:t>)</w:t>
      </w:r>
      <w:r/>
    </w:p>
    <w:p>
      <w:pPr>
        <w:pStyle w:val="ListNumber"/>
        <w:spacing w:line="240" w:lineRule="auto"/>
        <w:ind w:left="720"/>
      </w:pPr>
      <w:r/>
      <w:hyperlink r:id="rId11">
        <w:r>
          <w:rPr>
            <w:color w:val="0000EE"/>
            <w:u w:val="single"/>
          </w:rPr>
          <w:t>https://www.advocate.com/film/frameline-film-festival-lineup</w:t>
        </w:r>
      </w:hyperlink>
      <w:r>
        <w:t xml:space="preserve"> - Frameline, the world's longest-running LGBTQ+ film festival, announced the lineup for its 47th edition, Frameline47, which took place from June 14 to 24, 2023, in San Francisco. The festival featured nearly 90 film screenings, including 24 world and U.S. premieres. Highlights included the Opening Night film 'Fairyland,' directed by Andrew Durham and produced by Sofia Coppola, the Oakland Centerpiece 'Cora Bora,' starring Megan Stalter, and the Pride Kickoff film 'God Save the Queens,' featuring drag icon Alaska. The festival also hosted special guests such as Taylor Mac and Alaska, and offered a streaming encore from June 24 to July 2, 2023. (</w:t>
      </w:r>
      <w:hyperlink r:id="rId13">
        <w:r>
          <w:rPr>
            <w:color w:val="0000EE"/>
            <w:u w:val="single"/>
          </w:rPr>
          <w:t>advocate.com</w:t>
        </w:r>
      </w:hyperlink>
      <w:r>
        <w:t>)</w:t>
      </w:r>
      <w:r/>
    </w:p>
    <w:p>
      <w:pPr>
        <w:pStyle w:val="ListNumber"/>
        <w:spacing w:line="240" w:lineRule="auto"/>
        <w:ind w:left="720"/>
      </w:pPr>
      <w:r/>
      <w:hyperlink r:id="rId12">
        <w:r>
          <w:rPr>
            <w:color w:val="0000EE"/>
            <w:u w:val="single"/>
          </w:rPr>
          <w:t>https://www.sfchronicle.com/entertainment/movies-tv/article/sf-frameline-47-lgbtq-film-festival-2023-18101041.php</w:t>
        </w:r>
      </w:hyperlink>
      <w:r>
        <w:t xml:space="preserve"> - The 47th annual San Francisco International LGBTQ+ Film Festival, known as Frameline47, was held from June 14 to 24, 2023, at the Castro Theatre and other historic venues in San Francisco and Oakland. The festival showcased nearly 90 film screenings, including 24 world and U.S. premieres. Notable films included 'Fairyland,' directed by Andrew Durham and produced by Sofia Coppola, 'Cora Bora,' starring Megan Stalter, and 'God Save the Queens,' featuring drag icon Alaska. The festival also featured special guests such as Taylor Mac and Alaska, and offered a streaming encore from June 24 to July 2, 2023. (</w:t>
      </w:r>
      <w:hyperlink r:id="rId14">
        <w:r>
          <w:rPr>
            <w:color w:val="0000EE"/>
            <w:u w:val="single"/>
          </w:rPr>
          <w:t>sfchronicle.com</w:t>
        </w:r>
      </w:hyperlink>
      <w:r>
        <w:t>)</w:t>
      </w:r>
      <w:r/>
    </w:p>
    <w:p>
      <w:pPr>
        <w:pStyle w:val="ListNumber"/>
        <w:spacing w:line="240" w:lineRule="auto"/>
        <w:ind w:left="720"/>
      </w:pPr>
      <w:r/>
      <w:hyperlink r:id="rId12">
        <w:r>
          <w:rPr>
            <w:color w:val="0000EE"/>
            <w:u w:val="single"/>
          </w:rPr>
          <w:t>https://www.sfchronicle.com/entertainment/movies-tv/article/sf-frameline-47-lgbtq-film-festival-2023-18101041.php</w:t>
        </w:r>
      </w:hyperlink>
      <w:r>
        <w:t xml:space="preserve"> - The 47th annual San Francisco International LGBTQ+ Film Festival, known as Frameline47, was held from June 14 to 24, 2023, at the Castro Theatre and other historic venues in San Francisco and Oakland. The festival showcased nearly 90 film screenings, including 24 world and U.S. premieres. Notable films included 'Fairyland,' directed by Andrew Durham and produced by Sofia Coppola, 'Cora Bora,' starring Megan Stalter, and 'God Save the Queens,' featuring drag icon Alaska. The festival also featured special guests such as Taylor Mac and Alaska, and offered a streaming encore from June 24 to July 2, 2023. (</w:t>
      </w:r>
      <w:hyperlink r:id="rId14">
        <w:r>
          <w:rPr>
            <w:color w:val="0000EE"/>
            <w:u w:val="single"/>
          </w:rPr>
          <w:t>sfchronicle.com</w:t>
        </w:r>
      </w:hyperlink>
      <w:r>
        <w:t>)</w:t>
      </w:r>
      <w:r/>
    </w:p>
    <w:p>
      <w:pPr>
        <w:pStyle w:val="ListNumber"/>
        <w:spacing w:line="240" w:lineRule="auto"/>
        <w:ind w:left="720"/>
      </w:pPr>
      <w:r/>
      <w:hyperlink r:id="rId12">
        <w:r>
          <w:rPr>
            <w:color w:val="0000EE"/>
            <w:u w:val="single"/>
          </w:rPr>
          <w:t>https://www.sfchronicle.com/entertainment/movies-tv/article/sf-frameline-47-lgbtq-film-festival-2023-18101041.php</w:t>
        </w:r>
      </w:hyperlink>
      <w:r>
        <w:t xml:space="preserve"> - The 47th annual San Francisco International LGBTQ+ Film Festival, known as Frameline47, was held from June 14 to 24, 2023, at the Castro Theatre and other historic venues in San Francisco and Oakland. The festival showcased nearly 90 film screenings, including 24 world and U.S. premieres. Notable films included 'Fairyland,' directed by Andrew Durham and produced by Sofia Coppola, 'Cora Bora,' starring Megan Stalter, and 'God Save the Queens,' featuring drag icon Alaska. The festival also featured special guests such as Taylor Mac and Alaska, and offered a streaming encore from June 24 to July 2, 2023. (</w:t>
      </w:r>
      <w:hyperlink r:id="rId14">
        <w:r>
          <w:rPr>
            <w:color w:val="0000EE"/>
            <w:u w:val="single"/>
          </w:rPr>
          <w:t>sfchronicle.com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frameline44-has-just-released-its-line-september/" TargetMode="External"/><Relationship Id="rId10" Type="http://schemas.openxmlformats.org/officeDocument/2006/relationships/hyperlink" Target="https://www.frameline.org/festival/frameline47" TargetMode="External"/><Relationship Id="rId11" Type="http://schemas.openxmlformats.org/officeDocument/2006/relationships/hyperlink" Target="https://www.advocate.com/film/frameline-film-festival-lineup" TargetMode="External"/><Relationship Id="rId12" Type="http://schemas.openxmlformats.org/officeDocument/2006/relationships/hyperlink" Target="https://www.sfchronicle.com/entertainment/movies-tv/article/sf-frameline-47-lgbtq-film-festival-2023-18101041.php" TargetMode="External"/><Relationship Id="rId13" Type="http://schemas.openxmlformats.org/officeDocument/2006/relationships/hyperlink" Target="https://www.advocate.com/film/frameline-film-festival-lineup?utm_source=openai" TargetMode="External"/><Relationship Id="rId14" Type="http://schemas.openxmlformats.org/officeDocument/2006/relationships/hyperlink" Target="https://www.sfchronicle.com/entertainment/movies-tv/article/sf-frameline-47-lgbtq-film-festival-2023-18101041.ph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