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Festival Picks for New York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film fans in New York had a packed five-day celebration to look forward to as NewFest Pride brought premieres, classic cinema, conversations and social events to the city. The 2024 programme mixed buzzy new releases with proudly queer favourites, while virtual screenings opened the experience to audiences beyond Manhattan.</w:t>
      </w:r>
      <w:r/>
    </w:p>
    <w:p>
      <w:pPr>
        <w:pStyle w:val="Heading2"/>
      </w:pPr>
      <w:r>
        <w:t>A lively Pride opening for New York cinema</w:t>
      </w:r>
      <w:r/>
    </w:p>
    <w:p>
      <w:r/>
      <w:r>
        <w:t xml:space="preserve">NewFest Pride opened with a strong sense of occasion, bringing LGBTQ+ stories to SVA Theatre from 30 May to 3 June 2024. The five-day event was designed as both a festival and a gathering place, with screenings, talks and social moments sharing the bill. According to NewFest, the programme aimed to balance celebration with space for reflection. </w:t>
      </w:r>
      <w:hyperlink r:id="rId9">
        <w:r>
          <w:rPr>
            <w:color w:val="0000EE"/>
            <w:u w:val="single"/>
          </w:rPr>
          <w:t>[2]</w:t>
        </w:r>
      </w:hyperlink>
      <w:r>
        <w:t xml:space="preserve">, </w:t>
      </w:r>
      <w:hyperlink r:id="rId10">
        <w:r>
          <w:rPr>
            <w:color w:val="0000EE"/>
            <w:u w:val="single"/>
          </w:rPr>
          <w:t>[7]</w:t>
        </w:r>
      </w:hyperlink>
      <w:r/>
    </w:p>
    <w:p>
      <w:r/>
      <w:r>
        <w:t xml:space="preserve">That mix matters. A festival can offer the soft thrill of discovering a new favourite film, but it can also make room for the conversations that linger after the credits. NewFest's wider mission is to give visibility to the breadth of LGBTQ+ lives and experiences, rather than squeezing them into one tidy genre or mood. </w:t>
      </w:r>
      <w:hyperlink r:id="rId9">
        <w:r>
          <w:rPr>
            <w:color w:val="0000EE"/>
            <w:u w:val="single"/>
          </w:rPr>
          <w:t>[2]</w:t>
        </w:r>
      </w:hyperlink>
      <w:r>
        <w:t xml:space="preserve">, </w:t>
      </w:r>
      <w:hyperlink r:id="rId11">
        <w:r>
          <w:rPr>
            <w:color w:val="0000EE"/>
            <w:u w:val="single"/>
          </w:rPr>
          <w:t>[3]</w:t>
        </w:r>
      </w:hyperlink>
      <w:r/>
    </w:p>
    <w:p>
      <w:pPr>
        <w:pStyle w:val="Heading2"/>
      </w:pPr>
      <w:r>
        <w:t>New York premieres brought plenty of buzz</w:t>
      </w:r>
      <w:r/>
    </w:p>
    <w:p>
      <w:r/>
      <w:r>
        <w:t xml:space="preserve">The opening-night film was A House Is Not a Disco, a documentary connected to Fire Island and its rich queer social history. Its New York premiere gave the festival an immediately recognisable setting and a warm, communal starting point. </w:t>
      </w:r>
      <w:hyperlink r:id="rId9">
        <w:r>
          <w:rPr>
            <w:color w:val="0000EE"/>
            <w:u w:val="single"/>
          </w:rPr>
          <w:t>[2]</w:t>
        </w:r>
      </w:hyperlink>
      <w:r>
        <w:t xml:space="preserve">, </w:t>
      </w:r>
      <w:hyperlink r:id="rId10">
        <w:r>
          <w:rPr>
            <w:color w:val="0000EE"/>
            <w:u w:val="single"/>
          </w:rPr>
          <w:t>[7]</w:t>
        </w:r>
      </w:hyperlink>
      <w:r/>
    </w:p>
    <w:p>
      <w:r/>
      <w:r>
        <w:t xml:space="preserve">The lineup also included the world premiere of Haze, a psychological thriller from NewFest alumnus Matthew Fifer. That choice pointed to one of the festival's strengths: queer cinema here wasn't limited to romance or straightforward drama, with genre stories given plenty of room to unsettle, surprise and entertain. </w:t>
      </w:r>
      <w:hyperlink r:id="rId9">
        <w:r>
          <w:rPr>
            <w:color w:val="0000EE"/>
            <w:u w:val="single"/>
          </w:rPr>
          <w:t>[2]</w:t>
        </w:r>
      </w:hyperlink>
      <w:r>
        <w:t xml:space="preserve">, </w:t>
      </w:r>
      <w:hyperlink r:id="rId10">
        <w:r>
          <w:rPr>
            <w:color w:val="0000EE"/>
            <w:u w:val="single"/>
          </w:rPr>
          <w:t>[7]</w:t>
        </w:r>
      </w:hyperlink>
      <w:r/>
    </w:p>
    <w:p>
      <w:r/>
      <w:r>
        <w:t xml:space="preserve">Other notable titles included Close to You, Fantasmas, The Queen of My Dreams, Sebastian and Am I Ok? The selection drew from films associated with major festivals including Sundance, SXSW and TIFF, giving New York audiences a chance to catch attention-grabbing work without waiting for a wider release. </w:t>
      </w:r>
      <w:hyperlink r:id="rId9">
        <w:r>
          <w:rPr>
            <w:color w:val="0000EE"/>
            <w:u w:val="single"/>
          </w:rPr>
          <w:t>[2]</w:t>
        </w:r>
      </w:hyperlink>
      <w:r>
        <w:t xml:space="preserve">, </w:t>
      </w:r>
      <w:hyperlink r:id="rId12">
        <w:r>
          <w:rPr>
            <w:color w:val="0000EE"/>
            <w:u w:val="single"/>
          </w:rPr>
          <w:t>[4]</w:t>
        </w:r>
      </w:hyperlink>
      <w:r>
        <w:t xml:space="preserve">, </w:t>
      </w:r>
      <w:hyperlink r:id="rId10">
        <w:r>
          <w:rPr>
            <w:color w:val="0000EE"/>
            <w:u w:val="single"/>
          </w:rPr>
          <w:t>[7]</w:t>
        </w:r>
      </w:hyperlink>
      <w:r/>
    </w:p>
    <w:p>
      <w:pPr>
        <w:pStyle w:val="Heading2"/>
      </w:pPr>
      <w:r>
        <w:t>Classics and new releases shared the spotlight</w:t>
      </w:r>
      <w:r/>
    </w:p>
    <w:p>
      <w:r/>
      <w:r>
        <w:t xml:space="preserve">Alongside premieres, NewFest Pride made space for a crowd-pleasing classic, To Wong Foo, Thanks for Everything! Julie Newmar. Its inclusion added a familiar, camp-leaning note to a programme otherwise focused on recent films and series. Sometimes the best festival schedule is the one that lets audiences discover something new, then settle into a beloved favourite. </w:t>
      </w:r>
      <w:hyperlink r:id="rId9">
        <w:r>
          <w:rPr>
            <w:color w:val="0000EE"/>
            <w:u w:val="single"/>
          </w:rPr>
          <w:t>[2]</w:t>
        </w:r>
      </w:hyperlink>
      <w:r>
        <w:t xml:space="preserve">, </w:t>
      </w:r>
      <w:hyperlink r:id="rId10">
        <w:r>
          <w:rPr>
            <w:color w:val="0000EE"/>
            <w:u w:val="single"/>
          </w:rPr>
          <w:t>[7]</w:t>
        </w:r>
      </w:hyperlink>
      <w:r/>
    </w:p>
    <w:p>
      <w:r/>
      <w:r>
        <w:t xml:space="preserve">The balance also reflects how queer audiences watch now. Some festivalgoers want the atmosphere of a packed cinema and the buzz of a post-screening discussion, while others are looking for a particular film or a more flexible way to take part. NewFest's combination of in-person and online programming acknowledged both habits. </w:t>
      </w:r>
      <w:hyperlink r:id="rId9">
        <w:r>
          <w:rPr>
            <w:color w:val="0000EE"/>
            <w:u w:val="single"/>
          </w:rPr>
          <w:t>[2]</w:t>
        </w:r>
      </w:hyperlink>
      <w:r>
        <w:t xml:space="preserve">, </w:t>
      </w:r>
      <w:hyperlink r:id="rId11">
        <w:r>
          <w:rPr>
            <w:color w:val="0000EE"/>
            <w:u w:val="single"/>
          </w:rPr>
          <w:t>[3]</w:t>
        </w:r>
      </w:hyperlink>
      <w:r/>
    </w:p>
    <w:p>
      <w:pPr>
        <w:pStyle w:val="Heading2"/>
      </w:pPr>
      <w:r>
        <w:t>How to make the most of a queer film festival</w:t>
      </w:r>
      <w:r/>
    </w:p>
    <w:p>
      <w:r/>
      <w:r>
        <w:t xml:space="preserve">For anyone planning a similar LGBTQ+ film festival visit, the practical move is to start with the schedule rather than a single headline title. Look for premieres, director appearances and discussion events first, as these tend to shape the festival experience and may have limited availability. </w:t>
      </w:r>
      <w:hyperlink r:id="rId9">
        <w:r>
          <w:rPr>
            <w:color w:val="0000EE"/>
            <w:u w:val="single"/>
          </w:rPr>
          <w:t>[2]</w:t>
        </w:r>
      </w:hyperlink>
      <w:r>
        <w:t xml:space="preserve">, </w:t>
      </w:r>
      <w:hyperlink r:id="rId10">
        <w:r>
          <w:rPr>
            <w:color w:val="0000EE"/>
            <w:u w:val="single"/>
          </w:rPr>
          <w:t>[7]</w:t>
        </w:r>
      </w:hyperlink>
      <w:r/>
    </w:p>
    <w:p>
      <w:r/>
      <w:r>
        <w:t xml:space="preserve">It also helps to mix the programme. Pair a challenging drama or thriller with a lighter film, and leave breathing room between screenings if you want to enjoy the social side of the event. NewFest offered individual tickets and all-access passes, while selected programmes were available virtually for people unable to attend in New York. </w:t>
      </w:r>
      <w:hyperlink r:id="rId9">
        <w:r>
          <w:rPr>
            <w:color w:val="0000EE"/>
            <w:u w:val="single"/>
          </w:rPr>
          <w:t>[2]</w:t>
        </w:r>
      </w:hyperlink>
      <w:r>
        <w:t xml:space="preserve">, </w:t>
      </w:r>
      <w:hyperlink r:id="rId11">
        <w:r>
          <w:rPr>
            <w:color w:val="0000EE"/>
            <w:u w:val="single"/>
          </w:rPr>
          <w:t>[3]</w:t>
        </w:r>
      </w:hyperlink>
      <w:r/>
    </w:p>
    <w:p>
      <w:pPr>
        <w:pStyle w:val="Heading2"/>
      </w:pPr>
      <w:r>
        <w:t>Why NewFest's programme still feels important</w:t>
      </w:r>
      <w:r/>
    </w:p>
    <w:p>
      <w:r/>
      <w:r>
        <w:t xml:space="preserve">NewFest has been presenting LGBTQ+ film and media in New York since 1988, building a long-running platform for filmmakers and audiences alike. That history gives the Pride event a sense of continuity, but the programme's range keeps it from feeling stuck in the past. </w:t>
      </w:r>
      <w:hyperlink r:id="rId9">
        <w:r>
          <w:rPr>
            <w:color w:val="0000EE"/>
            <w:u w:val="single"/>
          </w:rPr>
          <w:t>[2]</w:t>
        </w:r>
      </w:hyperlink>
      <w:r>
        <w:t xml:space="preserve">, </w:t>
      </w:r>
      <w:hyperlink r:id="rId11">
        <w:r>
          <w:rPr>
            <w:color w:val="0000EE"/>
            <w:u w:val="single"/>
          </w:rPr>
          <w:t>[3]</w:t>
        </w:r>
      </w:hyperlink>
      <w:r/>
    </w:p>
    <w:p>
      <w:r/>
      <w:r>
        <w:t xml:space="preserve">The strongest festivals do more than collect films. They create a temporary community around them, where a premiere can feel electric, a classic can feel newly relevant and a casual conversation can become the part people remember most. For queer audiences, that visibility remains valuable well beyond Pride season. </w:t>
      </w:r>
      <w:hyperlink r:id="rId9">
        <w:r>
          <w:rPr>
            <w:color w:val="0000EE"/>
            <w:u w:val="single"/>
          </w:rPr>
          <w:t>[2]</w:t>
        </w:r>
      </w:hyperlink>
      <w:r>
        <w:t xml:space="preserve">, </w:t>
      </w:r>
      <w:hyperlink r:id="rId10">
        <w:r>
          <w:rPr>
            <w:color w:val="0000EE"/>
            <w:u w:val="single"/>
          </w:rPr>
          <w:t>[7]</w:t>
        </w:r>
      </w:hyperlink>
      <w:r/>
    </w:p>
    <w:p>
      <w:r/>
      <w:r>
        <w:t>It's a thoughtful reminder that queer film belongs on the big screen all year round.</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[4]</w:t>
        </w:r>
      </w:hyperlink>
      <w:r>
        <w:t xml:space="preserve">, </w:t>
      </w:r>
      <w:hyperlink r:id="rId10">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https://glaad.org/newfest-announces-lineup-for-4th-annual-newfest-pride-summer-film-event/</w:t>
        </w:r>
      </w:hyperlink>
      <w:r>
        <w:t xml:space="preserve"> - Please view link - unable to able to access data</w:t>
      </w:r>
      <w:r/>
    </w:p>
    <w:p>
      <w:pPr>
        <w:pStyle w:val="ListNumber"/>
        <w:spacing w:line="240" w:lineRule="auto"/>
        <w:ind w:left="720"/>
      </w:pPr>
      <w:r/>
      <w:hyperlink r:id="rId9">
        <w:r>
          <w:rPr>
            <w:color w:val="0000EE"/>
            <w:u w:val="single"/>
          </w:rPr>
          <w:t>https://newfest.org/newfest-pride-2024/</w:t>
        </w:r>
      </w:hyperlink>
      <w:r>
        <w:t xml:space="preserve"> - NewFest Pride 2024 was a five-day festival held from May 30 to June 3, 2024, at the SVA Theatre in New York City. The event featured a mix of premieres, conversations, virtual screenings, and social gatherings. Highlights included the opening night film 'A House Is Not a Disco,' the world premiere of 'Haze,' and screenings of 'Close to You,' 'Fantasmas,' 'The Queen of My Dreams,' 'Sebastian,' and 'Am I OK?'. Virtual passes were also available for certain programs. Individual tickets and all-access passes were on sale at newfest.org.</w:t>
      </w:r>
      <w:r/>
    </w:p>
    <w:p>
      <w:pPr>
        <w:pStyle w:val="ListNumber"/>
        <w:spacing w:line="240" w:lineRule="auto"/>
        <w:ind w:left="720"/>
      </w:pPr>
      <w:r/>
      <w:hyperlink r:id="rId11">
        <w:r>
          <w:rPr>
            <w:color w:val="0000EE"/>
            <w:u w:val="single"/>
          </w:rPr>
          <w:t>https://newfest.org/2024-pride-announcement/</w:t>
        </w:r>
      </w:hyperlink>
      <w:r>
        <w:t xml:space="preserve"> - NewFest announced the full lineup for their fourth annual NewFest Pride summer film series, taking place from May 30 to June 3, 2024. The festival featured a mix of premieres and conversations, virtual screenings, and social events. Highlights included the opening night film 'A House Is Not a Disco,' the world premiere of 'Haze,' and New York premieres of Sundance audience favorites 'Sebastian' and 'Am I OK?'. The event also marked a new partnership with Universal Pictures for 'Pride Summer Movie Nights at Rockefeller Center,' starting with a free outdoor screening of 'To Wong Foo, Thanks for Everything! Julie Newmar'.</w:t>
      </w:r>
      <w:r/>
    </w:p>
    <w:p>
      <w:pPr>
        <w:pStyle w:val="ListNumber"/>
        <w:spacing w:line="240" w:lineRule="auto"/>
        <w:ind w:left="720"/>
      </w:pPr>
      <w:r/>
      <w:hyperlink r:id="rId12">
        <w:r>
          <w:rPr>
            <w:color w:val="0000EE"/>
            <w:u w:val="single"/>
          </w:rPr>
          <w:t>https://newfest.org/events/close-to-you/</w:t>
        </w:r>
      </w:hyperlink>
      <w:r>
        <w:t xml:space="preserve"> - NewFest Pride presented the New York premiere of 'Close to You,' directed by Dominic Savage and starring Elliot Page. The film explores themes of returning home and rekindling relationships. It was screened in person at the SVA Theatre on June 1, 2024, and virtually from May 30 to June 3, 2024. The event was part of NewFest Pride's lineup, which included various premieres and social events.</w:t>
      </w:r>
      <w:r/>
    </w:p>
    <w:p>
      <w:pPr>
        <w:pStyle w:val="ListNumber"/>
        <w:spacing w:line="240" w:lineRule="auto"/>
        <w:ind w:left="720"/>
      </w:pPr>
      <w:r/>
      <w:hyperlink r:id="rId14">
        <w:r>
          <w:rPr>
            <w:color w:val="0000EE"/>
            <w:u w:val="single"/>
          </w:rPr>
          <w:t>https://newfest.org/newfest-pride-2026/</w:t>
        </w:r>
      </w:hyperlink>
      <w:r>
        <w:t xml:space="preserve"> - NewFest Pride 2026 is scheduled to take place from May 28 to June 1, 2026, at the SVA Theatre in New York City. The event will feature premieres, parties, Q&amp;As, outdoor screenings, and more. Tickets and passes are available for purchase, with prices starting at $19.50. The festival aims to celebrate the LGBTQ+ community's legacy and contemporary stories through a curated selection of films and media.</w:t>
      </w:r>
      <w:r/>
    </w:p>
    <w:p>
      <w:pPr>
        <w:pStyle w:val="ListNumber"/>
        <w:spacing w:line="240" w:lineRule="auto"/>
        <w:ind w:left="720"/>
      </w:pPr>
      <w:r/>
      <w:hyperlink r:id="rId15">
        <w:r>
          <w:rPr>
            <w:color w:val="0000EE"/>
            <w:u w:val="single"/>
          </w:rPr>
          <w:t>https://newfest.org/newfest-pride-2025/</w:t>
        </w:r>
      </w:hyperlink>
      <w:r>
        <w:t xml:space="preserve"> - NewFest Pride 2025 is set to occur from May 29 to June 2, 2025, at the SVA Theatre in New York City. The five-day festival will showcase film premieres, filmmaker Q&amp;As, and social events. Tickets and passes are available for purchase, with prices starting at $19.50. The event aims to celebrate the community's legacy and contemporary stories through a curated selection of films and media.</w:t>
      </w:r>
      <w:r/>
    </w:p>
    <w:p>
      <w:pPr>
        <w:pStyle w:val="ListNumber"/>
        <w:spacing w:line="240" w:lineRule="auto"/>
        <w:ind w:left="720"/>
      </w:pPr>
      <w:r/>
      <w:hyperlink r:id="rId10">
        <w:r>
          <w:rPr>
            <w:color w:val="0000EE"/>
            <w:u w:val="single"/>
          </w:rPr>
          <w:t>https://www.yahoo.com/entertainment/newfest-unveils-full-lineup-4th-165230450.html</w:t>
        </w:r>
      </w:hyperlink>
      <w:r>
        <w:t xml:space="preserve"> - Yahoo Entertainment reported on NewFest's announcement of the full lineup for their fourth annual NewFest Pride summer film series, which took place from May 30 to June 3, 2024. The festival featured a mix of premieres, conversations, virtual screenings, and social events. Highlights included the opening night film 'A House Is Not a Disco,' the world premiere of 'Haze,' and New York premieres of Sundance audience favorites 'Sebastian' and 'Am I OK?'. The event also marked a new partnership with Universal Pictures for 'Pride Summer Movie Nights at Rockefeller Center,' starting with a free outdoor screening of 'To Wong Foo, Thanks for Everything! Julie Newmar'.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fest.org/newfest-pride-2024/" TargetMode="External"/><Relationship Id="rId10" Type="http://schemas.openxmlformats.org/officeDocument/2006/relationships/hyperlink" Target="https://www.yahoo.com/entertainment/newfest-unveils-full-lineup-4th-165230450.html" TargetMode="External"/><Relationship Id="rId11" Type="http://schemas.openxmlformats.org/officeDocument/2006/relationships/hyperlink" Target="https://newfest.org/2024-pride-announcement/" TargetMode="External"/><Relationship Id="rId12" Type="http://schemas.openxmlformats.org/officeDocument/2006/relationships/hyperlink" Target="https://newfest.org/events/close-to-you/" TargetMode="External"/><Relationship Id="rId13" Type="http://schemas.openxmlformats.org/officeDocument/2006/relationships/hyperlink" Target="https://glaad.org/newfest-announces-lineup-for-4th-annual-newfest-pride-summer-film-event/" TargetMode="External"/><Relationship Id="rId14" Type="http://schemas.openxmlformats.org/officeDocument/2006/relationships/hyperlink" Target="https://newfest.org/newfest-pride-2026/" TargetMode="External"/><Relationship Id="rId15" Type="http://schemas.openxmlformats.org/officeDocument/2006/relationships/hyperlink" Target="https://newfest.org/newfest-pride-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