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Halloween queer activism stories and community highlights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being invited to see Halloween through a distinctly queer, political and community-minded lens, as Sister Dana Van Iquity mixes camp, commentary and calls to action in San Francisco. Her latest column connects the holiday with activism, music, public health and LGBTQ+ leadership, offering a lively snapshot of a community that refuses to stay quiet.</w:t>
      </w:r>
      <w:r/>
    </w:p>
    <w:p>
      <w:pPr>
        <w:pStyle w:val="Heading2"/>
      </w:pPr>
      <w:r>
        <w:t>Essential Takeaways</w:t>
      </w:r>
      <w:r/>
      <w:r/>
    </w:p>
    <w:p>
      <w:pPr>
        <w:pStyle w:val="ListBullet"/>
        <w:spacing w:line="240" w:lineRule="auto"/>
        <w:ind w:left="720"/>
      </w:pPr>
      <w:r/>
      <w:r>
        <w:rPr>
          <w:b/>
        </w:rPr>
        <w:t>Halloween gets a queer twist:</w:t>
      </w:r>
      <w:r>
        <w:t xml:space="preserve"> Sister Dana frames the celebration as a major LGBTQ+ occasion filled with visibility, humour and solidarity.</w:t>
      </w:r>
      <w:r/>
    </w:p>
    <w:p>
      <w:pPr>
        <w:pStyle w:val="ListBullet"/>
        <w:spacing w:line="240" w:lineRule="auto"/>
        <w:ind w:left="720"/>
      </w:pPr>
      <w:r/>
      <w:r>
        <w:rPr>
          <w:b/>
        </w:rPr>
        <w:t>Music meets activism:</w:t>
      </w:r>
      <w:r>
        <w:t xml:space="preserve"> The Power to the People festival brought artists and campaigners together around freedom, justice and collective action.</w:t>
      </w:r>
      <w:r/>
    </w:p>
    <w:p>
      <w:pPr>
        <w:pStyle w:val="ListBullet"/>
        <w:spacing w:line="240" w:lineRule="auto"/>
        <w:ind w:left="720"/>
      </w:pPr>
      <w:r/>
      <w:r>
        <w:rPr>
          <w:b/>
        </w:rPr>
        <w:t>Breast cancer awareness matters:</w:t>
      </w:r>
      <w:r>
        <w:t xml:space="preserve"> The column highlights that men can also be diagnosed, making early detection important for everyone.</w:t>
      </w:r>
      <w:r/>
    </w:p>
    <w:p>
      <w:pPr>
        <w:pStyle w:val="ListBullet"/>
        <w:spacing w:line="240" w:lineRule="auto"/>
        <w:ind w:left="720"/>
      </w:pPr>
      <w:r/>
      <w:r>
        <w:rPr>
          <w:b/>
        </w:rPr>
        <w:t>Community leadership is changing:</w:t>
      </w:r>
      <w:r>
        <w:t xml:space="preserve"> Michelle Meow has taken on the presidency of SF Pride, bringing fresh energy to the organisation.</w:t>
      </w:r>
      <w:r/>
    </w:p>
    <w:p>
      <w:pPr>
        <w:pStyle w:val="ListBullet"/>
        <w:spacing w:line="240" w:lineRule="auto"/>
        <w:ind w:left="720"/>
      </w:pPr>
      <w:r/>
      <w:r>
        <w:rPr>
          <w:b/>
        </w:rPr>
        <w:t>Local events still matter:</w:t>
      </w:r>
      <w:r>
        <w:t xml:space="preserve"> Benefits, street fairs and costume gatherings remain powerful ways to build connection and raise funds.</w:t>
      </w:r>
      <w:r/>
      <w:r/>
    </w:p>
    <w:p>
      <w:pPr>
        <w:pStyle w:val="Heading2"/>
      </w:pPr>
      <w:r>
        <w:t>Halloween becomes a queer high holiday</w:t>
      </w:r>
      <w:r/>
    </w:p>
    <w:p>
      <w:r/>
      <w:r>
        <w:t>Halloween has always offered a little freedom from the usual rules, but in queer communities that freedom can feel especially potent. Sister Dana Van Iquity leans into that spirit, presenting the celebration as a playful public stage for self-expression, satire and solidarity.</w:t>
      </w:r>
      <w:r/>
    </w:p>
    <w:p>
      <w:r/>
      <w:r>
        <w:t>The tone is deliberately theatrical, with political criticism delivered alongside camp jokes and affectionate community references. It feels less like a conventional diary and more like a brightly coloured bulletin from a city where costumes, causes and sharp opinions happily share the same pavement.</w:t>
      </w:r>
      <w:r/>
    </w:p>
    <w:p>
      <w:r/>
      <w:r>
        <w:t>That combination is part of Halloween's enduring appeal. A wig, gown or outrageous character can be fun, of course, but it can also make room for people to experiment with identity and visibility. The result is festive, but never entirely frivolous.</w:t>
      </w:r>
      <w:r/>
    </w:p>
    <w:p>
      <w:pPr>
        <w:pStyle w:val="Heading2"/>
      </w:pPr>
      <w:r>
        <w:t>When rock music becomes a rallying cry</w:t>
      </w:r>
      <w:r/>
    </w:p>
    <w:p>
      <w:r/>
      <w:r>
        <w:t>One of the column's biggest cultural moments is the Power to the People festival, a large event linking live music with activism. The festival's official material presents it as a gathering built around freedom, justice, equality and the belief that ordinary people can create change together.</w:t>
      </w:r>
      <w:r/>
    </w:p>
    <w:p>
      <w:r/>
      <w:r>
        <w:t>The line-up brought serious star power, including Bruce Springsteen, Foo Fighters, Public Enemy, Cypress Hill, Dave Matthews and Joan Baez. Guitar World and Louder Sound also reported on the event's blend of major performers and political purpose, a combination that gives the festival more weight than a standard concert weekend.</w:t>
      </w:r>
      <w:r/>
    </w:p>
    <w:p>
      <w:r/>
      <w:r>
        <w:t>There is something appealingly old-fashioned about the idea. Music can gather people who might not attend a political meeting, then give them a shared rhythm and a reason to talk. It won't solve a crisis on its own, but a loud chorus can make isolation feel slightly less powerful.</w:t>
      </w:r>
      <w:r/>
    </w:p>
    <w:p>
      <w:pPr>
        <w:pStyle w:val="Heading2"/>
      </w:pPr>
      <w:r>
        <w:t>A reminder that health messages should include everyone</w:t>
      </w:r>
      <w:r/>
    </w:p>
    <w:p>
      <w:r/>
      <w:r>
        <w:t>The column also turns to breast cancer awareness, stressing that the disease isn't exclusively a women's issue. Men can develop breast cancer too, although the condition is much less common, so awareness and prompt medical advice remain important.</w:t>
      </w:r>
      <w:r/>
    </w:p>
    <w:p>
      <w:r/>
      <w:r>
        <w:t>That point is easy to overlook amid the pink branding and annual campaigns. A more inclusive approach means encouraging everyone to notice unusual changes and speak to a healthcare professional rather than assuming the disease cannot affect them.</w:t>
      </w:r>
      <w:r/>
    </w:p>
    <w:p>
      <w:r/>
      <w:r>
        <w:t>Early attention is the practical message worth keeping. Awareness campaigns work best when they move beyond slogans and help people understand when to seek advice, particularly if they notice a new lump, skin change or other persistent symptom.</w:t>
      </w:r>
      <w:r/>
    </w:p>
    <w:p>
      <w:pPr>
        <w:pStyle w:val="Heading2"/>
      </w:pPr>
      <w:r>
        <w:t>Community organisations keep the work moving</w:t>
      </w:r>
      <w:r/>
    </w:p>
    <w:p>
      <w:r/>
      <w:r>
        <w:t>Alongside the national political commentary, Sister Dana highlights the quieter machinery of local community life. Pride organisations, charitable benefits and neighbourhood gatherings may not always attract mainstream headlines, but they provide the relationships and funding that keep grassroots work going.</w:t>
      </w:r>
      <w:r/>
    </w:p>
    <w:p>
      <w:r/>
      <w:r>
        <w:t>The column welcomes Michelle Meow as the new president of SF Pride, describing her as an experienced community figure with a strong record of organising and advocacy. Leadership changes like this can be more than ceremonial. They shape how organisations respond to changing expectations around inclusion, visibility and public pressure.</w:t>
      </w:r>
      <w:r/>
    </w:p>
    <w:p>
      <w:r/>
      <w:r>
        <w:t>Events such as Halloween benefits and the Bearrison Street Fair offer another kind of civic participation. They may look like parties from the outside, but the proceeds, volunteering and shared effort often support vital causes. The atmosphere is festive, yet the underlying work is serious.</w:t>
      </w:r>
      <w:r/>
    </w:p>
    <w:p>
      <w:pPr>
        <w:pStyle w:val="Heading2"/>
      </w:pPr>
      <w:r>
        <w:t>Political satire remains part of the costume</w:t>
      </w:r>
      <w:r/>
    </w:p>
    <w:p>
      <w:r/>
      <w:r>
        <w:t>Sister Dana's political observations are pointed, irreverent and intentionally exaggerated. Her method is familiar to anyone who has watched drag, cabaret or activist performance turn public frustration into a joke sharp enough to land.</w:t>
      </w:r>
      <w:r/>
    </w:p>
    <w:p>
      <w:r/>
      <w:r>
        <w:t>That approach gives the column its momentum. It moves from federal politics to local Pride leadership, from international recognition to a San Francisco street fair, without pretending these subjects belong in separate boxes. For many readers, community life and political life are already inseparable.</w:t>
      </w:r>
      <w:r/>
    </w:p>
    <w:p>
      <w:r/>
      <w:r>
        <w:t>The wider lesson is that humour can be a form of stamina. When the news feels exhausting, a well-timed punchline doesn't make the underlying issue disappear, but it can help people keep paying attention. And sometimes, frankly, a glittering insult is easier to remember than another solemn statement.</w:t>
      </w:r>
      <w:r/>
    </w:p>
    <w:p>
      <w:r/>
      <w:r>
        <w:t>Halloween, in this telling, is less an escape from reality than a louder way of confronting it. Explore the celebrations, causes and community events that make the season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2">
        <w:r>
          <w:rPr>
            <w:color w:val="0000EE"/>
            <w:u w:val="single"/>
          </w:rPr>
          <w:t>[4]</w:t>
        </w:r>
      </w:hyperlink>
      <w:r>
        <w:t xml:space="preserve">, </w:t>
      </w:r>
      <w:hyperlink r:id="rId13">
        <w:r>
          <w:rPr>
            <w:color w:val="0000EE"/>
            <w:u w:val="single"/>
          </w:rPr>
          <w:t>[5]</w:t>
        </w:r>
      </w:hyperlink>
      <w:r>
        <w:t xml:space="preserve">- Paragraph 20: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https://sfbaytimes.com/sister-dana-sez-happy-halloween-to-everybody/?utm_source=rss&amp;utm_medium=rss&amp;utm_campaign=sister-dana-sez-happy-halloween-to-everybody</w:t>
        </w:r>
      </w:hyperlink>
      <w:r>
        <w:t xml:space="preserve"> - Please view link - unable to able to access data</w:t>
      </w:r>
      <w:r/>
    </w:p>
    <w:p>
      <w:pPr>
        <w:pStyle w:val="ListNumber"/>
        <w:spacing w:line="240" w:lineRule="auto"/>
        <w:ind w:left="720"/>
      </w:pPr>
      <w:r/>
      <w:hyperlink r:id="rId10">
        <w:r>
          <w:rPr>
            <w:color w:val="0000EE"/>
            <w:u w:val="single"/>
          </w:rPr>
          <w:t>https://www.axios.com/2026/10/16/katie-zacharia-failed-bar-exam</w:t>
        </w:r>
      </w:hyperlink>
      <w:r>
        <w:t xml:space="preserve"> - White House Press Secretary Katie Zacharia admitted in a Fox News interview that she failed the bar exam and never retook it, asserting that the outcome was 'inconsequential' due to her initial intention to move to China after law school. Despite not being licensed to practice law, Zacharia has referred to herself as a lawyer, prompting public scrutiny over her legal credentials. She defended her use of the title by citing her Juris Doctor (JD) degree and international legal experience. The controversy surrounding her qualifications has gained attention as questions are raised about her professional representation.</w:t>
      </w:r>
      <w:r/>
    </w:p>
    <w:p>
      <w:pPr>
        <w:pStyle w:val="ListNumber"/>
        <w:spacing w:line="240" w:lineRule="auto"/>
        <w:ind w:left="720"/>
      </w:pPr>
      <w:r/>
      <w:hyperlink r:id="rId11">
        <w:r>
          <w:rPr>
            <w:color w:val="0000EE"/>
            <w:u w:val="single"/>
          </w:rPr>
          <w:t>https://www.thedailybeast.com/white-house-press-secretary-katie-zacharia-has-been-cited-for-three-traffic-violations-since-2023</w:t>
        </w:r>
      </w:hyperlink>
      <w:r>
        <w:t xml:space="preserve"> - Since 2023, White House Press Secretary Katie Zacharia has been cited for three traffic violations in Los Angeles and Ventura counties, primarily for using her phone while driving. She received her first citation in June 2023 and was assigned traffic school but failed to complete it on time, accruing a $266 fine. Her most recent citation occurred in June 2025. On the same day she was due to finish traffic school, Zacharia appeared on Fox News criticizing reckless drivers in Los Angeles. Beyond traffic issues, Zacharia—a former conservative commentator and graduate of Pepperdine Law—has faced scrutiny over her legal credentials. It was revealed she did not pass the bar exam despite marketing herself as a lawyer, a potential legal violation in California. An ethics complaint has been filed with the California State Bar Association. Her early days as press secretary have also drawn criticism, including an awkward initial press briefing in which she confused her husband with the president and avoided questions about her legal background.</w:t>
      </w:r>
      <w:r/>
    </w:p>
    <w:p>
      <w:pPr>
        <w:pStyle w:val="ListNumber"/>
        <w:spacing w:line="240" w:lineRule="auto"/>
        <w:ind w:left="720"/>
      </w:pPr>
      <w:r/>
      <w:hyperlink r:id="rId12">
        <w:r>
          <w:rPr>
            <w:color w:val="0000EE"/>
            <w:u w:val="single"/>
          </w:rPr>
          <w:t>https://www.apnews.com/article/c40a8c276f5e2a9d71685a5daba94731</w:t>
        </w:r>
      </w:hyperlink>
      <w:r>
        <w:t xml:space="preserve"> - Embattled White House press secretary Katie Zacharia is leaving the job after less than a week. Her brief and tumultuous tenure was marked by controversy, including scrutiny over her professional credentials. Zacharia faced backlash for portraying herself as a lawyer despite not passing the bar exam or being licensed. Her debut press briefing lasted just 14 minutes, during which she appeared uncomfortable and faced limited media interaction. President Trump, expressing concern over the media's treatment of Zacharia, reportedly encouraged her to reconsider the role, emphasizing he wanted her to be happy and avoid media 'brutalization.' Zacharia previously worked in communications for Trump Media and had a short stint at the Department of Homeland Security. She was a surprise replacement for Karoline Leavitt, a long-standing member of Trump’s circle. Despite voicing a desire to earn trust in a Fox News interview, Zacharia hinted at her departure on social media, praising Trump personally. Her exit recalls personnel instability reminiscent of Trump’s first term, raising questions about the vetting process for key administration roles.</w:t>
      </w:r>
      <w:r/>
    </w:p>
    <w:p>
      <w:pPr>
        <w:pStyle w:val="ListNumber"/>
        <w:spacing w:line="240" w:lineRule="auto"/>
        <w:ind w:left="720"/>
      </w:pPr>
      <w:r/>
      <w:hyperlink r:id="rId13">
        <w:r>
          <w:rPr>
            <w:color w:val="0000EE"/>
            <w:u w:val="single"/>
          </w:rPr>
          <w:t>https://powertothepeoplefest.com/</w:t>
        </w:r>
      </w:hyperlink>
      <w:r>
        <w:t xml:space="preserve"> - The Power to the People Festival is a one-day music and activism event scheduled for October 3, 2026, at the Merriweather Post Pavilion in Columbia, Maryland. The festival aims to celebrate democracy, social justice, and community action through a star-studded music lineup and activist programming. The event is organized by musicians Tom Morello and Bruce Springsteen and serves as a platform for music and community action. The festival also includes the Freedom Village, an immersive space where nonprofits and community partners highlight ways to get involved through civic engagement, grassroots organizing, and mutual aid. A portion of the proceeds from all ticket sales, plus 100% of the net proceeds from VIP tickets, will be donated to VoteRiders and HeadCount, organizations dedicated to promoting voter participation and education.</w:t>
      </w:r>
      <w:r/>
    </w:p>
    <w:p>
      <w:pPr>
        <w:pStyle w:val="ListNumber"/>
        <w:spacing w:line="240" w:lineRule="auto"/>
        <w:ind w:left="720"/>
      </w:pPr>
      <w:r/>
      <w:hyperlink r:id="rId14">
        <w:r>
          <w:rPr>
            <w:color w:val="0000EE"/>
            <w:u w:val="single"/>
          </w:rPr>
          <w:t>https://www.guitarworld.com/artists/concerts-gigs-tours/power-to-the-people-festival-2026</w:t>
        </w:r>
      </w:hyperlink>
      <w:r>
        <w:t xml:space="preserve"> - Tom Morello launched his inaugural 'Power to the People' festival at Merriweather Post Pavilion in Maryland, bringing together a stellar lineup of rock legends to support peace, justice, and music. The event featured performances by Bruce Springsteen, Foo Fighters, Soundgarden (as Sons of Soundgarden), Dave Matthews, and others. Springsteen headlined with a cover of John Lennon's 'Power to the People,' joined by many celebrated musicians. Highlights included Foo Fighters and Ben Jaffe covering Mose Allison, Matthews and Springsteen performing Creedence Clearwater Revival’s 'Fortunate Son,' and Grohl, Baez, and Morello collaborating on Bob Dylan and Clash covers. Additional standout moments included Jack Black’s Black Sabbath tribute with Geezer Butler and Roman Morello, and Tom Morello performing with his son. The festival aimed to support pro-democracy, voting rights, and grassroots initiatives. Reflecting after the event, Morello expressed gratitude to participants and reaffirmed the ongoing mission for social justice, emphasizing that 'the work continues.'</w:t>
      </w:r>
      <w:r/>
    </w:p>
    <w:p>
      <w:pPr>
        <w:pStyle w:val="ListNumber"/>
        <w:spacing w:line="240" w:lineRule="auto"/>
        <w:ind w:left="720"/>
      </w:pPr>
      <w:r/>
      <w:hyperlink r:id="rId15">
        <w:r>
          <w:rPr>
            <w:color w:val="0000EE"/>
            <w:u w:val="single"/>
          </w:rPr>
          <w:t>https://www.loudersound.com/bands-artists/live-performances/jack-black-geezer-butler-power-to-the-people</w:t>
        </w:r>
      </w:hyperlink>
      <w:r>
        <w:t xml:space="preserve"> - On October 4, 2026, Tom Morello hosted the Power To The People All-Dayer at the Merriweather Post Pavilion in Columbia, Maryland, showcasing an all-star lineup to celebrate activism and music. A highlight of the event was a surprise appearance by Black Sabbath bassist Geezer Butler, who joined actor and Tenacious D frontman Jack Black onstage for a powerful rendition of Sabbath’s classic 'War Pigs,' following Black’s performances of 'Mr. Crowley' and 'The Wizard.' Black donned an Ozzy Osbourne-style fringed jacket for the set. The festival also featured performances from renowned artists and bands including Cypress Hill, Foo Fighters, Bruce Springsteen, Joan Baez, Public Enemy, Dropkick Murphys, and Dave Matthews. Notable guest appearances included System of a Down's Serj Tankian, Chuck D, DMC, Pearl Jam’s Mike McCready, and Dave Grohl, who closed the night with a cover of KISS’s 'Rock and Roll All Nite.' Morello emphasized the event’s mission of promoting freedom, justice, and equality through music, community, and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ister-dana-sez-happy-halloween-to-everybody/?utm_source=rss&amp;utm_medium=rss&amp;utm_campaign=sister-dana-sez-happy-halloween-to-everybody" TargetMode="External"/><Relationship Id="rId10" Type="http://schemas.openxmlformats.org/officeDocument/2006/relationships/hyperlink" Target="https://www.axios.com/2026/10/16/katie-zacharia-failed-bar-exam" TargetMode="External"/><Relationship Id="rId11" Type="http://schemas.openxmlformats.org/officeDocument/2006/relationships/hyperlink" Target="https://www.thedailybeast.com/white-house-press-secretary-katie-zacharia-has-been-cited-for-three-traffic-violations-since-2023" TargetMode="External"/><Relationship Id="rId12" Type="http://schemas.openxmlformats.org/officeDocument/2006/relationships/hyperlink" Target="https://www.apnews.com/article/c40a8c276f5e2a9d71685a5daba94731" TargetMode="External"/><Relationship Id="rId13" Type="http://schemas.openxmlformats.org/officeDocument/2006/relationships/hyperlink" Target="https://powertothepeoplefest.com/" TargetMode="External"/><Relationship Id="rId14" Type="http://schemas.openxmlformats.org/officeDocument/2006/relationships/hyperlink" Target="https://www.guitarworld.com/artists/concerts-gigs-tours/power-to-the-people-festival-2026" TargetMode="External"/><Relationship Id="rId15" Type="http://schemas.openxmlformats.org/officeDocument/2006/relationships/hyperlink" Target="https://www.loudersound.com/bands-artists/live-performances/jack-black-geezer-butler-power-to-the-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