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Halloween Events in South Florida for October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South Florida is filling its final October days with giant haunted attractions, community fundraisers and colourful cultural celebrations. From Horrorland at Jungle Island to Wicked Manors in Wilton Drive, these popular events offer plenty of reasons to leave the sofa, whether you're chasing a proper scare or simply looking for a lively night out.</w:t>
      </w:r>
      <w:r/>
    </w:p>
    <w:p>
      <w:pPr>
        <w:pStyle w:val="Heading2"/>
      </w:pPr>
      <w:r>
        <w:t>Essential Takeaways</w:t>
      </w:r>
      <w:r/>
      <w:r/>
    </w:p>
    <w:p>
      <w:pPr>
        <w:pStyle w:val="ListBullet"/>
        <w:spacing w:line="240" w:lineRule="auto"/>
        <w:ind w:left="720"/>
      </w:pPr>
      <w:r/>
      <w:r>
        <w:rPr>
          <w:b/>
        </w:rPr>
        <w:t>Horrorland is back:</w:t>
      </w:r>
      <w:r>
        <w:t xml:space="preserve"> Jungle Island's large-scale Halloween experience runs until Sunday, 1 November.</w:t>
      </w:r>
      <w:r/>
    </w:p>
    <w:p>
      <w:pPr>
        <w:pStyle w:val="ListBullet"/>
        <w:spacing w:line="240" w:lineRule="auto"/>
        <w:ind w:left="720"/>
      </w:pPr>
      <w:r/>
      <w:r>
        <w:rPr>
          <w:b/>
        </w:rPr>
        <w:t>Expect more than jump scares:</w:t>
      </w:r>
      <w:r>
        <w:t xml:space="preserve"> The event combines haunted houses, scare zones, live entertainment, themed bars and roaming performers.</w:t>
      </w:r>
      <w:r/>
    </w:p>
    <w:p>
      <w:pPr>
        <w:pStyle w:val="ListBullet"/>
        <w:spacing w:line="240" w:lineRule="auto"/>
        <w:ind w:left="720"/>
      </w:pPr>
      <w:r/>
      <w:r>
        <w:rPr>
          <w:b/>
        </w:rPr>
        <w:t>Warmth is welcome:</w:t>
      </w:r>
      <w:r>
        <w:t xml:space="preserve"> Galleria Fort Lauderdale is collecting coats, jackets, sweaters and blankets until 27 November.</w:t>
      </w:r>
      <w:r/>
    </w:p>
    <w:p>
      <w:pPr>
        <w:pStyle w:val="ListBullet"/>
        <w:spacing w:line="240" w:lineRule="auto"/>
        <w:ind w:left="720"/>
      </w:pPr>
      <w:r/>
      <w:r>
        <w:rPr>
          <w:b/>
        </w:rPr>
        <w:t>Halloween gets wonderfully theatrical:</w:t>
      </w:r>
      <w:r>
        <w:t xml:space="preserve"> South Florida's calendar includes drag brunches, costume parties, comedy and community celebrations.</w:t>
      </w:r>
      <w:r/>
    </w:p>
    <w:p>
      <w:pPr>
        <w:pStyle w:val="ListBullet"/>
        <w:spacing w:line="240" w:lineRule="auto"/>
        <w:ind w:left="720"/>
      </w:pPr>
      <w:r/>
      <w:r>
        <w:rPr>
          <w:b/>
        </w:rPr>
        <w:t>Plan ahead:</w:t>
      </w:r>
      <w:r>
        <w:t xml:space="preserve"> Several events recommend or require tickets, reservations or advance registration.</w:t>
      </w:r>
      <w:r/>
      <w:r/>
    </w:p>
    <w:p>
      <w:pPr>
        <w:pStyle w:val="Heading2"/>
      </w:pPr>
      <w:r>
        <w:t>Horrorland turns Jungle Island into a scream-filled playground</w:t>
      </w:r>
      <w:r/>
    </w:p>
    <w:p>
      <w:r/>
      <w:r>
        <w:t>The strongest Halloween option for serious scare-seekers is Horrorland, which has returned to Jungle Island with an expanded experience covering more than 18 acres. The result is less a traditional haunted house and more a full evening of darkness, noise and theatrical chaos. Expect monsters in the shadows, sudden movement and the sort of atmosphere that makes even confident adults walk a little faster.</w:t>
      </w:r>
      <w:r/>
    </w:p>
    <w:p>
      <w:r/>
      <w:r>
        <w:t>According to the official Horrorland website, this season includes six new haunted houses, four scare zones, the Circus of Terror live show and themed bars. The Frankenstein Bar adds an immersive cocktail stop to the evening, so visitors can pause for a drink before heading back into the mayhem.</w:t>
      </w:r>
      <w:r/>
    </w:p>
    <w:p>
      <w:r/>
      <w:r>
        <w:t>The Miami and Beaches tourism listing also highlights the event's mix of haunted entertainment and live experiences, while Time Out Miami describes it as a major seasonal attraction at Jungle Island. Admission includes the principal attractions, which makes it easier to treat the event as a complete night out rather than a quick walk-through.</w:t>
      </w:r>
      <w:r/>
    </w:p>
    <w:p>
      <w:pPr>
        <w:pStyle w:val="Heading2"/>
      </w:pPr>
      <w:r>
        <w:t>Last chance for a major Halloween night out</w:t>
      </w:r>
      <w:r/>
    </w:p>
    <w:p>
      <w:r/>
      <w:r>
        <w:t>Horrorland closes on Sunday, 1 November, leaving only a short window for anyone hoping to visit. Local 10 reported that the attraction has returned for another season of Halloween scares, reinforcing its place among South Florida's most recognisable autumn events.</w:t>
      </w:r>
      <w:r/>
    </w:p>
    <w:p>
      <w:r/>
      <w:r>
        <w:t>Tickets are best arranged in advance, particularly for weekend visits and the final nights. Wear comfortable shoes, expect crowds and remember that a large outdoor attraction can mean heat, humidity and plenty of walking. In other words, this isn't the night for brand-new shoes or a costume that restricts your movement.</w:t>
      </w:r>
      <w:r/>
    </w:p>
    <w:p>
      <w:r/>
      <w:r>
        <w:t>The best approach is to arrive with enough time to explore rather than rushing from one attraction to the next. And if your group contains both brave and nervous guests, agree on a meeting point before the first scream.</w:t>
      </w:r>
      <w:r/>
    </w:p>
    <w:p>
      <w:pPr>
        <w:pStyle w:val="Heading2"/>
      </w:pPr>
      <w:r>
        <w:t>A warmer side of the season arrives at Galleria Fort Lauderdale</w:t>
      </w:r>
      <w:r/>
    </w:p>
    <w:p>
      <w:r/>
      <w:r>
        <w:t>Not every October highlight involves a chainsaw soundtrack. Galleria Fort Lauderdale is supporting the Share The Warmth campaign with One Warm Coat, inviting shoppers to donate new or gently used coats, jackets, sweaters and blankets through 27 November.</w:t>
      </w:r>
      <w:r/>
    </w:p>
    <w:p>
      <w:r/>
      <w:r>
        <w:t>The centre's event information says donations can be dropped at a collection kiosk in the Palm Court during mall hours. Items gathered there will be distributed by The Salvation Army of Broward County, giving the campaign a direct local focus.</w:t>
      </w:r>
      <w:r/>
    </w:p>
    <w:p>
      <w:r/>
      <w:r>
        <w:t>South Florida may be better known for sunshine than winter chill, but the appeal is clear: a spare blanket or coat can be useful to someone facing a difficult season. It also makes an easy add-on to a shopping trip, which is perhaps the most practical kind of community-minded plan.</w:t>
      </w:r>
      <w:r/>
    </w:p>
    <w:p>
      <w:pPr>
        <w:pStyle w:val="Heading2"/>
      </w:pPr>
      <w:r>
        <w:t>Drag, costumes and culture keep the calendar busy</w:t>
      </w:r>
      <w:r/>
    </w:p>
    <w:p>
      <w:r/>
      <w:r>
        <w:t>Halloween weekend offers plenty of alternatives to a dedicated haunted attraction. Wilton Drive hosts Wicked Manors on 31 October, with this year's Masquerade of Mayhem theme bringing costumes, performances and events across the area's bars and restaurants.</w:t>
      </w:r>
      <w:r/>
    </w:p>
    <w:p>
      <w:r/>
      <w:r>
        <w:t>In Miami, R House Wynwood is staging R House of Villains, a 21-plus costume party with performances, DJs, themed drinks and a best-dressed prize. Guests can dress as a horror icon or invent their own villain, while an optional meet-and-greet adds a more fan-focused element to the evening.</w:t>
      </w:r>
      <w:r/>
    </w:p>
    <w:p>
      <w:r/>
      <w:r>
        <w:t>Elsewhere, Georgie's Alibi Monkey Bar is serving up a Hocus Pocus-themed drag brunch, while Yuca 105 will host a cabaret fundraiser for Miami Beach Pride on 4 November. These events show why South Florida's Halloween season feels broader than a single night: it's part nightlife, part performance and part community gathering.</w:t>
      </w:r>
      <w:r/>
    </w:p>
    <w:p>
      <w:pPr>
        <w:pStyle w:val="Heading2"/>
      </w:pPr>
      <w:r>
        <w:t>Plan for the wider South Florida arts season</w:t>
      </w:r>
      <w:r/>
    </w:p>
    <w:p>
      <w:r/>
      <w:r>
        <w:t>There are strong options beyond Halloween itself. Miami Film Festival GEMS runs through 5 November, offering screenings, filmmaker appearances, seminars and special events at venues across Greater Miami. For film lovers, it provides a welcome change of pace after the costumes and smoke machines.</w:t>
      </w:r>
      <w:r/>
    </w:p>
    <w:p>
      <w:r/>
      <w:r>
        <w:t>The schedule also includes The Gray: A Celebration of Human Complexity, a world-premiere dance-theatre work by Miami native Randolph Ward, and the Gay Men's Chorus of South Florida's Chic &amp; Unique Ball. Meanwhile, the Guy Harvey Foundation's Love the Blue Gala supports marine research and education through an evening of dinner, auctions and entertainment.</w:t>
      </w:r>
      <w:r/>
    </w:p>
    <w:p>
      <w:r/>
      <w:r>
        <w:t>So whether you're after the best Halloween events in South Florida for families, friends or a date night, the useful trick is to match the event to your energy. Choose Horrorland for spectacle, Wicked Manors for people-watching, a film screening for a quieter evening or a fundraiser when you want your night out to do some good.</w:t>
      </w:r>
      <w:r/>
    </w:p>
    <w:p>
      <w:r/>
      <w:r>
        <w:t>It's a busy season, so pick your mood first, then book accordingly.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13">
        <w:r>
          <w:rPr>
            <w:color w:val="0000EE"/>
            <w:u w:val="single"/>
          </w:rPr>
          <w:t>[7]</w:t>
        </w:r>
      </w:hyperlink>
      <w:r>
        <w:t xml:space="preserve">- Paragraph 5: </w:t>
      </w:r>
      <w:hyperlink r:id="rId14">
        <w:r>
          <w:rPr>
            <w:color w:val="0000EE"/>
            <w:u w:val="single"/>
          </w:rPr>
          <w:t>[3]</w:t>
        </w:r>
      </w:hyperlink>
      <w:r>
        <w:t xml:space="preserve">, </w:t>
      </w:r>
      <w:hyperlink r:id="rId15">
        <w:r>
          <w:rPr>
            <w:color w:val="0000EE"/>
            <w:u w:val="single"/>
          </w:rPr>
          <w:t>[5]</w:t>
        </w:r>
      </w:hyperlink>
      <w:r>
        <w:t xml:space="preserve">- Paragraph 6: </w:t>
      </w:r>
      <w:hyperlink r:id="rId14">
        <w:r>
          <w:rPr>
            <w:color w:val="0000EE"/>
            <w:u w:val="single"/>
          </w:rPr>
          <w:t>[3]</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[6]</w:t>
        </w:r>
      </w:hyperlink>
      <w:r>
        <w:t xml:space="preserve">- Paragraph 8: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https://hotspotsmagazine.com/2026/10/22/whats-hot-south-florida-october-22-november-4/</w:t>
        </w:r>
      </w:hyperlink>
      <w:r>
        <w:t xml:space="preserve"> - Please view link - unable to able to access data</w:t>
      </w:r>
      <w:r/>
    </w:p>
    <w:p>
      <w:pPr>
        <w:pStyle w:val="ListNumber"/>
        <w:spacing w:line="240" w:lineRule="auto"/>
        <w:ind w:left="720"/>
      </w:pPr>
      <w:r/>
      <w:hyperlink r:id="rId10">
        <w:r>
          <w:rPr>
            <w:color w:val="0000EE"/>
            <w:u w:val="single"/>
          </w:rPr>
          <w:t>https://www.thehorrorland.com/</w:t>
        </w:r>
      </w:hyperlink>
      <w:r>
        <w:t xml:space="preserve"> - The Horrorland is Miami's premier haunted attraction, offering an immersive Halloween experience at Jungle Island. Season 7 features five terrifying haunted houses, unexpected scare zones, creepy games, themed food and cocktails, a full adrenaline circus show, and viral photo opportunities. Designed for thrill-seekers, date nights, and groups, The Horrorland operates on select nights in Fall 2026. Tickets include access to all attractions, with options like Fast Pass and Unlimited Pro Season Pass available. The event has received top ratings, including a 4.8 rating from over 2,000 Google reviews and ranking in the Top 10 Haunted Houses in the USA by USA Today. (</w:t>
      </w:r>
      <w:hyperlink r:id="rId16">
        <w:r>
          <w:rPr>
            <w:color w:val="0000EE"/>
            <w:u w:val="single"/>
          </w:rPr>
          <w:t>thehorrorland.com</w:t>
        </w:r>
      </w:hyperlink>
      <w:r>
        <w:t>)</w:t>
      </w:r>
      <w:r/>
    </w:p>
    <w:p>
      <w:pPr>
        <w:pStyle w:val="ListNumber"/>
        <w:spacing w:line="240" w:lineRule="auto"/>
        <w:ind w:left="720"/>
      </w:pPr>
      <w:r/>
      <w:hyperlink r:id="rId14">
        <w:r>
          <w:rPr>
            <w:color w:val="0000EE"/>
            <w:u w:val="single"/>
          </w:rPr>
          <w:t>https://www.galleriamall-fl.com/events/44027-share-the-warmth</w:t>
        </w:r>
      </w:hyperlink>
      <w:r>
        <w:t xml:space="preserve"> - Galleria Fort Lauderdale is participating in the 'Share The Warmth' initiative, partnering with One Warm Coat and the Fort Lauderdale Salvation Army to provide warmth to those in need. From October 20 to November 27, the community is invited to donate new or gently used coats, jackets, sweaters, and blankets in the Palm Court. Donations will be distributed by The Salvation Army of Broward County to benefit local individuals and families. A collection kiosk is available during mall hours. (</w:t>
      </w:r>
      <w:hyperlink r:id="rId17">
        <w:r>
          <w:rPr>
            <w:color w:val="0000EE"/>
            <w:u w:val="single"/>
          </w:rPr>
          <w:t>galleriamall-fl.com</w:t>
        </w:r>
      </w:hyperlink>
      <w:r>
        <w:t>)</w:t>
      </w:r>
      <w:r/>
    </w:p>
    <w:p>
      <w:pPr>
        <w:pStyle w:val="ListNumber"/>
        <w:spacing w:line="240" w:lineRule="auto"/>
        <w:ind w:left="720"/>
      </w:pPr>
      <w:r/>
      <w:hyperlink r:id="rId11">
        <w:r>
          <w:rPr>
            <w:color w:val="0000EE"/>
            <w:u w:val="single"/>
          </w:rPr>
          <w:t>https://www.miamiandbeaches.com/event/the-horrorland/22571</w:t>
        </w:r>
      </w:hyperlink>
      <w:r>
        <w:t xml:space="preserve"> - The Horrorland transforms Jungle Island into a sprawling scream park each Halloween season, featuring six haunted houses, three immersive scare zones, and a live circus production. Returning for its seventh season, The Horrorland runs on select Thursdays through Sundays from September 10 through November 1. The event also includes themed food and cocktails, live music, games, and staged photo opportunities. (</w:t>
      </w:r>
      <w:hyperlink r:id="rId18">
        <w:r>
          <w:rPr>
            <w:color w:val="0000EE"/>
            <w:u w:val="single"/>
          </w:rPr>
          <w:t>miamiandbeaches.com</w:t>
        </w:r>
      </w:hyperlink>
      <w:r>
        <w:t>)</w:t>
      </w:r>
      <w:r/>
    </w:p>
    <w:p>
      <w:pPr>
        <w:pStyle w:val="ListNumber"/>
        <w:spacing w:line="240" w:lineRule="auto"/>
        <w:ind w:left="720"/>
      </w:pPr>
      <w:r/>
      <w:hyperlink r:id="rId15">
        <w:r>
          <w:rPr>
            <w:color w:val="0000EE"/>
            <w:u w:val="single"/>
          </w:rPr>
          <w:t>https://www.southfloridasuntimes.com/news-2-1/galleria-fort-lauderdale-invites-the-community-to-%22share-the-warmth%22</w:t>
        </w:r>
      </w:hyperlink>
      <w:r>
        <w:t xml:space="preserve"> - Galleria Fort Lauderdale is inviting the community to participate in the 'Share The Warmth' campaign, a Centennial property-wide initiative in partnership with national nonprofit One Warm Coat. From October 20 to November 27, the community is encouraged to drop off new or gently used coats, jackets, sweaters, and blankets in the Palm Court. All items collected will be distributed by The Salvation Army of Broward County to benefit local individuals and families. A collection kiosk is available during mall hours. (</w:t>
      </w:r>
      <w:hyperlink r:id="rId19">
        <w:r>
          <w:rPr>
            <w:color w:val="0000EE"/>
            <w:u w:val="single"/>
          </w:rPr>
          <w:t>southfloridasuntimes.com</w:t>
        </w:r>
      </w:hyperlink>
      <w:r>
        <w:t>)</w:t>
      </w:r>
      <w:r/>
    </w:p>
    <w:p>
      <w:pPr>
        <w:pStyle w:val="ListNumber"/>
        <w:spacing w:line="240" w:lineRule="auto"/>
        <w:ind w:left="720"/>
      </w:pPr>
      <w:r/>
      <w:hyperlink r:id="rId12">
        <w:r>
          <w:rPr>
            <w:color w:val="0000EE"/>
            <w:u w:val="single"/>
          </w:rPr>
          <w:t>https://www.timeout.com/miami/things-to-do/the-horrorland-1</w:t>
        </w:r>
      </w:hyperlink>
      <w:r>
        <w:t xml:space="preserve"> - The Horrorland offers an immersive Halloween experience at Jungle Island, featuring six new haunted houses, hundreds of trained actors, four immersive scare zones, and an ominous Circus of Terror live show. The event runs on select nights from September 10 through November 1, with tickets starting at $39.99 and a fast-pass option for $69.99. The experience is recommended for children aged 10 and older, and infants or children under 10 are discouraged. (</w:t>
      </w:r>
      <w:hyperlink r:id="rId20">
        <w:r>
          <w:rPr>
            <w:color w:val="0000EE"/>
            <w:u w:val="single"/>
          </w:rPr>
          <w:t>timeout.com</w:t>
        </w:r>
      </w:hyperlink>
      <w:r>
        <w:t>)</w:t>
      </w:r>
      <w:r/>
    </w:p>
    <w:p>
      <w:pPr>
        <w:pStyle w:val="ListNumber"/>
        <w:spacing w:line="240" w:lineRule="auto"/>
        <w:ind w:left="720"/>
      </w:pPr>
      <w:r/>
      <w:hyperlink r:id="rId13">
        <w:r>
          <w:rPr>
            <w:color w:val="0000EE"/>
            <w:u w:val="single"/>
          </w:rPr>
          <w:t>https://www.local10.com/features/2026/09/26/the-horrorland-returns-to-jungle-island-for-seventh-season-of-halloween-scares/</w:t>
        </w:r>
      </w:hyperlink>
      <w:r>
        <w:t xml:space="preserve"> - The Horrorland returns to Jungle Island for its seventh season, transforming 18 acres into a massive scream park. The attraction features six all-new haunted houses, four scare zones, and the return of the acclaimed 'Circus of Terror' live show. Each night begins at 7:30 p.m. with a full-scale Monster Parade. The event runs on select nights through November 1 at Jungle Island in Miami. (</w:t>
      </w:r>
      <w:hyperlink r:id="rId21">
        <w:r>
          <w:rPr>
            <w:color w:val="0000EE"/>
            <w:u w:val="single"/>
          </w:rPr>
          <w:t>local10.com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tspotsmagazine.com/2026/10/22/whats-hot-south-florida-october-22-november-4/" TargetMode="External"/><Relationship Id="rId10" Type="http://schemas.openxmlformats.org/officeDocument/2006/relationships/hyperlink" Target="https://www.thehorrorland.com/" TargetMode="External"/><Relationship Id="rId11" Type="http://schemas.openxmlformats.org/officeDocument/2006/relationships/hyperlink" Target="https://www.miamiandbeaches.com/event/the-horrorland/22571" TargetMode="External"/><Relationship Id="rId12" Type="http://schemas.openxmlformats.org/officeDocument/2006/relationships/hyperlink" Target="https://www.timeout.com/miami/things-to-do/the-horrorland-1" TargetMode="External"/><Relationship Id="rId13" Type="http://schemas.openxmlformats.org/officeDocument/2006/relationships/hyperlink" Target="https://www.local10.com/features/2026/09/26/the-horrorland-returns-to-jungle-island-for-seventh-season-of-halloween-scares/" TargetMode="External"/><Relationship Id="rId14" Type="http://schemas.openxmlformats.org/officeDocument/2006/relationships/hyperlink" Target="https://www.galleriamall-fl.com/events/44027-share-the-warmth" TargetMode="External"/><Relationship Id="rId15" Type="http://schemas.openxmlformats.org/officeDocument/2006/relationships/hyperlink" Target="https://www.southfloridasuntimes.com/news-2-1/galleria-fort-lauderdale-invites-the-community-to-%22share-the-warmth%22" TargetMode="External"/><Relationship Id="rId16" Type="http://schemas.openxmlformats.org/officeDocument/2006/relationships/hyperlink" Target="https://www.thehorrorland.com/?utm_source=openai" TargetMode="External"/><Relationship Id="rId17" Type="http://schemas.openxmlformats.org/officeDocument/2006/relationships/hyperlink" Target="https://www.galleriamall-fl.com/events/44027-share-the-warmth?utm_source=openai" TargetMode="External"/><Relationship Id="rId18" Type="http://schemas.openxmlformats.org/officeDocument/2006/relationships/hyperlink" Target="https://www.miamiandbeaches.com/event/the-horrorland/22571?utm_source=openai" TargetMode="External"/><Relationship Id="rId19" Type="http://schemas.openxmlformats.org/officeDocument/2006/relationships/hyperlink" Target="https://www.southfloridasuntimes.com/news-2-1/galleria-fort-lauderdale-invites-the-community-to-%22share-the-warmth%22?utm_source=openai" TargetMode="External"/><Relationship Id="rId20" Type="http://schemas.openxmlformats.org/officeDocument/2006/relationships/hyperlink" Target="https://www.timeout.com/miami/things-to-do/the-horrorland-1?utm_source=openai" TargetMode="External"/><Relationship Id="rId21" Type="http://schemas.openxmlformats.org/officeDocument/2006/relationships/hyperlink" Target="https://www.local10.com/features/2026/09/26/the-horrorland-returns-to-jungle-island-for-seventh-season-of-halloween-scar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