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Edinburgh charity firewalk challenge for LGBTQ+ fundraising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Edinburgh is set to host a fiery new charity challenge on Thursday, 29 October, inviting supporters to cross hot embers barefoot while raising money for LGBTQ+ services across Scotland. The event combines a 90-minute confidence workshop, practical guidance and a bold fundraising goal, making it a memorable autumn night out with a serious purpose.</w:t>
      </w:r>
      <w:r/>
    </w:p>
    <w:p>
      <w:pPr>
        <w:pStyle w:val="Heading2"/>
      </w:pPr>
      <w:r>
        <w:t>Essential Takeaways</w:t>
      </w:r>
      <w:r/>
      <w:r/>
    </w:p>
    <w:p>
      <w:pPr>
        <w:pStyle w:val="ListBullet"/>
        <w:spacing w:line="240" w:lineRule="auto"/>
        <w:ind w:left="720"/>
      </w:pPr>
      <w:r/>
      <w:r>
        <w:rPr>
          <w:b/>
        </w:rPr>
        <w:t>Event details:</w:t>
      </w:r>
      <w:r>
        <w:t xml:space="preserve"> The firewalk takes place at Grange Cricket Club, Edinburgh, from 5.45pm to 9pm on Thursday, 29 October.</w:t>
      </w:r>
      <w:r/>
    </w:p>
    <w:p>
      <w:pPr>
        <w:pStyle w:val="ListBullet"/>
        <w:spacing w:line="240" w:lineRule="auto"/>
        <w:ind w:left="720"/>
      </w:pPr>
      <w:r/>
      <w:r>
        <w:rPr>
          <w:b/>
        </w:rPr>
        <w:t>Entry and fundraising:</w:t>
      </w:r>
      <w:r>
        <w:t xml:space="preserve"> Registration costs £20, with a suggested fundraising target of £100.</w:t>
      </w:r>
      <w:r/>
    </w:p>
    <w:p>
      <w:pPr>
        <w:pStyle w:val="ListBullet"/>
        <w:spacing w:line="240" w:lineRule="auto"/>
        <w:ind w:left="720"/>
      </w:pPr>
      <w:r/>
      <w:r>
        <w:rPr>
          <w:b/>
        </w:rPr>
        <w:t>What happens:</w:t>
      </w:r>
      <w:r>
        <w:t xml:space="preserve"> Participants join a 90-minute workshop before walking across a two-metre bed of glowing embers.</w:t>
      </w:r>
      <w:r/>
    </w:p>
    <w:p>
      <w:pPr>
        <w:pStyle w:val="ListBullet"/>
        <w:spacing w:line="240" w:lineRule="auto"/>
        <w:ind w:left="720"/>
      </w:pPr>
      <w:r/>
      <w:r>
        <w:rPr>
          <w:b/>
        </w:rPr>
        <w:t>What to bring:</w:t>
      </w:r>
      <w:r>
        <w:t xml:space="preserve"> Warm layers, waterproofs, comfortable shoes, cosy socks, water, snacks and wipes are sensible additions.</w:t>
      </w:r>
      <w:r/>
    </w:p>
    <w:p>
      <w:pPr>
        <w:pStyle w:val="ListBullet"/>
        <w:spacing w:line="240" w:lineRule="auto"/>
        <w:ind w:left="720"/>
      </w:pPr>
      <w:r/>
      <w:r>
        <w:rPr>
          <w:b/>
        </w:rPr>
        <w:t>Why it matters:</w:t>
      </w:r>
      <w:r>
        <w:t xml:space="preserve"> Funds support LGBT Health and Wellbeing's services for LGBTQ+ people across Scotland.</w:t>
      </w:r>
      <w:r/>
      <w:r/>
    </w:p>
    <w:p>
      <w:pPr>
        <w:pStyle w:val="Heading2"/>
      </w:pPr>
      <w:r>
        <w:t>Edinburgh's new firewalk turns fear into fundraising</w:t>
      </w:r>
      <w:r/>
    </w:p>
    <w:p>
      <w:r/>
      <w:r>
        <w:t>A strip of red-hot embers isn't the usual setting for an autumn fundraiser, but that's precisely the appeal. Participants in LGBT Health and Wellbeing's Edinburgh firewalk will face a two-metre path of glowing coals barefoot, with the dramatic challenge helping fund support for LGBTQ+ people across Scotland.</w:t>
      </w:r>
      <w:r/>
    </w:p>
    <w:p>
      <w:r/>
      <w:r>
        <w:t>The evening isn't being presented as a stunt for stunt's sake. Instead, organisers are framing it as a chance to explore fear, confidence and personal courage before putting those ideas into practice. Similar charity firewalks listed by organisations including the LBT and Wiltshire Air Ambulance show how the format has become a striking way to turn individual bravery into donations.</w:t>
      </w:r>
      <w:r/>
    </w:p>
    <w:p>
      <w:pPr>
        <w:pStyle w:val="Heading2"/>
      </w:pPr>
      <w:r>
        <w:t>A confidence workshop comes before the flames</w:t>
      </w:r>
      <w:r/>
    </w:p>
    <w:p>
      <w:r/>
      <w:r>
        <w:t>Before anyone approaches the embers, participants will attend a 90-minute workshop. The session is designed to explain how fear works and help people feel prepared, rather than simply sending them towards the fire with a cheer and a pair of crossed fingers.</w:t>
      </w:r>
      <w:r/>
    </w:p>
    <w:p>
      <w:r/>
      <w:r>
        <w:t>That preparation is a key part of the experience. Professional firewalk providers such as Blaze Firewalk describe structured guidance and careful event management as central to the challenge, while charity organisers commonly use the workshop to build energy and reassure first-timers. The atmosphere may be intense, but it should also feel supported.</w:t>
      </w:r>
      <w:r/>
    </w:p>
    <w:p>
      <w:pPr>
        <w:pStyle w:val="Heading2"/>
      </w:pPr>
      <w:r>
        <w:t>Why this challenge carries extra meaning</w:t>
      </w:r>
      <w:r/>
    </w:p>
    <w:p>
      <w:r/>
      <w:r>
        <w:t>For LGBT Health and Wellbeing, the firewalk connects with a broader message about the fear LGBTQ+ people can face simply by living openly and authentically. Turning that emotion into a controlled, collective challenge gives the event a strong sense of purpose, rather than making it just another endurance fundraiser.</w:t>
      </w:r>
      <w:r/>
    </w:p>
    <w:p>
      <w:r/>
      <w:r>
        <w:t>The money raised will help keep services available to LGBTQ+ communities in Scotland. That makes the event especially appealing for people who want their fundraising to feel personal and visible. As the charity's chief executive Mark explains, many LGBTQ+ people already understand what it means to show courage in everyday life.</w:t>
      </w:r>
      <w:r/>
    </w:p>
    <w:p>
      <w:pPr>
        <w:pStyle w:val="Heading2"/>
      </w:pPr>
      <w:r>
        <w:t>How to reach the £100 fundraising target</w:t>
      </w:r>
      <w:r/>
    </w:p>
    <w:p>
      <w:r/>
      <w:r>
        <w:t>The suggested target is £100, which is approachable but still takes a little effort. Start by adding a clear photograph and a short explanation of why you're taking part, then share the page directly with friends, family and colleagues instead of waiting for people to discover it by chance.</w:t>
      </w:r>
      <w:r/>
    </w:p>
    <w:p>
      <w:r/>
      <w:r>
        <w:t>Regular updates can help keep the fundraiser moving. Mention the training, the nerves, the event countdown or the moment you reach your target. Team-building specialists such as Charity Firewalk also highlight the social value of taking on the challenge together, so a group sign-up can make fundraising feel less awkward and more like a shared adventure.</w:t>
      </w:r>
      <w:r/>
    </w:p>
    <w:p>
      <w:r/>
      <w:r>
        <w:t>A personal thank-you message matters, too. It takes seconds, but supporters are more likely to feel connected to the cause when they know what their donation helped make possible.</w:t>
      </w:r>
      <w:r/>
    </w:p>
    <w:p>
      <w:pPr>
        <w:pStyle w:val="Heading2"/>
      </w:pPr>
      <w:r>
        <w:t>What to pack for a chilly October evening</w:t>
      </w:r>
      <w:r/>
    </w:p>
    <w:p>
      <w:r/>
      <w:r>
        <w:t>Edinburgh in late October may be crisp, damp or downright chilly, so practical clothing is more useful than anything flashy. Bring warm layers, waterproofs, comfortable clothes and shoes that won't worry you if they pick up a little soot or mud.</w:t>
      </w:r>
      <w:r/>
    </w:p>
    <w:p>
      <w:r/>
      <w:r>
        <w:t>After the walk, cosy socks, wipes, water and a snack should make the transition back to normal life more comfortable. A hot drink wouldn't go amiss either. Friends and family are welcome as moral support, and organisers suggest marking the achievement afterwards with anything from dinner to tea and cake.</w:t>
      </w:r>
      <w:r/>
    </w:p>
    <w:p>
      <w:r/>
      <w:r>
        <w:t>Places are limited, so anyone tempted by the idea should register early through Eventbrite, create a JustGiving page and contact LGBT Health and Wellbeing's fundraising team with questions. The organisation's chief executive and board chair are also taking part, which should provide plenty of encouragement for nervous newcomers.</w:t>
      </w:r>
      <w:r/>
    </w:p>
    <w:p>
      <w:r/>
      <w:r>
        <w:t>It's a small barefoot step that could make a lasting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https://lgbthealth.org.uk/edinburgh-firewalk-2026/</w:t>
        </w:r>
      </w:hyperlink>
      <w:r>
        <w:t xml:space="preserve"> - Please view link - unable to able to access data</w:t>
      </w:r>
      <w:r/>
    </w:p>
    <w:p>
      <w:pPr>
        <w:pStyle w:val="ListNumber"/>
        <w:spacing w:line="240" w:lineRule="auto"/>
        <w:ind w:left="720"/>
      </w:pPr>
      <w:r/>
      <w:hyperlink r:id="rId10">
        <w:r>
          <w:rPr>
            <w:color w:val="0000EE"/>
            <w:u w:val="single"/>
          </w:rPr>
          <w:t>https://www.thelbt.org/whats-on/fundraising-event/firewalk-challenge/</w:t>
        </w:r>
      </w:hyperlink>
      <w:r>
        <w:t xml:space="preserve"> - The Lawrence Batley Theatre in Huddersfield is hosting a Firewalk Challenge to raise £5,000 for the theatre. Participants will receive training from BLAZE, the firewalking experts, and can choose to walk on fire or cheer from the crowd. The event aims to provide a thrilling experience while supporting the theatre's fundraising efforts.</w:t>
      </w:r>
      <w:r/>
    </w:p>
    <w:p>
      <w:pPr>
        <w:pStyle w:val="ListNumber"/>
        <w:spacing w:line="240" w:lineRule="auto"/>
        <w:ind w:left="720"/>
      </w:pPr>
      <w:r/>
      <w:hyperlink r:id="rId11">
        <w:r>
          <w:rPr>
            <w:color w:val="0000EE"/>
            <w:u w:val="single"/>
          </w:rPr>
          <w:t>https://www.wiltshirebathairambulance.org.uk/get-involved/events/firewalk</w:t>
        </w:r>
      </w:hyperlink>
      <w:r>
        <w:t xml:space="preserve"> - Wiltshire and Bath Air Ambulance Charity is organising a Firewalk Challenge on 30 October 2026. Participants will walk barefoot across hot embers, with temperatures reaching approximately 1,200 degrees Fahrenheit. The event aims to raise funds for the charity's lifesaving work, with a sign-up fee and a minimum fundraising pledge.</w:t>
      </w:r>
      <w:r/>
    </w:p>
    <w:p>
      <w:pPr>
        <w:pStyle w:val="ListNumber"/>
        <w:spacing w:line="240" w:lineRule="auto"/>
        <w:ind w:left="720"/>
      </w:pPr>
      <w:r/>
      <w:hyperlink r:id="rId12">
        <w:r>
          <w:rPr>
            <w:color w:val="0000EE"/>
            <w:u w:val="single"/>
          </w:rPr>
          <w:t>https://www.midlandsairambulance.com/news/midlands-air-ambulance-charity-launches-first-ever-firewalk-challenge/</w:t>
        </w:r>
      </w:hyperlink>
      <w:r>
        <w:t xml:space="preserve"> - Midlands Air Ambulance Charity is launching its first Firewalk Challenge on 14 November 2026. Participants will walk barefoot across red-hot embers, with temperatures up to 800°C, to raise funds for the charity's air ambulances and critical care cars. The event includes expert motivational training and forms part of the charity's 35th anniversary celebrations.</w:t>
      </w:r>
      <w:r/>
    </w:p>
    <w:p>
      <w:pPr>
        <w:pStyle w:val="ListNumber"/>
        <w:spacing w:line="240" w:lineRule="auto"/>
        <w:ind w:left="720"/>
      </w:pPr>
      <w:r/>
      <w:hyperlink r:id="rId13">
        <w:r>
          <w:rPr>
            <w:color w:val="0000EE"/>
            <w:u w:val="single"/>
          </w:rPr>
          <w:t>https://blazefirewalk.com/</w:t>
        </w:r>
      </w:hyperlink>
      <w:r>
        <w:t xml:space="preserve"> - BLAZE Firewalk is a UK-based company specialising in charity firewalk events. They offer professional firewalk instructors, fundraising support, and a memorable experience for participants. Their events aim to challenge individuals in a controlled environment while supporting various community groups and charities.</w:t>
      </w:r>
      <w:r/>
    </w:p>
    <w:p>
      <w:pPr>
        <w:pStyle w:val="ListNumber"/>
        <w:spacing w:line="240" w:lineRule="auto"/>
        <w:ind w:left="720"/>
      </w:pPr>
      <w:r/>
      <w:hyperlink r:id="rId14">
        <w:r>
          <w:rPr>
            <w:color w:val="0000EE"/>
            <w:u w:val="single"/>
          </w:rPr>
          <w:t>https://www.charityfirewalk.co.uk/team-building</w:t>
        </w:r>
      </w:hyperlink>
      <w:r>
        <w:t xml:space="preserve"> - Charity Firewalk offers team-building events that involve walking on hot coals to develop resilience and overcome fear. These events aim to build trust, communication, and leadership skills within teams, providing a unique challenge that fosters empowerment and personal growth.</w:t>
      </w:r>
      <w:r/>
    </w:p>
    <w:p>
      <w:pPr>
        <w:pStyle w:val="ListNumber"/>
        <w:spacing w:line="240" w:lineRule="auto"/>
        <w:ind w:left="720"/>
      </w:pPr>
      <w:r/>
      <w:hyperlink r:id="rId15">
        <w:r>
          <w:rPr>
            <w:color w:val="0000EE"/>
            <w:u w:val="single"/>
          </w:rPr>
          <w:t>https://www.thelbt.org/whats-on/fundraising-event/firewalk-challenge-participant/</w:t>
        </w:r>
      </w:hyperlink>
      <w:r>
        <w:t xml:space="preserve"> - The Lawrence Batley Theatre in Huddersfield is hosting a Firewalk Challenge on 8 August 2026. Participants can sign up for £20 and are encouraged to raise a minimum of £100 for the theatre. The event includes full training from BLAZE and aims to provide an unforgettable experience while supporting the theatre's fundraising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health.org.uk/edinburgh-firewalk-2026/" TargetMode="External"/><Relationship Id="rId10" Type="http://schemas.openxmlformats.org/officeDocument/2006/relationships/hyperlink" Target="https://www.thelbt.org/whats-on/fundraising-event/firewalk-challenge/" TargetMode="External"/><Relationship Id="rId11" Type="http://schemas.openxmlformats.org/officeDocument/2006/relationships/hyperlink" Target="https://www.wiltshirebathairambulance.org.uk/get-involved/events/firewalk" TargetMode="External"/><Relationship Id="rId12" Type="http://schemas.openxmlformats.org/officeDocument/2006/relationships/hyperlink" Target="https://www.midlandsairambulance.com/news/midlands-air-ambulance-charity-launches-first-ever-firewalk-challenge/" TargetMode="External"/><Relationship Id="rId13" Type="http://schemas.openxmlformats.org/officeDocument/2006/relationships/hyperlink" Target="https://blazefirewalk.com/" TargetMode="External"/><Relationship Id="rId14" Type="http://schemas.openxmlformats.org/officeDocument/2006/relationships/hyperlink" Target="https://www.charityfirewalk.co.uk/team-building" TargetMode="External"/><Relationship Id="rId15" Type="http://schemas.openxmlformats.org/officeDocument/2006/relationships/hyperlink" Target="https://www.thelbt.org/whats-on/fundraising-event/firewalk-challenge-participa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