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CockyBoys Gods &amp; Heroes Feature Film Insights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Gods &amp; Heroes, CockyBoys' long-awaited fantasy feature, as a sensual queer mythology with a bigger ambition than simple escapism. Led by Jake Jaxson and built around performers including Cade Maddox, Dom King and Seth Cain, the film matters because it turns identity, freedom and self-invention into its central dramatic questions.</w:t>
      </w:r>
      <w:r/>
    </w:p>
    <w:p>
      <w:pPr>
        <w:pStyle w:val="Heading2"/>
      </w:pPr>
      <w:r>
        <w:t>Essential Takeaways</w:t>
      </w:r>
      <w:r/>
      <w:r/>
    </w:p>
    <w:p>
      <w:pPr>
        <w:pStyle w:val="ListBullet"/>
        <w:spacing w:line="240" w:lineRule="auto"/>
        <w:ind w:left="720"/>
      </w:pPr>
      <w:r/>
      <w:r>
        <w:rPr>
          <w:b/>
        </w:rPr>
        <w:t>A major return:</w:t>
      </w:r>
      <w:r>
        <w:t xml:space="preserve"> Gods &amp; Heroes marks CockyBoys' first story-led feature after a lengthy production gap.</w:t>
      </w:r>
      <w:r/>
    </w:p>
    <w:p>
      <w:pPr>
        <w:pStyle w:val="ListBullet"/>
        <w:spacing w:line="240" w:lineRule="auto"/>
        <w:ind w:left="720"/>
      </w:pPr>
      <w:r/>
      <w:r>
        <w:rPr>
          <w:b/>
        </w:rPr>
        <w:t>Myth meets modern life:</w:t>
      </w:r>
      <w:r>
        <w:t xml:space="preserve"> The film uses Greek-inspired fantasy to question conformity, technology and inherited ideas about identity.</w:t>
      </w:r>
      <w:r/>
    </w:p>
    <w:p>
      <w:pPr>
        <w:pStyle w:val="ListBullet"/>
        <w:spacing w:line="240" w:lineRule="auto"/>
        <w:ind w:left="720"/>
      </w:pPr>
      <w:r/>
      <w:r>
        <w:rPr>
          <w:b/>
        </w:rPr>
        <w:t>A standout cast:</w:t>
      </w:r>
      <w:r>
        <w:t xml:space="preserve"> Cade Maddox, Dom King and Seth Cain lead a large ensemble of established and new CockyBoys performers.</w:t>
      </w:r>
      <w:r/>
    </w:p>
    <w:p>
      <w:pPr>
        <w:pStyle w:val="ListBullet"/>
        <w:spacing w:line="240" w:lineRule="auto"/>
        <w:ind w:left="720"/>
      </w:pPr>
      <w:r/>
      <w:r>
        <w:rPr>
          <w:b/>
        </w:rPr>
        <w:t>A personal project:</w:t>
      </w:r>
      <w:r>
        <w:t xml:space="preserve"> Director Jake Jaxson connects the film's themes to adoption records, chosen identity and his journey beyond shame.</w:t>
      </w:r>
      <w:r/>
    </w:p>
    <w:p>
      <w:pPr>
        <w:pStyle w:val="ListBullet"/>
        <w:spacing w:line="240" w:lineRule="auto"/>
        <w:ind w:left="720"/>
      </w:pPr>
      <w:r/>
      <w:r>
        <w:rPr>
          <w:b/>
        </w:rPr>
        <w:t>Made for discovery:</w:t>
      </w:r>
      <w:r>
        <w:t xml:space="preserve"> The production favours a compact crew, giving the filmmakers more time with performers and locations.</w:t>
      </w:r>
      <w:r/>
      <w:r/>
    </w:p>
    <w:p>
      <w:pPr>
        <w:pStyle w:val="Heading2"/>
      </w:pPr>
      <w:r>
        <w:t>CockyBoys returns to feature filmmaking</w:t>
      </w:r>
      <w:r/>
    </w:p>
    <w:p>
      <w:r/>
      <w:r>
        <w:t>The most striking thing about Gods &amp; Heroes isn't simply that CockyBoys has made another feature. It's that the film arrives after a long silence, giving the project the feeling of a homecoming rather than a routine release.</w:t>
      </w:r>
      <w:r/>
    </w:p>
    <w:p>
      <w:r/>
      <w:r>
        <w:t>The studio's previous story-led feature, Happy Endings, was completed in early 2023. After that, Jake Jaxson and creative partner RJ Sebastian were busy helping revive Randy Blue, while also maintaining a demanding schedule of regular releases. AdultFYI reported that the new project was positioned as a major return for the studio, with fantasy and spectacle at its heart.</w:t>
      </w:r>
      <w:r/>
    </w:p>
    <w:p>
      <w:r/>
      <w:r>
        <w:t>That workload helps explain the wait. Jaxson says the pause wasn't caused by a loss of interest in features, but by the practical reality of running two brands. It also gave the team time to make a film that could feel properly considered, rather than squeezed between weekly deadlines.</w:t>
      </w:r>
      <w:r/>
    </w:p>
    <w:p>
      <w:pPr>
        <w:pStyle w:val="Heading2"/>
      </w:pPr>
      <w:r>
        <w:t>A queer mythology with modern bite</w:t>
      </w:r>
      <w:r/>
    </w:p>
    <w:p>
      <w:r/>
      <w:r>
        <w:t>Gods &amp; Heroes imagines ancient deities waking to a world that has lost its appetite for mystery, beauty and wonder. In their place stands a new kind of authority, shaped by technology, algorithms and rigid ideas about what people should desire or become.</w:t>
      </w:r>
      <w:r/>
    </w:p>
    <w:p>
      <w:r/>
      <w:r>
        <w:t>PinkTV described the film as a political and sensual manifesto, highlighting its interest in queer imagination and the power structures surrounding contemporary life. That gives the fantasy setting a sharper edge. Beneath the divine costumes and larger-than-life characters, the film is asking who gets to define what is normal.</w:t>
      </w:r>
      <w:r/>
    </w:p>
    <w:p>
      <w:r/>
      <w:r>
        <w:t>The result sounds less like a traditional historical fantasy and more like a colourful challenge to inherited rules. There are gods, heroes and plenty of erotic spectacle, but the emotional centre is the freedom to write your own story.</w:t>
      </w:r>
      <w:r/>
    </w:p>
    <w:p>
      <w:pPr>
        <w:pStyle w:val="Heading2"/>
      </w:pPr>
      <w:r>
        <w:t>The cast brings star power and playful confidence</w:t>
      </w:r>
      <w:r/>
    </w:p>
    <w:p>
      <w:r/>
      <w:r>
        <w:t>The film's central casting is designed to feel suitably grand. Cade Maddox and Dom King headline the project, with Jaxson describing them as performers who can balance physical confidence with a sense of humour. That combination matters, because mythology can become rather stiff when everyone behaves as though they've wandered in from a marble statue.</w:t>
      </w:r>
      <w:r/>
    </w:p>
    <w:p>
      <w:r/>
      <w:r>
        <w:t>Seth Cain also has a major role, while the ensemble includes Kane Fox, Oliver Carter, Zane Kazan, Jack Aries, Hunter Graham, Jacob King and Gage Palmer. Jonzu and Jonah Wheeler make their CockyBoys debuts, adding fresh energy to the returning favourites.</w:t>
      </w:r>
      <w:r/>
    </w:p>
    <w:p>
      <w:r/>
      <w:r>
        <w:t>The later instalments brought Jonzu and Jacob King further into the spotlight. Both AdultFYI and XBIZ reported on their involvement, reinforcing the film's rollout as an ongoing, chapter-based event rather than a single fleeting release.</w:t>
      </w:r>
      <w:r/>
    </w:p>
    <w:p>
      <w:pPr>
        <w:pStyle w:val="Heading2"/>
      </w:pPr>
      <w:r>
        <w:t>Why the story feels personal to Jake Jaxson</w:t>
      </w:r>
      <w:r/>
    </w:p>
    <w:p>
      <w:r/>
      <w:r>
        <w:t>The mythology began as a long-held fascination with classical stories and idealised male bodies, but its meaning changed as Jaxson's own life changed. After his father's death, he discovered adoption records and began thinking more deeply about his birth identity, his given name and the persona he built professionally.</w:t>
      </w:r>
      <w:r/>
    </w:p>
    <w:p>
      <w:r/>
      <w:r>
        <w:t>That experience led him to question the stories queer people inherit, including religious narratives that frame same-sex desire as shameful or dangerous. According to AVN's interview with Jaxson, Gods &amp; Heroes grew from the idea of creating an origin story in which gay gods and heroes exist openly, without being treated as an error in someone else's mythology.</w:t>
      </w:r>
      <w:r/>
    </w:p>
    <w:p>
      <w:r/>
      <w:r>
        <w:t>It's an appealing premise because it makes self-acceptance feel active rather than passive. The characters aren't merely asking to be tolerated. They're claiming the right to be central, powerful and complicated.</w:t>
      </w:r>
      <w:r/>
    </w:p>
    <w:p>
      <w:pPr>
        <w:pStyle w:val="Heading2"/>
      </w:pPr>
      <w:r>
        <w:t>A slower production approach could pay off</w:t>
      </w:r>
      <w:r/>
    </w:p>
    <w:p>
      <w:r/>
      <w:r>
        <w:t>Jaxson and Sebastian deliberately keep their feature productions small, effectively handling much of the work themselves. That approach can be demanding, but it means more of the budget can go towards shooting days, locations, setups and time with performers.</w:t>
      </w:r>
      <w:r/>
    </w:p>
    <w:p>
      <w:r/>
      <w:r>
        <w:t>For viewers, that may translate into a film with more room to breathe. The director has said he prefers allowing performers to bring something of themselves to a role, rather than treating every scene as a rigid exercise in delivering lines. In a fantasy built around identity and transformation, that openness seems particularly useful.</w:t>
      </w:r>
      <w:r/>
    </w:p>
    <w:p>
      <w:r/>
      <w:r>
        <w:t>The studio also worked with Men.com to make key performers available, continuing a co-operative relationship between the brands. JustTheGays.tv and related coverage drew attention to the film's headline cast and its high-profile finale, helping turn the release into one of the more talked-about queer adult productions of the year.</w:t>
      </w:r>
      <w:r/>
    </w:p>
    <w:p>
      <w:pPr>
        <w:pStyle w:val="Heading2"/>
      </w:pPr>
      <w:r>
        <w:t>What comes next for CockyBoys?</w:t>
      </w:r>
      <w:r/>
    </w:p>
    <w:p>
      <w:r/>
      <w:r>
        <w:t>Gods &amp; Heroes arrives at an important point for CockyBoys, with the studio approaching its 20th anniversary and Jaxson and Sebastian still working together after more than two decades as a couple and creative partnership.</w:t>
      </w:r>
      <w:r/>
    </w:p>
    <w:p>
      <w:r/>
      <w:r>
        <w:t>That longevity gives the film extra weight. It's not simply a comeback designed to remind audiences what the studio used to do. It reflects a director revisiting familiar concerns, but from a more hopeful place. Instead of starting with loss and working towards recovery, Jaxson has described this project as beginning with what has already been found.</w:t>
      </w:r>
      <w:r/>
    </w:p>
    <w:p>
      <w:r/>
      <w:r>
        <w:t>That shift could be the film's most lasting achievement. The fantasy may be flamboyant, but its emotional message is surprisingly grounded: identity can be chosen, inherited stories can be challenged, and freedom can become a source of joy rather than fear.</w:t>
      </w:r>
      <w:r/>
    </w:p>
    <w:p>
      <w:r/>
      <w:r>
        <w:t>A bold queer fantasy can still be playful, sexy and gloriously over the top, while asking serious questions about who gets to write the origin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1">
        <w:r>
          <w:rPr>
            <w:color w:val="0000EE"/>
            <w:u w:val="single"/>
          </w:rPr>
          <w:t>[7]</w:t>
        </w:r>
      </w:hyperlink>
      <w:r>
        <w:t xml:space="preserve">- Paragraph 3: </w:t>
      </w:r>
      <w:hyperlink r:id="rId9">
        <w:r>
          <w:rPr>
            <w:color w:val="0000EE"/>
            <w:u w:val="single"/>
          </w:rPr>
          <w:t>[1]</w:t>
        </w:r>
      </w:hyperlink>
      <w:r>
        <w:t xml:space="preserve">, </w:t>
      </w:r>
      <w:hyperlink r:id="rId12">
        <w:r>
          <w:rPr>
            <w:color w:val="0000EE"/>
            <w:u w:val="single"/>
          </w:rPr>
          <w:t>[3]</w:t>
        </w:r>
      </w:hyperlink>
      <w:r>
        <w:t xml:space="preserve">- Paragraph 4: </w:t>
      </w:r>
      <w:hyperlink r:id="rId13">
        <w:r>
          <w:rPr>
            <w:color w:val="0000EE"/>
            <w:u w:val="single"/>
          </w:rPr>
          <w:t>[6]</w:t>
        </w:r>
      </w:hyperlink>
      <w:r>
        <w:t xml:space="preserve">, </w:t>
      </w:r>
      <w:hyperlink r:id="rId11">
        <w:r>
          <w:rPr>
            <w:color w:val="0000EE"/>
            <w:u w:val="single"/>
          </w:rPr>
          <w:t>[7]</w:t>
        </w:r>
      </w:hyperlink>
      <w:r>
        <w:t xml:space="preserve">- Paragraph 5: </w:t>
      </w:r>
      <w:hyperlink r:id="rId13">
        <w:r>
          <w:rPr>
            <w:color w:val="0000EE"/>
            <w:u w:val="single"/>
          </w:rPr>
          <w:t>[6]</w:t>
        </w:r>
      </w:hyperlink>
      <w:r>
        <w:t xml:space="preserve">, </w:t>
      </w:r>
      <w:hyperlink r:id="rId10">
        <w:r>
          <w:rPr>
            <w:color w:val="0000EE"/>
            <w:u w:val="single"/>
          </w:rPr>
          <w:t>[2]</w:t>
        </w:r>
      </w:hyperlink>
      <w:r>
        <w:t xml:space="preserve">- Paragraph 6: </w:t>
      </w:r>
      <w:hyperlink r:id="rId10">
        <w:r>
          <w:rPr>
            <w:color w:val="0000EE"/>
            <w:u w:val="single"/>
          </w:rPr>
          <w:t>[2]</w:t>
        </w:r>
      </w:hyperlink>
      <w:r>
        <w:t xml:space="preserve">, </w:t>
      </w:r>
      <w:hyperlink r:id="rId14">
        <w:r>
          <w:rPr>
            <w:color w:val="0000EE"/>
            <w:u w:val="single"/>
          </w:rPr>
          <w:t>[4]</w:t>
        </w:r>
      </w:hyperlink>
      <w:r>
        <w:t xml:space="preserve">- Paragraph 7: </w:t>
      </w:r>
      <w:hyperlink r:id="rId14">
        <w:r>
          <w:rPr>
            <w:color w:val="0000EE"/>
            <w:u w:val="single"/>
          </w:rPr>
          <w:t>[4]</w:t>
        </w:r>
      </w:hyperlink>
      <w:r>
        <w:t xml:space="preserve">, </w:t>
      </w:r>
      <w:hyperlink r:id="rId15">
        <w:r>
          <w:rPr>
            <w:color w:val="0000EE"/>
            <w:u w:val="single"/>
          </w:rPr>
          <w:t>[5]</w:t>
        </w:r>
      </w:hyperlink>
      <w:r>
        <w:t xml:space="preserve">- Paragraph 8: </w:t>
      </w:r>
      <w:hyperlink r:id="rId9">
        <w:r>
          <w:rPr>
            <w:color w:val="0000EE"/>
            <w:u w:val="single"/>
          </w:rPr>
          <w:t>[1]</w:t>
        </w:r>
      </w:hyperlink>
      <w:r>
        <w:t xml:space="preserve">, </w:t>
      </w:r>
      <w:hyperlink r:id="rId13">
        <w:r>
          <w:rPr>
            <w:color w:val="0000EE"/>
            <w:u w:val="single"/>
          </w:rPr>
          <w:t>[6]</w:t>
        </w:r>
      </w:hyperlink>
      <w:r>
        <w:t xml:space="preserve">- Paragraph 9: </w:t>
      </w:r>
      <w:hyperlink r:id="rId9">
        <w:r>
          <w:rPr>
            <w:color w:val="0000EE"/>
            <w:u w:val="single"/>
          </w:rPr>
          <w:t>[1]</w:t>
        </w:r>
      </w:hyperlink>
      <w:r>
        <w:t xml:space="preserve">, </w:t>
      </w:r>
      <w:hyperlink r:id="rId11">
        <w:r>
          <w:rPr>
            <w:color w:val="0000EE"/>
            <w:u w:val="single"/>
          </w:rPr>
          <w:t>[7]</w:t>
        </w:r>
      </w:hyperlink>
      <w:r>
        <w:t xml:space="preserve">- Paragraph 10: </w:t>
      </w:r>
      <w:hyperlink r:id="rId9">
        <w:r>
          <w:rPr>
            <w:color w:val="0000EE"/>
            <w:u w:val="single"/>
          </w:rPr>
          <w:t>[1]</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9">
        <w:r>
          <w:rPr>
            <w:color w:val="0000EE"/>
            <w:u w:val="single"/>
          </w:rPr>
          <w:t>[1]</w:t>
        </w:r>
      </w:hyperlink>
      <w:r>
        <w:t xml:space="preserve">, </w:t>
      </w:r>
      <w:hyperlink r:id="rId11">
        <w:r>
          <w:rPr>
            <w:color w:val="0000EE"/>
            <w:u w:val="single"/>
          </w:rPr>
          <w:t>[7]</w:t>
        </w:r>
      </w:hyperlink>
      <w:r>
        <w:t xml:space="preserve">- Paragraph 13: </w:t>
      </w:r>
      <w:hyperlink r:id="rId9">
        <w:r>
          <w:rPr>
            <w:color w:val="0000EE"/>
            <w:u w:val="single"/>
          </w:rPr>
          <w:t>[1]</w:t>
        </w:r>
      </w:hyperlink>
      <w:r>
        <w:t xml:space="preserve">, </w:t>
      </w:r>
      <w:hyperlink r:id="rId13">
        <w:r>
          <w:rPr>
            <w:color w:val="0000EE"/>
            <w:u w:val="single"/>
          </w:rPr>
          <w:t>[6]</w:t>
        </w:r>
      </w:hyperlink>
      <w:r>
        <w:t xml:space="preserve">- Paragraph 14: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https://avn.com/news/gay/jake-jaxson-reflects-on-heroic-return-182454</w:t>
        </w:r>
      </w:hyperlink>
      <w:r>
        <w:t xml:space="preserve"> - Please view link - unable to able to access data</w:t>
      </w:r>
      <w:r/>
    </w:p>
    <w:p>
      <w:pPr>
        <w:pStyle w:val="ListNumber"/>
        <w:spacing w:line="240" w:lineRule="auto"/>
        <w:ind w:left="720"/>
      </w:pPr>
      <w:r/>
      <w:hyperlink r:id="rId10">
        <w:r>
          <w:rPr>
            <w:color w:val="0000EE"/>
            <w:u w:val="single"/>
          </w:rPr>
          <w:t>https://justthegays.tv/news/gods-and-heroes-cockyboys-cade-maddox-zeus</w:t>
        </w:r>
      </w:hyperlink>
      <w:r>
        <w:t xml:space="preserve"> - CockyBoys premiered 'Gods &amp; Heroes' in June 2026, a Greek-mythology fantasy directed by Jake Jaxson. The series features Cade Maddox as Zeus, with episodes released monthly through September. Jaxson aimed to create a fantasy where gay men are the heroes, reclaiming their place in mythology. (</w:t>
      </w:r>
      <w:hyperlink r:id="rId16">
        <w:r>
          <w:rPr>
            <w:color w:val="0000EE"/>
            <w:u w:val="single"/>
          </w:rPr>
          <w:t>justthegays.tv</w:t>
        </w:r>
      </w:hyperlink>
      <w:r>
        <w:t>)</w:t>
      </w:r>
      <w:r/>
    </w:p>
    <w:p>
      <w:pPr>
        <w:pStyle w:val="ListNumber"/>
        <w:spacing w:line="240" w:lineRule="auto"/>
        <w:ind w:left="720"/>
      </w:pPr>
      <w:r/>
      <w:hyperlink r:id="rId12">
        <w:r>
          <w:rPr>
            <w:color w:val="0000EE"/>
            <w:u w:val="single"/>
          </w:rPr>
          <w:t>https://www.adultfyi.com/cockyboys-to-premiere-fantasy-feature-gods-heroes/</w:t>
        </w:r>
      </w:hyperlink>
      <w:r>
        <w:t xml:space="preserve"> - CockyBoys announced the premiere of 'Gods &amp; Heroes,' a new fantasy feature directed by Jake Jaxson, exploring themes of shame, desire, and the return of gay gods. The first installment was released on June 24, 2026. (</w:t>
      </w:r>
      <w:hyperlink r:id="rId17">
        <w:r>
          <w:rPr>
            <w:color w:val="0000EE"/>
            <w:u w:val="single"/>
          </w:rPr>
          <w:t>adultfyi.com</w:t>
        </w:r>
      </w:hyperlink>
      <w:r>
        <w:t>)</w:t>
      </w:r>
      <w:r/>
    </w:p>
    <w:p>
      <w:pPr>
        <w:pStyle w:val="ListNumber"/>
        <w:spacing w:line="240" w:lineRule="auto"/>
        <w:ind w:left="720"/>
      </w:pPr>
      <w:r/>
      <w:hyperlink r:id="rId14">
        <w:r>
          <w:rPr>
            <w:color w:val="0000EE"/>
            <w:u w:val="single"/>
          </w:rPr>
          <w:t>https://www.adultfyi.com/jonzu-jacob-king-star-in-latest-installment-of-gods-heroes/</w:t>
        </w:r>
      </w:hyperlink>
      <w:r>
        <w:t xml:space="preserve"> - CockyBoys released 'Courage to Change,' the third installment of its 'Gods &amp; Heroes' series, starring Jonzu as Aries and Jacob King. Directed by Jake Jaxson, the episode explores themes of self-change and personal growth. (</w:t>
      </w:r>
      <w:hyperlink r:id="rId18">
        <w:r>
          <w:rPr>
            <w:color w:val="0000EE"/>
            <w:u w:val="single"/>
          </w:rPr>
          <w:t>adultfyi.com</w:t>
        </w:r>
      </w:hyperlink>
      <w:r>
        <w:t>)</w:t>
      </w:r>
      <w:r/>
    </w:p>
    <w:p>
      <w:pPr>
        <w:pStyle w:val="ListNumber"/>
        <w:spacing w:line="240" w:lineRule="auto"/>
        <w:ind w:left="720"/>
      </w:pPr>
      <w:r/>
      <w:hyperlink r:id="rId15">
        <w:r>
          <w:rPr>
            <w:color w:val="0000EE"/>
            <w:u w:val="single"/>
          </w:rPr>
          <w:t>https://www.xbiz.com/news/300362/jonzu-jacob-king-star-in-latest-installment-of-gods-heroes</w:t>
        </w:r>
      </w:hyperlink>
      <w:r>
        <w:t xml:space="preserve"> - Jonzu and Jacob King star in the third installment of CockyBoys' 'Gods &amp; Heroes,' titled 'Courage to Change.' Directed by Jake Jaxson, the episode delves into themes of self-improvement and personal transformation. (</w:t>
      </w:r>
      <w:hyperlink r:id="rId19">
        <w:r>
          <w:rPr>
            <w:color w:val="0000EE"/>
            <w:u w:val="single"/>
          </w:rPr>
          <w:t>xbiz.com</w:t>
        </w:r>
      </w:hyperlink>
      <w:r>
        <w:t>)</w:t>
      </w:r>
      <w:r/>
    </w:p>
    <w:p>
      <w:pPr>
        <w:pStyle w:val="ListNumber"/>
        <w:spacing w:line="240" w:lineRule="auto"/>
        <w:ind w:left="720"/>
      </w:pPr>
      <w:r/>
      <w:hyperlink r:id="rId13">
        <w:r>
          <w:rPr>
            <w:color w:val="0000EE"/>
            <w:u w:val="single"/>
          </w:rPr>
          <w:t>https://www.pinktv.fr/porn-actu/gods-heroes-manifeste-politique-le-nouveau-cockyboys-puise-dans-la-mythologie-l-imagination-et-la-sensualite-queer-pour-mettre-a-nu-l-hubris-des-geants-de-la-tech-et-de-certains-de-nos-dirigeants-35631.html</w:t>
        </w:r>
      </w:hyperlink>
      <w:r>
        <w:t xml:space="preserve"> - 'Gods &amp; Heroes' is a political manifesto by CockyBoys, blending mythology, imagination, and queer sensuality to expose the hubris of tech giants and certain leaders. Directed by multi-award-winning Jake Jaxson, the film features Cade Maddox as Zeus. (</w:t>
      </w:r>
      <w:hyperlink r:id="rId20">
        <w:r>
          <w:rPr>
            <w:color w:val="0000EE"/>
            <w:u w:val="single"/>
          </w:rPr>
          <w:t>pinktv.fr</w:t>
        </w:r>
      </w:hyperlink>
      <w:r>
        <w:t>)</w:t>
      </w:r>
      <w:r/>
    </w:p>
    <w:p>
      <w:pPr>
        <w:pStyle w:val="ListNumber"/>
        <w:spacing w:line="240" w:lineRule="auto"/>
        <w:ind w:left="720"/>
      </w:pPr>
      <w:r/>
      <w:hyperlink r:id="rId11">
        <w:r>
          <w:rPr>
            <w:color w:val="0000EE"/>
            <w:u w:val="single"/>
          </w:rPr>
          <w:t>https://www.adultfyi.com/jake-jaxsons-gods-heroes-makes-world-premiere-for-cockyboys-181808/</w:t>
        </w:r>
      </w:hyperlink>
      <w:r>
        <w:t xml:space="preserve"> - Jake Jaxson's 'Gods &amp; Heroes' premiered as an ambitious mythological fantasy exploring themes of shame, desire, and the return of gay gods. The series marks Jaxson's return to cinematic storytelling in gay adult entertainment. (</w:t>
      </w:r>
      <w:hyperlink r:id="rId21">
        <w:r>
          <w:rPr>
            <w:color w:val="0000EE"/>
            <w:u w:val="single"/>
          </w:rPr>
          <w:t>adultfyi.com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vn.com/news/gay/jake-jaxson-reflects-on-heroic-return-182454" TargetMode="External"/><Relationship Id="rId10" Type="http://schemas.openxmlformats.org/officeDocument/2006/relationships/hyperlink" Target="https://justthegays.tv/news/gods-and-heroes-cockyboys-cade-maddox-zeus" TargetMode="External"/><Relationship Id="rId11" Type="http://schemas.openxmlformats.org/officeDocument/2006/relationships/hyperlink" Target="https://www.adultfyi.com/jake-jaxsons-gods-heroes-makes-world-premiere-for-cockyboys-181808/" TargetMode="External"/><Relationship Id="rId12" Type="http://schemas.openxmlformats.org/officeDocument/2006/relationships/hyperlink" Target="https://www.adultfyi.com/cockyboys-to-premiere-fantasy-feature-gods-heroes/" TargetMode="External"/><Relationship Id="rId13" Type="http://schemas.openxmlformats.org/officeDocument/2006/relationships/hyperlink" Target="https://www.pinktv.fr/porn-actu/gods-heroes-manifeste-politique-le-nouveau-cockyboys-puise-dans-la-mythologie-l-imagination-et-la-sensualite-queer-pour-mettre-a-nu-l-hubris-des-geants-de-la-tech-et-de-certains-de-nos-dirigeants-35631.html" TargetMode="External"/><Relationship Id="rId14" Type="http://schemas.openxmlformats.org/officeDocument/2006/relationships/hyperlink" Target="https://www.adultfyi.com/jonzu-jacob-king-star-in-latest-installment-of-gods-heroes/" TargetMode="External"/><Relationship Id="rId15" Type="http://schemas.openxmlformats.org/officeDocument/2006/relationships/hyperlink" Target="https://www.xbiz.com/news/300362/jonzu-jacob-king-star-in-latest-installment-of-gods-heroes" TargetMode="External"/><Relationship Id="rId16" Type="http://schemas.openxmlformats.org/officeDocument/2006/relationships/hyperlink" Target="https://justthegays.tv/news/gods-and-heroes-cockyboys-cade-maddox-zeus?utm_source=openai" TargetMode="External"/><Relationship Id="rId17" Type="http://schemas.openxmlformats.org/officeDocument/2006/relationships/hyperlink" Target="https://adultfyi.com/cockyboys-to-premiere-fantasy-feature-gods-heroes/?utm_source=openai" TargetMode="External"/><Relationship Id="rId18" Type="http://schemas.openxmlformats.org/officeDocument/2006/relationships/hyperlink" Target="https://www.adultfyi.com/jonzu-jacob-king-star-in-latest-installment-of-gods-heroes/?utm_source=openai" TargetMode="External"/><Relationship Id="rId19" Type="http://schemas.openxmlformats.org/officeDocument/2006/relationships/hyperlink" Target="https://www.xbiz.com/news/300362/jonzu-jacob-king-star-in-latest-installment-of-gods-heroes?utm_source=openai" TargetMode="External"/><Relationship Id="rId20" Type="http://schemas.openxmlformats.org/officeDocument/2006/relationships/hyperlink" Target="https://www.pinktv.fr/porn-actu/gods-heroes-manifeste-politique-le-nouveau-cockyboys-puise-dans-la-mythologie-l-imagination-et-la-sensualite-queer-pour-mettre-a-nu-l-hubris-des-geants-de-la-tech-et-de-certains-de-nos-dirigeants-35631.html?utm_source=openai" TargetMode="External"/><Relationship Id="rId21" Type="http://schemas.openxmlformats.org/officeDocument/2006/relationships/hyperlink" Target="https://www.adultfyi.com/jake-jaxson-s-gods-heroes-makes-world-premiere-for-cockyboys-18180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