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Bay Area LGBTQ+ Latine women leaders event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leaders, artists and allies will gather in San Francisco’s Mission District on 30 October 2026 for an evening celebrating LGBTQ+ Latine women and their work. Hosted at CANA, the second annual event combines awards, food, music and cultural pride, while honouring 16 remarkable figures and remembering a much-loved community advocate.</w:t>
      </w:r>
      <w:r/>
    </w:p>
    <w:p>
      <w:pPr>
        <w:pStyle w:val="Heading2"/>
      </w:pPr>
      <w:r>
        <w:t>Essential Takeaways</w:t>
      </w:r>
      <w:r/>
      <w:r/>
    </w:p>
    <w:p>
      <w:pPr>
        <w:pStyle w:val="ListBullet"/>
        <w:spacing w:line="240" w:lineRule="auto"/>
        <w:ind w:left="720"/>
      </w:pPr>
      <w:r/>
      <w:r>
        <w:rPr>
          <w:b/>
        </w:rPr>
        <w:t>When:</w:t>
      </w:r>
      <w:r>
        <w:t xml:space="preserve"> The celebration runs from 6pm to 9pm on 30 October 2026.</w:t>
      </w:r>
      <w:r/>
    </w:p>
    <w:p>
      <w:pPr>
        <w:pStyle w:val="ListBullet"/>
        <w:spacing w:line="240" w:lineRule="auto"/>
        <w:ind w:left="720"/>
      </w:pPr>
      <w:r/>
      <w:r>
        <w:rPr>
          <w:b/>
        </w:rPr>
        <w:t>Where:</w:t>
      </w:r>
      <w:r>
        <w:t xml:space="preserve"> CANA, at 683 Florida Street in San Francisco’s Mission District.</w:t>
      </w:r>
      <w:r/>
    </w:p>
    <w:p>
      <w:pPr>
        <w:pStyle w:val="ListBullet"/>
        <w:spacing w:line="240" w:lineRule="auto"/>
        <w:ind w:left="720"/>
      </w:pPr>
      <w:r/>
      <w:r>
        <w:rPr>
          <w:b/>
        </w:rPr>
        <w:t>Who:</w:t>
      </w:r>
      <w:r>
        <w:t xml:space="preserve"> Sixteen LGBTQ+ Latine women leaders and allies will be recognised.</w:t>
      </w:r>
      <w:r/>
    </w:p>
    <w:p>
      <w:pPr>
        <w:pStyle w:val="ListBullet"/>
        <w:spacing w:line="240" w:lineRule="auto"/>
        <w:ind w:left="720"/>
      </w:pPr>
      <w:r/>
      <w:r>
        <w:rPr>
          <w:b/>
        </w:rPr>
        <w:t>What to expect:</w:t>
      </w:r>
      <w:r>
        <w:t xml:space="preserve"> Food, drinks, music from DJ Olga T and festive papel picado decorations.</w:t>
      </w:r>
      <w:r/>
    </w:p>
    <w:p>
      <w:pPr>
        <w:pStyle w:val="ListBullet"/>
        <w:spacing w:line="240" w:lineRule="auto"/>
        <w:ind w:left="720"/>
      </w:pPr>
      <w:r/>
      <w:r>
        <w:rPr>
          <w:b/>
        </w:rPr>
        <w:t>Why it matters:</w:t>
      </w:r>
      <w:r>
        <w:t xml:space="preserve"> The evening connects community leadership with Latine culture, LGBTQ+ justice and local resilience.</w:t>
      </w:r>
      <w:r/>
      <w:r/>
    </w:p>
    <w:p>
      <w:pPr>
        <w:pStyle w:val="Heading2"/>
      </w:pPr>
      <w:r>
        <w:t>A celebration with real community weight</w:t>
      </w:r>
      <w:r/>
    </w:p>
    <w:p>
      <w:r/>
      <w:r>
        <w:t>There’s a particular warmth to an event that feels both ceremonial and genuinely local. This one promises colourful papel picado, lush floral arrangements, good food and a lively Mission District backdrop, but its heart is the people being recognised.</w:t>
      </w:r>
      <w:r/>
    </w:p>
    <w:p>
      <w:r/>
      <w:r>
        <w:t>The San Francisco Bay Times says the 2026 honourees come from a wide range of fields and have made significant contributions to Latine and LGBTQ+ communities. That breadth matters: community leadership rarely fits neatly into one job title, and the awards reflect activism, culture, professional achievement and long-term service.</w:t>
      </w:r>
      <w:r/>
    </w:p>
    <w:p>
      <w:r/>
      <w:r>
        <w:t>Sixteen people will be honoured, including Vanessa Camarena-Arredondo, María Cora, Baylee DeCastro, Diane Felix, Tisha Floratos-Silano, Dr Estela Reyes Garcia, Vanessa Gonzalez, Esperanza Macias, Felicia Maria Medina, Maria Medina-Serafin, Carmen de Monteflores, Irene Pérez, Jess Sabogal, Robán San Miguel, Patricia Thumas and M. Zamora.</w:t>
      </w:r>
      <w:r/>
    </w:p>
    <w:p>
      <w:pPr>
        <w:pStyle w:val="Heading2"/>
      </w:pPr>
      <w:r>
        <w:t>CANA gives the evening a fitting home</w:t>
      </w:r>
      <w:r/>
    </w:p>
    <w:p>
      <w:r/>
      <w:r>
        <w:t>The venue is more than a convenient address. CANA, or Cultura y Arte Nativa de las Americas, is a grassroots non-profit focused on preserving and advancing Latine, Caribbean and Indigenous cultural heritage through arts and community work.</w:t>
      </w:r>
      <w:r/>
    </w:p>
    <w:p>
      <w:r/>
      <w:r>
        <w:t>Its Mission District setting gives the event a strong sense of place. According to CANA’s organisational information, the group is associated with major cultural traditions including Carnaval San Francisco and Día de los Muertos, while also supporting community initiatives around food access, housing and cultural healing.</w:t>
      </w:r>
      <w:r/>
    </w:p>
    <w:p>
      <w:r/>
      <w:r>
        <w:t>That combination makes CANA an especially apt setting for an awards night centred on visibility and collective effort. Guests won't simply be arriving at an event space; they'll be stepping into a working community hub with a purpose of its own.</w:t>
      </w:r>
      <w:r/>
    </w:p>
    <w:p>
      <w:pPr>
        <w:pStyle w:val="Heading2"/>
      </w:pPr>
      <w:r>
        <w:t>A date shaped by Halloween and Día de los Muertos</w:t>
      </w:r>
      <w:r/>
    </w:p>
    <w:p>
      <w:r/>
      <w:r>
        <w:t>The timing adds an appealing layer of atmosphere. Held on the eve of Halloween and only days before Día de los Muertos observances on 1 and 2 November, the evening sits within one of the Mission’s most energetic stretches of the year.</w:t>
      </w:r>
      <w:r/>
    </w:p>
    <w:p>
      <w:r/>
      <w:r>
        <w:t>The San Francisco Bay Times also places the event within the wider context of National Hispanic Heritage Month, which runs from 15 September to 15 October in the United States. Although the ceremony falls just after the formal period, its focus on history, culture and contribution naturally extends that season of recognition.</w:t>
      </w:r>
      <w:r/>
    </w:p>
    <w:p>
      <w:r/>
      <w:r>
        <w:t>Expect the neighbourhood to be busy, colourful and full of competing plans. That’s part of the charm, though: the celebration should feel connected to the wider rhythm of the Mission rather than sealed off from it.</w:t>
      </w:r>
      <w:r/>
    </w:p>
    <w:p>
      <w:pPr>
        <w:pStyle w:val="Heading2"/>
      </w:pPr>
      <w:r>
        <w:t>Music, food and a proper night out</w:t>
      </w:r>
      <w:r/>
    </w:p>
    <w:p>
      <w:r/>
      <w:r>
        <w:t>The programme is designed to feel like a celebration, not a formal ceremony where everyone watches the clock. Organisers say guests can expect catering from a respected Bay Area Latine provider, drinks from sponsors including 1800 Tequila and V. Sattui Winery, plus non-alcoholic choices.</w:t>
      </w:r>
      <w:r/>
    </w:p>
    <w:p>
      <w:r/>
      <w:r>
        <w:t>DJ Olga T will provide the soundtrack. Known for Mango at El Rio, she also brings a neat anniversary connection, as 2026 marks the 30th year of Mango, known affectionately as its “Dirty 30” milestone.</w:t>
      </w:r>
      <w:r/>
    </w:p>
    <w:p>
      <w:r/>
      <w:r>
        <w:t>For visitors, the practical advice is simple: plan your journey early, check the ticket details before setting out and allow extra time around the Mission on a busy October evening. If you want to enjoy the food, music and conversations properly, arriving rushed would be a shame.</w:t>
      </w:r>
      <w:r/>
    </w:p>
    <w:p>
      <w:pPr>
        <w:pStyle w:val="Heading2"/>
      </w:pPr>
      <w:r>
        <w:t>Honouring legacy as well as achievement</w:t>
      </w:r>
      <w:r/>
    </w:p>
    <w:p>
      <w:r/>
      <w:r>
        <w:t>This year's event will pay special tribute to Dr Estela Reyes Garcia, a psychologist and former executive director of Instituto Familiar de la Raza who died in July. She was also the longtime partner of fellow honouree Robán San Miguel, giving the tribute an especially personal resonance.</w:t>
      </w:r>
      <w:r/>
    </w:p>
    <w:p>
      <w:r/>
      <w:r>
        <w:t>The event’s first edition, held in 2025, recognised 12 community figures, including Marga Gomez, Dulce Garcia, Carla Lucero, Viviana “Viva” Paredes and Rev Rhina Ramos. Several previous recipients are expected to return in support of the new honourees.</w:t>
      </w:r>
      <w:r/>
    </w:p>
    <w:p>
      <w:r/>
      <w:r>
        <w:t>That continuity is one of the strongest features of the gathering. Rather than treating each awards night as a standalone occasion, it is building an ongoing network of people who can celebrate one another, share visibility and keep community memory alive.</w:t>
      </w:r>
      <w:r/>
    </w:p>
    <w:p>
      <w:pPr>
        <w:pStyle w:val="Heading2"/>
      </w:pPr>
      <w:r>
        <w:t>Why this event deserves attention</w:t>
      </w:r>
      <w:r/>
    </w:p>
    <w:p>
      <w:r/>
      <w:r>
        <w:t>The second annual Honoring Bay Area LGBTQ+ Latine Women Leaders &amp; Allies arrives at a moment when recognition still matters. Public celebrations can make underrepresented work easier to see, especially when they bring together activists, artists, organisers and allies in one room.</w:t>
      </w:r>
      <w:r/>
    </w:p>
    <w:p>
      <w:r/>
      <w:r>
        <w:t>It also offers something many large awards events struggle to create: intimacy. A Mission venue, familiar community faces, live music and shared cultural references should make the evening feel less like a distant spectacle and more like a collective thank-you.</w:t>
      </w:r>
      <w:r/>
    </w:p>
    <w:p>
      <w:r/>
      <w:r>
        <w:t>Tickets and further details are available through the event listing linked by the organisers. For anyone looking for a meaningful Bay Area LGBTQ+ Latine women leaders event in 2026, this looks like a lively and heartfelt date for the diary.</w:t>
      </w:r>
      <w:r/>
    </w:p>
    <w:p>
      <w:r/>
      <w:r>
        <w:t>It's a night of recognition, remembrance and community pride in the heart of the Mission.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[3]</w:t>
        </w:r>
      </w:hyperlink>
      <w:r>
        <w:t xml:space="preserve">, </w:t>
      </w:r>
      <w:hyperlink r:id="rId12">
        <w:r>
          <w:rPr>
            <w:color w:val="0000EE"/>
            <w:u w:val="single"/>
          </w:rPr>
          <w:t>[7]</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2">
        <w:r>
          <w:rPr>
            <w:color w:val="0000EE"/>
            <w:u w:val="single"/>
          </w:rPr>
          <w:t>[7]</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Paragraph 15: </w:t>
      </w:r>
      <w:hyperlink r:id="rId9">
        <w:r>
          <w:rPr>
            <w:color w:val="0000EE"/>
            <w:u w:val="single"/>
          </w:rPr>
          <w:t>[2]</w:t>
        </w:r>
      </w:hyperlink>
      <w:r>
        <w:t xml:space="preserve">, </w:t>
      </w:r>
      <w:hyperlink r:id="rId11">
        <w:r>
          <w:rPr>
            <w:color w:val="0000EE"/>
            <w:u w:val="single"/>
          </w:rPr>
          <w:t>[4]</w:t>
        </w:r>
      </w:hyperlink>
      <w:r>
        <w:t xml:space="preserve">- Paragraph 16: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https://sfbaytimes.com/second-annual-honoring-bay-area-lgbtq-latine-women-leaders-allies/?utm_source=rss&amp;utm_medium=rss&amp;utm_campaign=second-annual-honoring-bay-area-lgbtq-latine-women-leaders-allies</w:t>
        </w:r>
      </w:hyperlink>
      <w:r>
        <w:t xml:space="preserve"> - Please view link - unable to able to access data</w:t>
      </w:r>
      <w:r/>
    </w:p>
    <w:p>
      <w:pPr>
        <w:pStyle w:val="ListNumber"/>
        <w:spacing w:line="240" w:lineRule="auto"/>
        <w:ind w:left="720"/>
      </w:pPr>
      <w:r/>
      <w:hyperlink r:id="rId9">
        <w:r>
          <w:rPr>
            <w:color w:val="0000EE"/>
            <w:u w:val="single"/>
          </w:rPr>
          <w:t>https://sfbaytimes.com/second-annual-honoring-bay-area-lgbtq-latine-women-leaders-allies/?utm_source=rss&amp;utm_medium=rss&amp;utm_campaign=second-annual-honoring-bay-area-lgbtq-latine-women-leaders-allies</w:t>
        </w:r>
      </w:hyperlink>
      <w:r>
        <w:t xml:space="preserve"> - The San Francisco Bay Times is hosting the Second Annual Honoring Bay Area LGBTQ+ Latine Women Leaders &amp; Allies on October 30, 2026, at CANA in the Mission District. Co-emcees include Olga Talamante and Rev. Miguel Bustos, with support from artist Viviana 'Viva' Paredes. The event honours 16 individuals for their contributions to the Latine and LGBTQ+ communities. CANA, located at 683 Florida Street, is dedicated to preserving and advancing Latine, Caribbean, and Indigenous cultural heritage through community empowerment and the arts. The event coincides with National Hispanic Heritage Month, celebrated from September 15 to October 15, recognising the histories and cultures of American citizens with ancestors from Spanish-speaking countries.</w:t>
      </w:r>
      <w:r/>
    </w:p>
    <w:p>
      <w:pPr>
        <w:pStyle w:val="ListNumber"/>
        <w:spacing w:line="240" w:lineRule="auto"/>
        <w:ind w:left="720"/>
      </w:pPr>
      <w:r/>
      <w:hyperlink r:id="rId10">
        <w:r>
          <w:rPr>
            <w:color w:val="0000EE"/>
            <w:u w:val="single"/>
          </w:rPr>
          <w:t>https://canasf.org/</w:t>
        </w:r>
      </w:hyperlink>
      <w:r>
        <w:t xml:space="preserve"> - Cultura y Arte Nativa de las Americas (CANA) is a non-profit organisation based in San Francisco's Mission District. CANA is dedicated to preserving, celebrating, and advancing Latine, Caribbean, and Indigenous cultural heritage through community empowerment and the arts. They produce events like the annual Carnaval San Francisco and Día de los Muertos celebrations, aiming to foster social equity, environmental justice, and economic stability within the Calle 24 Latino Cultural District. Their headquarters are at 683 Florida Street, offering a venue for various cultural and community events.</w:t>
      </w:r>
      <w:r/>
    </w:p>
    <w:p>
      <w:pPr>
        <w:pStyle w:val="ListNumber"/>
        <w:spacing w:line="240" w:lineRule="auto"/>
        <w:ind w:left="720"/>
      </w:pPr>
      <w:r/>
      <w:hyperlink r:id="rId11">
        <w:r>
          <w:rPr>
            <w:color w:val="0000EE"/>
            <w:u w:val="single"/>
          </w:rPr>
          <w:t>https://happeningnext.com/event/2nd-annual-honoring-bay-area-lgbtq-latine-women-leaders-andamp-allies-eid3a0e679buc</w:t>
        </w:r>
      </w:hyperlink>
      <w:r>
        <w:t xml:space="preserve"> - The Second Annual Honoring Bay Area LGBTQ+ Latine Women Leaders &amp; Allies is scheduled for October 30, 2026, in San Francisco. The event, presented by the San Francisco Bay Times, celebrates trailblazers from various fields, including social services, arts, education, law, health, travel, and sports, who have positively impacted the LGBTQ+ community. Co-emcees are Olga Talamante and Rev. Miguel Bustos, with support from artist Viviana 'Viva' Paredes. The evening features gourmet food, beverages, music by DJ Olga T, and supports Somos Familia and the Use The News Foundation.</w:t>
      </w:r>
      <w:r/>
    </w:p>
    <w:p>
      <w:pPr>
        <w:pStyle w:val="ListNumber"/>
        <w:spacing w:line="240" w:lineRule="auto"/>
        <w:ind w:left="720"/>
      </w:pPr>
      <w:r/>
      <w:hyperlink r:id="rId13">
        <w:r>
          <w:rPr>
            <w:color w:val="0000EE"/>
            <w:u w:val="single"/>
          </w:rPr>
          <w:t>https://opengovus.com/sam-entity/QMGULZGFHGJ6</w:t>
        </w:r>
      </w:hyperlink>
      <w:r>
        <w:t xml:space="preserve"> - Cultura y Arte Nativa de las Americas (CANA) is a non-profit organisation based in San Francisco, California. Registered with the System for Award Management (SAM) under Unique Entity ID QMGULZGFHGJ6, CANA was activated on October 29, 2025, and is set to expire on October 27, 2026. The organisation is located at 1333 Florida Street, San Francisco, CA 94110. CANA focuses on preserving and advancing Latine, Caribbean, and Indigenous cultural heritage through community empowerment and the arts.</w:t>
      </w:r>
      <w:r/>
    </w:p>
    <w:p>
      <w:pPr>
        <w:pStyle w:val="ListNumber"/>
        <w:spacing w:line="240" w:lineRule="auto"/>
        <w:ind w:left="720"/>
      </w:pPr>
      <w:r/>
      <w:hyperlink r:id="rId14">
        <w:r>
          <w:rPr>
            <w:color w:val="0000EE"/>
            <w:u w:val="single"/>
          </w:rPr>
          <w:t>https://www.academy-sf.com/event-details/2nd-annual-celebrating-bay-area-aapi-lgbtq-women-leaders-allies</w:t>
        </w:r>
      </w:hyperlink>
      <w:r>
        <w:t xml:space="preserve"> - The San Francisco Bay Times hosted the Second Annual Celebrating Bay Area AAPI LGBTQ+ Women Leaders &amp; Allies on May 28, 2026, at The Academy SF. The event honoured 16 individuals, including Margaret Cho, for their contributions to the AAPI and LGBTQ+ communities. Co-emcees were Madeleine Lim and Nguyen Pham. The evening featured gourmet food, beverages, and music by DJ Olga T. The event was sold out, with tickets priced at $15.00.</w:t>
      </w:r>
      <w:r/>
    </w:p>
    <w:p>
      <w:pPr>
        <w:pStyle w:val="ListNumber"/>
        <w:spacing w:line="240" w:lineRule="auto"/>
        <w:ind w:left="720"/>
      </w:pPr>
      <w:r/>
      <w:hyperlink r:id="rId12">
        <w:r>
          <w:rPr>
            <w:color w:val="0000EE"/>
            <w:u w:val="single"/>
          </w:rPr>
          <w:t>https://www.idealist.org/en/nonprofit/bf55f2a6274a42e2ad3cdfd557b0f0c8-cultura-y-arte-nativa-de-las-americas-san-francisco</w:t>
        </w:r>
      </w:hyperlink>
      <w:r>
        <w:t xml:space="preserve"> - Cultura y Arte Nativa de las Americas (CANA) is a non-profit organisation based in San Francisco, California. CANA's mission is to cultivate and celebrate the diverse Latin American, Caribbean, and African roots of the Mission District and the San Francisco Bay Area through dance, music, visual arts, and community learning. They produce events like the annual Carnaval San Francisco Grand Parade and two-day Cultural Festival, aiming to enrich the LGBTQ+ community and beyond.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second-annual-honoring-bay-area-lgbtq-latine-women-leaders-allies/?utm_source=rss&amp;utm_medium=rss&amp;utm_campaign=second-annual-honoring-bay-area-lgbtq-latine-women-leaders-allies" TargetMode="External"/><Relationship Id="rId10" Type="http://schemas.openxmlformats.org/officeDocument/2006/relationships/hyperlink" Target="https://canasf.org/" TargetMode="External"/><Relationship Id="rId11" Type="http://schemas.openxmlformats.org/officeDocument/2006/relationships/hyperlink" Target="https://happeningnext.com/event/2nd-annual-honoring-bay-area-lgbtq-latine-women-leaders-andamp-allies-eid3a0e679buc" TargetMode="External"/><Relationship Id="rId12" Type="http://schemas.openxmlformats.org/officeDocument/2006/relationships/hyperlink" Target="https://www.idealist.org/en/nonprofit/bf55f2a6274a42e2ad3cdfd557b0f0c8-cultura-y-arte-nativa-de-las-americas-san-francisco" TargetMode="External"/><Relationship Id="rId13" Type="http://schemas.openxmlformats.org/officeDocument/2006/relationships/hyperlink" Target="https://opengovus.com/sam-entity/QMGULZGFHGJ6" TargetMode="External"/><Relationship Id="rId14" Type="http://schemas.openxmlformats.org/officeDocument/2006/relationships/hyperlink" Target="https://www.academy-sf.com/event-details/2nd-annual-celebrating-bay-area-aapi-lgbtq-women-leaders-all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