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AJ Ogilvy comes out as gay, offering hope to athletes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Former Australian basketball player AJ Ogilvy has publicly come out as gay, reflecting on a private journey shaped by sport, marriage and the courage of Isaac Humphries. His decision is also shining a light on why LGBTQ+ visibility still matters across professional basketball and beyond.</w:t>
      </w:r>
      <w:r/>
    </w:p>
    <w:p>
      <w:pPr>
        <w:pStyle w:val="Heading2"/>
      </w:pPr>
      <w:r>
        <w:t>Essential Takeaways</w:t>
      </w:r>
      <w:r/>
      <w:r/>
    </w:p>
    <w:p>
      <w:pPr>
        <w:pStyle w:val="ListBullet"/>
        <w:spacing w:line="240" w:lineRule="auto"/>
        <w:ind w:left="720"/>
      </w:pPr>
      <w:r/>
      <w:r>
        <w:rPr>
          <w:b/>
        </w:rPr>
        <w:t>A personal milestone:</w:t>
      </w:r>
      <w:r>
        <w:t xml:space="preserve"> Ogilvy shared that he’s gay after years of keeping that part of his life private.</w:t>
      </w:r>
      <w:r/>
    </w:p>
    <w:p>
      <w:pPr>
        <w:pStyle w:val="ListBullet"/>
        <w:spacing w:line="240" w:lineRule="auto"/>
        <w:ind w:left="720"/>
      </w:pPr>
      <w:r/>
      <w:r>
        <w:rPr>
          <w:b/>
        </w:rPr>
        <w:t>Inspired by visibility:</w:t>
      </w:r>
      <w:r>
        <w:t xml:space="preserve"> Isaac Humphries’ public coming out helped Ogilvy reconsider what representation could mean.</w:t>
      </w:r>
      <w:r/>
    </w:p>
    <w:p>
      <w:pPr>
        <w:pStyle w:val="ListBullet"/>
        <w:spacing w:line="240" w:lineRule="auto"/>
        <w:ind w:left="720"/>
      </w:pPr>
      <w:r/>
      <w:r>
        <w:rPr>
          <w:b/>
        </w:rPr>
        <w:t>A decade-long relationship:</w:t>
      </w:r>
      <w:r>
        <w:t xml:space="preserve"> Ogilvy revealed he married his husband two years before speaking publicly.</w:t>
      </w:r>
      <w:r/>
    </w:p>
    <w:p>
      <w:pPr>
        <w:pStyle w:val="ListBullet"/>
        <w:spacing w:line="240" w:lineRule="auto"/>
        <w:ind w:left="720"/>
      </w:pPr>
      <w:r/>
      <w:r>
        <w:rPr>
          <w:b/>
        </w:rPr>
        <w:t>A wider sporting shift:</w:t>
      </w:r>
      <w:r>
        <w:t xml:space="preserve"> His story adds to growing LGBTQ+ visibility in Australian basketball.</w:t>
      </w:r>
      <w:r/>
    </w:p>
    <w:p>
      <w:pPr>
        <w:pStyle w:val="ListBullet"/>
        <w:spacing w:line="240" w:lineRule="auto"/>
        <w:ind w:left="720"/>
      </w:pPr>
      <w:r/>
      <w:r>
        <w:rPr>
          <w:b/>
        </w:rPr>
        <w:t>Private but purposeful:</w:t>
      </w:r>
      <w:r>
        <w:t xml:space="preserve"> Ogilvy has kept family details out of the spotlight while supporting greater authenticity.</w:t>
      </w:r>
      <w:r/>
      <w:r/>
    </w:p>
    <w:p>
      <w:pPr>
        <w:pStyle w:val="Heading2"/>
      </w:pPr>
      <w:r>
        <w:t>A former basketball captain chooses honesty</w:t>
      </w:r>
      <w:r/>
    </w:p>
    <w:p>
      <w:r/>
      <w:r>
        <w:t>For years, AJ Ogilvy was known primarily for what happened on court. The Australian forward built a respected career that included the NBL, overseas opportunities and leadership roles, including captaincy of the Illawarra Hawks.</w:t>
      </w:r>
      <w:r/>
    </w:p>
    <w:p>
      <w:r/>
      <w:r>
        <w:t>Now, his most significant public contribution may be happening away from the hardwood. As reported by The Guardian, Ogilvy has come out as gay, describing a decision rooted less in publicity than in a desire to live more openly.</w:t>
      </w:r>
      <w:r/>
    </w:p>
    <w:p>
      <w:r/>
      <w:r>
        <w:t>That distinction matters. Coming out isn't a single dramatic moment for everyone, and professional sport can make the process particularly complicated. Locker-room culture, public scrutiny and the fear of affecting a career can all turn a deeply personal decision into a high-stakes calculation.</w:t>
      </w:r>
      <w:r/>
    </w:p>
    <w:p>
      <w:pPr>
        <w:pStyle w:val="Heading2"/>
      </w:pPr>
      <w:r>
        <w:t>Isaac Humphries helped change the conversation</w:t>
      </w:r>
      <w:r/>
    </w:p>
    <w:p>
      <w:r/>
      <w:r>
        <w:t>Ogilvy's story is closely linked to Isaac Humphries, who became the first openly gay player in Australia's National Basketball League when he came out in 2022. Humphries' announcement was widely seen as an important moment for Australian sport, particularly because it came from an active professional player.</w:t>
      </w:r>
      <w:r/>
    </w:p>
    <w:p>
      <w:r/>
      <w:r>
        <w:t>According to Outsports, Ogilvy had followed Humphries' journey and was struck by his openness. The pair's conversation gave Ogilvy space to reflect on his own life and on the difference between supporting LGBTQ+ rights publicly and acknowledging his own identity.</w:t>
      </w:r>
      <w:r/>
    </w:p>
    <w:p>
      <w:r/>
      <w:r>
        <w:t>It's a familiar path for many people. Someone may become a vocal ally first, speaking up for equality while still not having the language, confidence or circumstances to describe themselves. Then, sometimes years later, the personal truth catches up with the public position.</w:t>
      </w:r>
      <w:r/>
    </w:p>
    <w:p>
      <w:pPr>
        <w:pStyle w:val="Heading2"/>
      </w:pPr>
      <w:r>
        <w:t>His private life stayed private for years</w:t>
      </w:r>
      <w:r/>
    </w:p>
    <w:p>
      <w:r/>
      <w:r>
        <w:t>Ogilvy also revealed that he married his husband two years before coming out publicly. The couple had met while Ogilvy was playing basketball in Sydney, but he chose not to identify his husband or turn the relationship into a public spectacle.</w:t>
      </w:r>
      <w:r/>
    </w:p>
    <w:p>
      <w:r/>
      <w:r>
        <w:t>That boundary feels important. Visibility can help other people feel less alone, but it doesn't require every detail of a person's home life to become public property. As Pride reported, Ogilvy's announcement focused on his identity and the wider significance of representation, rather than on offering an intimate portrait of his marriage.</w:t>
      </w:r>
      <w:r/>
    </w:p>
    <w:p>
      <w:r/>
      <w:r>
        <w:t>For LGBTQ+ athletes, that balance can be especially valuable. It shows that authenticity doesn't have to mean constant exposure, and that coming out can happen on terms set by the person involved.</w:t>
      </w:r>
      <w:r/>
    </w:p>
    <w:p>
      <w:pPr>
        <w:pStyle w:val="Heading2"/>
      </w:pPr>
      <w:r>
        <w:t>Why representation still carries real weight</w:t>
      </w:r>
      <w:r/>
    </w:p>
    <w:p>
      <w:r/>
      <w:r>
        <w:t>The sporting world has made progress, but LGBTQ+ athletes can still face an atmosphere that feels uncertain or unwelcoming. A major player's public declaration can therefore do more than generate headlines. It can quietly tell younger players that their identity doesn't automatically exclude them from a sporting career.</w:t>
      </w:r>
      <w:r/>
    </w:p>
    <w:p>
      <w:r/>
      <w:r>
        <w:t>ABC News Australia placed Ogilvy's announcement in the broader context of pride and representation in basketball. His decision arrives alongside Humphries' continuing visibility, creating a stronger sense that Australian basketball is beginning to make room for more honest conversations.</w:t>
      </w:r>
      <w:r/>
    </w:p>
    <w:p>
      <w:r/>
      <w:r>
        <w:t>The effect isn't always immediate or easy to measure. A teenager watching from the stands may never write to either player, yet still remember seeing someone respected say, in effect, that there is room for people like them. That kind of reassurance can linger longer than a scoreboard.</w:t>
      </w:r>
      <w:r/>
    </w:p>
    <w:p>
      <w:pPr>
        <w:pStyle w:val="Heading2"/>
      </w:pPr>
      <w:r>
        <w:t>A new chapter beyond the court</w:t>
      </w:r>
      <w:r/>
    </w:p>
    <w:p>
      <w:r/>
      <w:r>
        <w:t>Although Ogilvy is retired from professional basketball, he remains active. The Advocate noted that he has continued to embrace an energetic lifestyle, including running the Sydney Marathon, while keeping much of his personal life away from the glare of celebrity coverage.</w:t>
      </w:r>
      <w:r/>
    </w:p>
    <w:p>
      <w:r/>
      <w:r>
        <w:t>That combination makes his story feel grounded. This isn't a carefully packaged sports comeback or a publicity campaign. It's a former player choosing to share one important part of his life, while still deciding what belongs only to him and those closest to him.</w:t>
      </w:r>
      <w:r/>
    </w:p>
    <w:p>
      <w:r/>
      <w:r>
        <w:t>For Australian basketball, and for LGBTQ+ fans watching from the sidelines, the message is quietly powerful. Progress may arrive through one major announcement, but it is sustained by many smaller acts of honesty, support and visibility.</w:t>
      </w:r>
      <w:r/>
    </w:p>
    <w:p>
      <w:r/>
      <w:r>
        <w:t>It's a meaningful step towards a sporting culture where athletes can be fully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4">
        <w:r>
          <w:rPr>
            <w:color w:val="0000EE"/>
            <w:u w:val="single"/>
          </w:rPr>
          <w:t>[6]</w:t>
        </w:r>
      </w:hyperlink>
      <w:r>
        <w:t xml:space="preserve">- Paragraph 15: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https://www.queerty.com/how-aj-ogilvy-came-out-and-paid-it-forward-20261022/</w:t>
        </w:r>
      </w:hyperlink>
      <w:r>
        <w:t xml:space="preserve"> - Please view link - unable to able to access data</w:t>
      </w:r>
      <w:r/>
    </w:p>
    <w:p>
      <w:pPr>
        <w:pStyle w:val="ListNumber"/>
        <w:spacing w:line="240" w:lineRule="auto"/>
        <w:ind w:left="720"/>
      </w:pPr>
      <w:r/>
      <w:hyperlink r:id="rId10">
        <w:r>
          <w:rPr>
            <w:color w:val="0000EE"/>
            <w:u w:val="single"/>
          </w:rPr>
          <w:t>https://www.outsports.com/2026/1/21/24126435/aj-ogilvy-gay-basketball-vanderbilt-nbl-australia-coming-out/</w:t>
        </w:r>
      </w:hyperlink>
      <w:r>
        <w:t xml:space="preserve"> - In January 2026, former Australian basketball star AJ Ogilvy publicly came out as gay in an interview with Isaac Humphries, the NBL's only active openly gay player. Ogilvy discussed his career, the challenges of concealing his sexuality, and the significance of Humphries' 2022 coming-out video in inspiring his decision. He also revealed his marriage to his husband, whom he met during the 2013-2014 season while playing in Sydney. Ogilvy continues to lead an active lifestyle post-retirement, including running the Sydney Marathon in August 2026.</w:t>
      </w:r>
      <w:r/>
    </w:p>
    <w:p>
      <w:pPr>
        <w:pStyle w:val="ListNumber"/>
        <w:spacing w:line="240" w:lineRule="auto"/>
        <w:ind w:left="720"/>
      </w:pPr>
      <w:r/>
      <w:hyperlink r:id="rId11">
        <w:r>
          <w:rPr>
            <w:color w:val="0000EE"/>
            <w:u w:val="single"/>
          </w:rPr>
          <w:t>https://www.theguardian.com/sport/2026/jan/22/basketball-aj-ogilvy-comes-out-as-gay</w:t>
        </w:r>
      </w:hyperlink>
      <w:r>
        <w:t xml:space="preserve"> - Former Australian and NBL basketballer Andrew Ogilvy came out as gay in an interview with Isaac Humphries on the eve of the NBL's Pride Round. Ogilvy, a three-time All-NBL First Team centre, discussed the importance of visibility and the challenges he faced growing up without positive portrayals of gay relationships. He also revealed his marriage to his husband, whom he met while playing for the Sydney Kings in the 2013-14 season.</w:t>
      </w:r>
      <w:r/>
    </w:p>
    <w:p>
      <w:pPr>
        <w:pStyle w:val="ListNumber"/>
        <w:spacing w:line="240" w:lineRule="auto"/>
        <w:ind w:left="720"/>
      </w:pPr>
      <w:r/>
      <w:hyperlink r:id="rId12">
        <w:r>
          <w:rPr>
            <w:color w:val="0000EE"/>
            <w:u w:val="single"/>
          </w:rPr>
          <w:t>https://www.abc.net.au/news/2026-01-22/aj-ogilvy-former-nbl-comes-out-gay-pride-round/106255856</w:t>
        </w:r>
      </w:hyperlink>
      <w:r>
        <w:t xml:space="preserve"> - Former NBL player AJ Ogilvy publicly revealed he is gay in a conversation with fellow basketballer Isaac Humphries. Ogilvy, who played for the Sydney Kings and Illawarra Hawks, discussed the challenges of concealing his sexuality during his career and the significance of the NBL's Pride Round in providing a platform for such conversations. He also shared that he has been married for nearly 18 months to his husband, whom he met while playing in Sydney.</w:t>
      </w:r>
      <w:r/>
    </w:p>
    <w:p>
      <w:pPr>
        <w:pStyle w:val="ListNumber"/>
        <w:spacing w:line="240" w:lineRule="auto"/>
        <w:ind w:left="720"/>
      </w:pPr>
      <w:r/>
      <w:hyperlink r:id="rId13">
        <w:r>
          <w:rPr>
            <w:color w:val="0000EE"/>
            <w:u w:val="single"/>
          </w:rPr>
          <w:t>https://www.pride.com/culture/sports/basketball-player-aj-ogilvy-comes-out-as-gay</w:t>
        </w:r>
      </w:hyperlink>
      <w:r>
        <w:t xml:space="preserve"> - In January 2026, former Australian professional basketball player AJ Ogilvy came out as gay during an interview with Isaac Humphries, the NBL's only active openly gay player. Ogilvy discussed the challenges of concealing his sexuality during his career and the significance of Humphries' 2022 coming-out video in inspiring his decision. He also revealed his marriage to his husband, whom he met while playing in Sydney during the 2013-2014 season.</w:t>
      </w:r>
      <w:r/>
    </w:p>
    <w:p>
      <w:pPr>
        <w:pStyle w:val="ListNumber"/>
        <w:spacing w:line="240" w:lineRule="auto"/>
        <w:ind w:left="720"/>
      </w:pPr>
      <w:r/>
      <w:hyperlink r:id="rId14">
        <w:r>
          <w:rPr>
            <w:color w:val="0000EE"/>
            <w:u w:val="single"/>
          </w:rPr>
          <w:t>https://www.advocate.com/news/people/basketball-player-aj-ogilvy-comes-out-as-gay</w:t>
        </w:r>
      </w:hyperlink>
      <w:r>
        <w:t xml:space="preserve"> - Former Australian professional basketball player AJ Ogilvy came out as gay in January 2026 during an interview with Isaac Humphries, the NBL's only active openly gay player. Ogilvy discussed the challenges of concealing his sexuality during his career and the significance of Humphries' 2022 coming-out video in inspiring his decision. He also revealed his marriage to his husband, whom he met while playing in Sydney during the 2013-2014 season.</w:t>
      </w:r>
      <w:r/>
    </w:p>
    <w:p>
      <w:pPr>
        <w:pStyle w:val="ListNumber"/>
        <w:spacing w:line="240" w:lineRule="auto"/>
        <w:ind w:left="720"/>
      </w:pPr>
      <w:r/>
      <w:hyperlink r:id="rId15">
        <w:r>
          <w:rPr>
            <w:color w:val="0000EE"/>
            <w:u w:val="single"/>
          </w:rPr>
          <w:t>https://www.skysports.com/basketball/news/12040/12749089/melbourne-united-basketball-player-isaac-humphries-comes-out-as-gay-i-am-now-happy-with-who-i-am</w:t>
        </w:r>
      </w:hyperlink>
      <w:r>
        <w:t xml:space="preserve"> - In November 2022, Melbourne United's Isaac Humphries became the first active male basketball player in a top-tier league to come out as gay. Humphries, who played college basketball in the United States, informed his Melbourne United teammates and made an announcement via a video on social media. He expressed his happiness with his identity and his desire to set an example for the next generation of athletes.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how-aj-ogilvy-came-out-and-paid-it-forward-20261022/" TargetMode="External"/><Relationship Id="rId10" Type="http://schemas.openxmlformats.org/officeDocument/2006/relationships/hyperlink" Target="https://www.outsports.com/2026/1/21/24126435/aj-ogilvy-gay-basketball-vanderbilt-nbl-australia-coming-out/" TargetMode="External"/><Relationship Id="rId11" Type="http://schemas.openxmlformats.org/officeDocument/2006/relationships/hyperlink" Target="https://www.theguardian.com/sport/2026/jan/22/basketball-aj-ogilvy-comes-out-as-gay" TargetMode="External"/><Relationship Id="rId12" Type="http://schemas.openxmlformats.org/officeDocument/2006/relationships/hyperlink" Target="https://www.abc.net.au/news/2026-01-22/aj-ogilvy-former-nbl-comes-out-gay-pride-round/106255856" TargetMode="External"/><Relationship Id="rId13" Type="http://schemas.openxmlformats.org/officeDocument/2006/relationships/hyperlink" Target="https://www.pride.com/culture/sports/basketball-player-aj-ogilvy-comes-out-as-gay" TargetMode="External"/><Relationship Id="rId14" Type="http://schemas.openxmlformats.org/officeDocument/2006/relationships/hyperlink" Target="https://www.advocate.com/news/people/basketball-player-aj-ogilvy-comes-out-as-gay" TargetMode="External"/><Relationship Id="rId15" Type="http://schemas.openxmlformats.org/officeDocument/2006/relationships/hyperlink" Target="https://www.skysports.com/basketball/news/12040/12749089/melbourne-united-basketball-player-isaac-humphries-comes-out-as-gay-i-am-now-happy-with-who-i-a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