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Witch Please Atlanta: A Queer Halloween Party With Purpose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Atlanta’s queer nightlife scene is getting a glamorous supernatural makeover as WOLFTONES brings Witch, Please! to The Heretic Atlanta on Saturday, 24 October. Alongside DJs, live music and spectacular fashion, the night will create portraits for a new oracle deck celebrating local LGBTQ+ creativity, with future sales supporting young people facing homelessness.</w:t>
      </w:r>
      <w:r/>
    </w:p>
    <w:p>
      <w:pPr>
        <w:pStyle w:val="Heading2"/>
      </w:pPr>
      <w:r>
        <w:t>Essential Takeaways</w:t>
      </w:r>
      <w:r/>
      <w:r/>
    </w:p>
    <w:p>
      <w:pPr>
        <w:pStyle w:val="ListBullet"/>
        <w:spacing w:line="240" w:lineRule="auto"/>
        <w:ind w:left="720"/>
      </w:pPr>
      <w:r/>
      <w:r>
        <w:rPr>
          <w:b/>
        </w:rPr>
        <w:t>Where and when:</w:t>
      </w:r>
      <w:r>
        <w:t xml:space="preserve"> The Heretic Atlanta, from 10pm on Saturday, 24 October.</w:t>
      </w:r>
      <w:r/>
    </w:p>
    <w:p>
      <w:pPr>
        <w:pStyle w:val="ListBullet"/>
        <w:spacing w:line="240" w:lineRule="auto"/>
        <w:ind w:left="720"/>
      </w:pPr>
      <w:r/>
      <w:r>
        <w:rPr>
          <w:b/>
        </w:rPr>
        <w:t>Arrive early:</w:t>
      </w:r>
      <w:r>
        <w:t xml:space="preserve"> Oracle portraits run from 11.11pm to midnight, so late arrivals could miss the central creative moment.</w:t>
      </w:r>
      <w:r/>
    </w:p>
    <w:p>
      <w:pPr>
        <w:pStyle w:val="ListBullet"/>
        <w:spacing w:line="240" w:lineRule="auto"/>
        <w:ind w:left="720"/>
      </w:pPr>
      <w:r/>
      <w:r>
        <w:rPr>
          <w:b/>
        </w:rPr>
        <w:t>Dress to impress:</w:t>
      </w:r>
      <w:r>
        <w:t xml:space="preserve"> The theme is “manifest the witch within”, with dark glamour, celestial fantasy and extravagant coven energy all welcome.</w:t>
      </w:r>
      <w:r/>
    </w:p>
    <w:p>
      <w:pPr>
        <w:pStyle w:val="ListBullet"/>
        <w:spacing w:line="240" w:lineRule="auto"/>
        <w:ind w:left="720"/>
      </w:pPr>
      <w:r/>
      <w:r>
        <w:rPr>
          <w:b/>
        </w:rPr>
        <w:t>Music through the night:</w:t>
      </w:r>
      <w:r>
        <w:t xml:space="preserve"> DJs lead the evening before live performances close the celebration.</w:t>
      </w:r>
      <w:r/>
    </w:p>
    <w:p>
      <w:pPr>
        <w:pStyle w:val="ListBullet"/>
        <w:spacing w:line="240" w:lineRule="auto"/>
        <w:ind w:left="720"/>
      </w:pPr>
      <w:r/>
      <w:r>
        <w:rPr>
          <w:b/>
        </w:rPr>
        <w:t>A good cause:</w:t>
      </w:r>
      <w:r>
        <w:t xml:space="preserve"> Future oracle deck sales are intended to support Lost-N-Found Youth and its work with LGBTQ+ young people experiencing homelessness.</w:t>
      </w:r>
      <w:r/>
      <w:r/>
    </w:p>
    <w:p>
      <w:pPr>
        <w:pStyle w:val="Heading2"/>
      </w:pPr>
      <w:r>
        <w:t>This isn't just another Halloween party</w:t>
      </w:r>
      <w:r/>
    </w:p>
    <w:p>
      <w:r/>
      <w:r>
        <w:t>The strongest spell at Witch, Please! won't come from smoke machines or dramatic lighting. It'll come from the crowd itself, dressed in its most imaginative finery and turning a night out into a living portrait of Atlanta's queer community.</w:t>
      </w:r>
      <w:r/>
    </w:p>
    <w:p>
      <w:r/>
      <w:r>
        <w:t>Hosted at The Heretic Atlanta, the event is being produced by WOLFTONES, the nightlife duo behind the wider creative concept. According to David Atlanta, the evening is designed as an immersive celebration rather than a standard club night, blending fashion, music, photography and collective participation.</w:t>
      </w:r>
      <w:r/>
    </w:p>
    <w:p>
      <w:r/>
      <w:r>
        <w:t>That makes it especially appealing for anyone searching for queer Halloween events in Atlanta with more going on than a costume contest and a crowded dance floor. There is spectacle, certainly, but there's also a lasting idea behind it.</w:t>
      </w:r>
      <w:r/>
    </w:p>
    <w:p>
      <w:pPr>
        <w:pStyle w:val="Heading2"/>
      </w:pPr>
      <w:r>
        <w:t>The Living Oracle puts guests in the picture</w:t>
      </w:r>
      <w:r/>
    </w:p>
    <w:p>
      <w:r/>
      <w:r>
        <w:t>At the heart of the night is The Living Oracle Project, which aims to create a custom deck inspired by Atlanta's LGBTQ+ community. Instead of asking guests to copy familiar tarot figures, the project invites them to appear as their own kind of magical being.</w:t>
      </w:r>
      <w:r/>
    </w:p>
    <w:p>
      <w:r/>
      <w:r>
        <w:t>Portraits can feature individuals, couples or full groups, giving the finished deck a more personal and unpredictable feel. The result should be less a collection of fixed symbols and more a visual snapshot of the people, friendships and chosen families that shape the city's queer life.</w:t>
      </w:r>
      <w:r/>
    </w:p>
    <w:p>
      <w:r/>
      <w:r>
        <w:t>The dedicated photography begins at 11.11pm and ends at midnight. That timing matters, so guests hoping to take part should arrive dressed and ready well before the cameras begin. As event details published by HappeningNext make clear, this is a carefully timed part of the evening, not something to wander into hours later.</w:t>
      </w:r>
      <w:r/>
    </w:p>
    <w:p>
      <w:pPr>
        <w:pStyle w:val="Heading2"/>
      </w:pPr>
      <w:r>
        <w:t>What should you wear?</w:t>
      </w:r>
      <w:r/>
    </w:p>
    <w:p>
      <w:r/>
      <w:r>
        <w:t>The dress code is deliberately open-ended: manifest the witch within. That leaves room for sleek black glamour, cosmic shimmer, romantic gothic styling or a full coven look that appears to have stepped out of another dimension.</w:t>
      </w:r>
      <w:r/>
    </w:p>
    <w:p>
      <w:r/>
      <w:r>
        <w:t>There are no assigned characters to follow, which is good news if your wardrobe doesn't neatly fit a traditional witch costume. Think about the mood you want to create in a photograph, then build around one strong detail, such as sculptural shoulders, metallic make-up, dramatic sleeves or a striking headpiece.</w:t>
      </w:r>
      <w:r/>
    </w:p>
    <w:p>
      <w:r/>
      <w:r>
        <w:t>Comfort still counts, especially if you're planning to dance until late. Secure accessories, breathable layers and shoes you can actually stand in will make the difference between looking magical and quietly regretting your choices by 1am.</w:t>
      </w:r>
      <w:r/>
    </w:p>
    <w:p>
      <w:pPr>
        <w:pStyle w:val="Heading2"/>
      </w:pPr>
      <w:r>
        <w:t>From dark beats to a live finale</w:t>
      </w:r>
      <w:r/>
    </w:p>
    <w:p>
      <w:r/>
      <w:r>
        <w:t>The music programme is structured to move the room through several distinct moods. Tanner Castro and Howie B begin with a back-to-back set at 10pm, setting an atmospheric tone as guests arrive and settle into the experience.</w:t>
      </w:r>
      <w:r/>
    </w:p>
    <w:p>
      <w:r/>
      <w:r>
        <w:t>Kyle House takes over at midnight, when the oracle portraits finish and the dance floor becomes the main event. Later, WOLFTONES' Popa Color and Birthdae Presence are scheduled to play together, before Birthdae Presence performs three original tracks live.</w:t>
      </w:r>
      <w:r/>
    </w:p>
    <w:p>
      <w:r/>
      <w:r>
        <w:t>That progression gives the evening a theatrical shape. It starts with arrival and transformation, builds through club energy, then finishes with a more direct musical statement. For guests who like their nightlife with a little narrative, it's a welcome change from an event that simply opens its doors and lets the hours blur together.</w:t>
      </w:r>
      <w:r/>
    </w:p>
    <w:p>
      <w:pPr>
        <w:pStyle w:val="Heading2"/>
      </w:pPr>
      <w:r>
        <w:t>The party's lasting purpose</w:t>
      </w:r>
      <w:r/>
    </w:p>
    <w:p>
      <w:r/>
      <w:r>
        <w:t>The oracle deck is intended to give the project a life beyond the venue. Once production costs are covered, future sales are expected to support Lost-N-Found Youth, an organisation that provides housing assistance, outreach and other practical help for LGBTQ+ young people experiencing homelessness.</w:t>
      </w:r>
      <w:r/>
    </w:p>
    <w:p>
      <w:r/>
      <w:r>
        <w:t>According to Lost-N-Found Youth, its services include routes to help for young people who need support, making the charity an important part of the event's wider purpose. The party also gives every attendee a limited-edition Ace of Cups card, designed by Popa Color as a small keepsake linked to themes of love, joy and renewal.</w:t>
      </w:r>
      <w:r/>
    </w:p>
    <w:p>
      <w:r/>
      <w:r>
        <w:t>That combination is what gives Witch, Please! its real appeal. You can arrive for the fashion, stay for the music and still leave knowing the night is helping create something more durable than a good photograph on your phone.</w:t>
      </w:r>
      <w:r/>
    </w:p>
    <w:p>
      <w:r/>
      <w:r>
        <w:t>Come for the witchy glamour, stay for the community magic.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[7]</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14: </w:t>
      </w:r>
      <w:hyperlink r:id="rId9">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https://www.davidatlanta.com/witch-please/</w:t>
        </w:r>
      </w:hyperlink>
      <w:r>
        <w:t xml:space="preserve"> - Please view link - unable to able to access data</w:t>
      </w:r>
      <w:r/>
    </w:p>
    <w:p>
      <w:pPr>
        <w:pStyle w:val="ListNumber"/>
        <w:spacing w:line="240" w:lineRule="auto"/>
        <w:ind w:left="720"/>
      </w:pPr>
      <w:r/>
      <w:hyperlink r:id="rId9">
        <w:r>
          <w:rPr>
            <w:color w:val="0000EE"/>
            <w:u w:val="single"/>
          </w:rPr>
          <w:t>https://www.davidatlanta.com/witch-please/</w:t>
        </w:r>
      </w:hyperlink>
      <w:r>
        <w:t xml:space="preserve"> - An article detailing the 'Witch, Please!' event at The Heretic Atlanta on October 24, 2026. The event, organised by WOLFTONES, features immersive Halloween celebrations, including fashion, dance beats, and the Living Oracle Project. This project aims to create a custom oracle deck celebrating Atlanta's LGBTQ+ community, with proceeds supporting Lost-N-Found Youth, an organisation assisting homeless LGBTQ+ youth in Atlanta. The event encourages attendees to dress as their most imaginative, magical selves, with a schedule of performances and rituals throughout the night.</w:t>
      </w:r>
      <w:r/>
    </w:p>
    <w:p>
      <w:pPr>
        <w:pStyle w:val="ListNumber"/>
        <w:spacing w:line="240" w:lineRule="auto"/>
        <w:ind w:left="720"/>
      </w:pPr>
      <w:r/>
      <w:hyperlink r:id="rId11">
        <w:r>
          <w:rPr>
            <w:color w:val="0000EE"/>
            <w:u w:val="single"/>
          </w:rPr>
          <w:t>https://www.lnfy.org/</w:t>
        </w:r>
      </w:hyperlink>
      <w:r>
        <w:t xml:space="preserve"> - Lost-n-Found Youth is an Atlanta-based nonprofit organisation dedicated to ending homelessness for LGBTQ+ youth by providing them with the skills and support needed to live independently. They offer services such as emergency and transitional housing, mental health evaluations, and referrals to health services. The organisation operates a 24/7 hotline and a Youth Center, providing a safe space with access to emergency clothing, meals, hygiene supplies, showers, and laundry facilities.</w:t>
      </w:r>
      <w:r/>
    </w:p>
    <w:p>
      <w:pPr>
        <w:pStyle w:val="ListNumber"/>
        <w:spacing w:line="240" w:lineRule="auto"/>
        <w:ind w:left="720"/>
      </w:pPr>
      <w:r/>
      <w:hyperlink r:id="rId12">
        <w:r>
          <w:rPr>
            <w:color w:val="0000EE"/>
            <w:u w:val="single"/>
          </w:rPr>
          <w:t>https://www.lnfy.org/about</w:t>
        </w:r>
      </w:hyperlink>
      <w:r>
        <w:t xml:space="preserve"> - Lost-n-Found Youth was founded by local Atlanta activists who recognised the need for a shelter specifically for LGBTQ+ youth. The organisation provides a range of services, including emergency and transitional housing, mental health evaluations, and referrals to health services. Their mission is to end homelessness for all LGBTQ+ youth by providing them with the skills and support needed to live independently, envisioning a world where all youth feel safe and supported to live and love authentically.</w:t>
      </w:r>
      <w:r/>
    </w:p>
    <w:p>
      <w:pPr>
        <w:pStyle w:val="ListNumber"/>
        <w:spacing w:line="240" w:lineRule="auto"/>
        <w:ind w:left="720"/>
      </w:pPr>
      <w:r/>
      <w:hyperlink r:id="rId14">
        <w:r>
          <w:rPr>
            <w:color w:val="0000EE"/>
            <w:u w:val="single"/>
          </w:rPr>
          <w:t>https://www.lnfy.org/thrift-store/</w:t>
        </w:r>
      </w:hyperlink>
      <w:r>
        <w:t xml:space="preserve"> - The Lost-n-Found Youth Thrift Store, located at 2585 Chantilly Drive NE, Atlanta, GA 30324, supports the organisation's mission by selling donated items. Proceeds from the store are used to support street outreach, a youth center, and transitional housing for homeless LGBTQ+ youth. The store accepts new and used goods from the community and operates Monday to Saturday from 10:00 AM to 6:00 PM and Sunday from 10:00 AM to 4:00 PM.</w:t>
      </w:r>
      <w:r/>
    </w:p>
    <w:p>
      <w:pPr>
        <w:pStyle w:val="ListNumber"/>
        <w:spacing w:line="240" w:lineRule="auto"/>
        <w:ind w:left="720"/>
      </w:pPr>
      <w:r/>
      <w:hyperlink r:id="rId13">
        <w:r>
          <w:rPr>
            <w:color w:val="0000EE"/>
            <w:u w:val="single"/>
          </w:rPr>
          <w:t>https://www.lnfy.org/find-help</w:t>
        </w:r>
      </w:hyperlink>
      <w:r>
        <w:t xml:space="preserve"> - Lost-n-Found Youth offers 24/7 support for LGBTQ+ youth experiencing homelessness. Services include emergency and transitional housing, mental health evaluations, and referrals to health services. The Youth Center provides a safe space with access to emergency clothing, meals, hygiene supplies, showers, and laundry facilities. The organisation operates a 24/7 hotline and is committed to providing support based on the needs of youth entering their program.</w:t>
      </w:r>
      <w:r/>
    </w:p>
    <w:p>
      <w:pPr>
        <w:pStyle w:val="ListNumber"/>
        <w:spacing w:line="240" w:lineRule="auto"/>
        <w:ind w:left="720"/>
      </w:pPr>
      <w:r/>
      <w:hyperlink r:id="rId10">
        <w:r>
          <w:rPr>
            <w:color w:val="0000EE"/>
            <w:u w:val="single"/>
          </w:rPr>
          <w:t>https://happeningnext.com/event/witch-please-heretic-eid3a0e4wqi03</w:t>
        </w:r>
      </w:hyperlink>
      <w:r>
        <w:t xml:space="preserve"> - An event listing for 'Witch, Please!' at The Heretic Atlanta on October 24, 2026. Organised by WOLFTONES, the event features performances by DJs and magic makers, with a dress code encouraging attendees to manifest their most magical selves. The event aims to create a fully inclusive and safer space for the LGBTQ+ community, promoting radical self-expression and positive vibes.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vidatlanta.com/witch-please/" TargetMode="External"/><Relationship Id="rId10" Type="http://schemas.openxmlformats.org/officeDocument/2006/relationships/hyperlink" Target="https://happeningnext.com/event/witch-please-heretic-eid3a0e4wqi03" TargetMode="External"/><Relationship Id="rId11" Type="http://schemas.openxmlformats.org/officeDocument/2006/relationships/hyperlink" Target="https://www.lnfy.org/" TargetMode="External"/><Relationship Id="rId12" Type="http://schemas.openxmlformats.org/officeDocument/2006/relationships/hyperlink" Target="https://www.lnfy.org/about" TargetMode="External"/><Relationship Id="rId13" Type="http://schemas.openxmlformats.org/officeDocument/2006/relationships/hyperlink" Target="https://www.lnfy.org/find-help" TargetMode="External"/><Relationship Id="rId14" Type="http://schemas.openxmlformats.org/officeDocument/2006/relationships/hyperlink" Target="https://www.lnfy.org/thrift-sto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