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Jesus’ Is Becoming a Powerful Pride Symbol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crowds are embracing a striking Pride message: a Jesus figure dressed in rainbow accessories, standing for welcome rather than condemnation. From small-town North Carolina to Utah, these performances are helping LGBTQ+ people reclaim faith, confront religious trauma and turn a familiar symbol into a public declaration of love.</w:t>
      </w:r>
      <w:r/>
    </w:p>
    <w:p>
      <w:pPr>
        <w:pStyle w:val="Heading2"/>
      </w:pPr>
      <w:r>
        <w:t>Essential Takeaways</w:t>
      </w:r>
      <w:r/>
      <w:r/>
    </w:p>
    <w:p>
      <w:pPr>
        <w:pStyle w:val="ListBullet"/>
        <w:spacing w:line="240" w:lineRule="auto"/>
        <w:ind w:left="720"/>
      </w:pPr>
      <w:r/>
      <w:r>
        <w:rPr>
          <w:b/>
        </w:rPr>
        <w:t>A visual protest:</w:t>
      </w:r>
      <w:r>
        <w:t xml:space="preserve"> The Jesus costume turned a confrontation into a quiet, highly visible statement.</w:t>
      </w:r>
      <w:r/>
    </w:p>
    <w:p>
      <w:pPr>
        <w:pStyle w:val="ListBullet"/>
        <w:spacing w:line="240" w:lineRule="auto"/>
        <w:ind w:left="720"/>
      </w:pPr>
      <w:r/>
      <w:r>
        <w:rPr>
          <w:b/>
        </w:rPr>
        <w:t>A message of welcome:</w:t>
      </w:r>
      <w:r>
        <w:t xml:space="preserve"> Signs affirmed LGBTQ+ people rather than arguing with hostile demonstrators.</w:t>
      </w:r>
      <w:r/>
    </w:p>
    <w:p>
      <w:pPr>
        <w:pStyle w:val="ListBullet"/>
        <w:spacing w:line="240" w:lineRule="auto"/>
        <w:ind w:left="720"/>
      </w:pPr>
      <w:r/>
      <w:r>
        <w:rPr>
          <w:b/>
        </w:rPr>
        <w:t>A familiar symbol reclaimed:</w:t>
      </w:r>
      <w:r>
        <w:t xml:space="preserve"> Similar figures have appeared at Pride events in the US, often connecting faith with LGBTQ+ inclusion.</w:t>
      </w:r>
      <w:r/>
    </w:p>
    <w:p>
      <w:pPr>
        <w:pStyle w:val="ListBullet"/>
        <w:spacing w:line="240" w:lineRule="auto"/>
        <w:ind w:left="720"/>
      </w:pPr>
      <w:r/>
      <w:r>
        <w:rPr>
          <w:b/>
        </w:rPr>
        <w:t>The emotional impact matters:</w:t>
      </w:r>
      <w:r>
        <w:t xml:space="preserve"> Attendees described the gesture as comforting, moving and healing.</w:t>
      </w:r>
      <w:r/>
    </w:p>
    <w:p>
      <w:pPr>
        <w:pStyle w:val="ListBullet"/>
        <w:spacing w:line="240" w:lineRule="auto"/>
        <w:ind w:left="720"/>
      </w:pPr>
      <w:r/>
      <w:r>
        <w:rPr>
          <w:b/>
        </w:rPr>
        <w:t>Safety still comes first:</w:t>
      </w:r>
      <w:r>
        <w:t xml:space="preserve"> Pride-goers should prioritise event guidance and avoid escalating confrontations.</w:t>
      </w:r>
      <w:r/>
      <w:r/>
    </w:p>
    <w:p>
      <w:pPr>
        <w:pStyle w:val="Heading2"/>
      </w:pPr>
      <w:r>
        <w:t>When Jesus Became the Quietest Person at Pride</w:t>
      </w:r>
      <w:r/>
    </w:p>
    <w:p>
      <w:r/>
      <w:r>
        <w:t>The most memorable protest at a North Carolina Pride festival wasn't the loudest one. It was a man in a robe, beard and wig, wearing rainbow leis and sunglasses, standing between LGBTQ+ attendees and religious demonstrators.</w:t>
      </w:r>
      <w:r/>
    </w:p>
    <w:p>
      <w:r/>
      <w:r>
        <w:t>He carried messages such as “God Is Proud of You” and “You Are Loved As You Are”. The result was part theatre, part pastoral gesture and part unmistakable rebuttal. Instead of competing with bullhorns, he offered a calm visual alternative to the angry version of Christianity being presented nearby.</w:t>
      </w:r>
      <w:r/>
    </w:p>
    <w:p>
      <w:r/>
      <w:r>
        <w:t>According to LGBTQ Nation, the moment resonated because it offered something many queer people rarely encounter in religious spaces: acceptance without a condition attached. That helps explain why people stopped for photographs, encouragement and, in some cases, tears.</w:t>
      </w:r>
      <w:r/>
    </w:p>
    <w:p>
      <w:pPr>
        <w:pStyle w:val="Heading2"/>
      </w:pPr>
      <w:r>
        <w:t>Why the ‘Gay Jesus’ Image Hits So Deeply</w:t>
      </w:r>
      <w:r/>
    </w:p>
    <w:p>
      <w:r/>
      <w:r>
        <w:t>For some Pride attendees, Christian imagery isn't neutral. It can be wrapped up with rejection from family, exclusion from churches or years of messages suggesting that their identity makes them sinful. A smiling, rainbow-adorned Jesus can therefore feel less like a joke and more like an attempt to take back a symbol associated with pain.</w:t>
      </w:r>
      <w:r/>
    </w:p>
    <w:p>
      <w:r/>
      <w:r>
        <w:t>The idea isn't entirely new. PinkNews has previously reported on Jesus figures appearing at Pride marches to challenge anti-gay protesters, while LGBTQ Nation covered a gay man who used the character each year to help people face religious trauma.</w:t>
      </w:r>
      <w:r/>
    </w:p>
    <w:p>
      <w:r/>
      <w:r>
        <w:t>That emotional layer is important. The costume may look playful at first glance, but the response it prompts can be startlingly serious. A selfie becomes a small act of repair; a rainbow lei becomes a public sign that faith and queerness don't have to be enemies.</w:t>
      </w:r>
      <w:r/>
    </w:p>
    <w:p>
      <w:pPr>
        <w:pStyle w:val="Heading2"/>
      </w:pPr>
      <w:r>
        <w:t>From North Carolina to Utah, A Wider Pride Conversation</w:t>
      </w:r>
      <w:r/>
    </w:p>
    <w:p>
      <w:r/>
      <w:r>
        <w:t>The North Carolina appearance sits within a broader pattern of LGBTQ+ people and allies reworking religious symbols in public spaces. Metro Weekly reported on Josiah Ryan, an ex-Mormon who presents himself as “Gay Jesus” in Utah, using the persona to spread an inclusive message.</w:t>
      </w:r>
      <w:r/>
    </w:p>
    <w:p>
      <w:r/>
      <w:r>
        <w:t>These performances vary in style, but the underlying argument is similar: religious language shouldn't belong exclusively to those using it to condemn LGBTQ+ people. The figures are not necessarily asking everyone to become religious. They're challenging the assumption that Christianity has only one political or cultural face.</w:t>
      </w:r>
      <w:r/>
    </w:p>
    <w:p>
      <w:r/>
      <w:r>
        <w:t>That makes the approach particularly effective at Pride. It speaks to believers, former believers and people who simply recognise the cultural power of the image. In a crowded festival, a familiar figure dressed in rainbow colours can communicate in seconds what a long speech might struggle to say.</w:t>
      </w:r>
      <w:r/>
    </w:p>
    <w:p>
      <w:pPr>
        <w:pStyle w:val="Heading2"/>
      </w:pPr>
      <w:r>
        <w:t>A Clever Alternative to the Counterprotest</w:t>
      </w:r>
      <w:r/>
    </w:p>
    <w:p>
      <w:r/>
      <w:r>
        <w:t>Previous Pride responses to hostile demonstrations have often involved chants, music and direct argument. Those tactics can be energising, especially when protesters attempt to dominate the atmosphere, but they can also produce a noisy contest that leaves everyone exhausted.</w:t>
      </w:r>
      <w:r/>
    </w:p>
    <w:p>
      <w:r/>
      <w:r>
        <w:t>The Jesus character took a different route. He acted as a visual buffer, held affirming signs and let the contrast do much of the work. Reports of similar Pride confrontations, including coverage by the Associated Press and LGBTQ Nation, show how quickly these events can become tense when opposing groups meet in a confined public space.</w:t>
      </w:r>
      <w:r/>
    </w:p>
    <w:p>
      <w:r/>
      <w:r>
        <w:t>That doesn't mean silence is always enough, or that anyone should feel responsible for absorbing abuse. It does suggest that creative, non-aggressive symbolism can sometimes shift the mood more effectively than another shouting match. A little theatre, deployed carefully, can puncture a great deal of hostility.</w:t>
      </w:r>
      <w:r/>
    </w:p>
    <w:p>
      <w:pPr>
        <w:pStyle w:val="Heading2"/>
      </w:pPr>
      <w:r>
        <w:t>The Message Works Because It Feels Personal</w:t>
      </w:r>
      <w:r/>
    </w:p>
    <w:p>
      <w:r/>
      <w:r>
        <w:t>The most powerful part of the story isn't the costume itself. It's the reaction from people who saw in it the faith they had hoped for but never found. That response turns a clever stunt into something more intimate: a public reassurance for people carrying private hurt.</w:t>
      </w:r>
      <w:r/>
    </w:p>
    <w:p>
      <w:r/>
      <w:r>
        <w:t>There are practical lessons here for anyone attending a Pride event where counterprotests are expected. Check the organisers' safety advice, stay with friends, keep routes out of crowded areas in mind and don't engage if a confrontation feels likely to escalate. Supportive signs, welcome tables and visible allies can make a difference without putting anyone in danger.</w:t>
      </w:r>
      <w:r/>
    </w:p>
    <w:p>
      <w:r/>
      <w:r>
        <w:t>A robe, a beard and a pair of rainbow sunglasses won't solve the wider conflict between LGBTQ+ communities and hostile religious movements. But for one day, the image offered a different answer to the question of who gets to represent love, faith and belonging.</w:t>
      </w:r>
      <w:r/>
    </w:p>
    <w:p>
      <w:r/>
      <w:r>
        <w:t>It's a small act of costume, but a surprisingly large act of solidarity.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https://johnpavlovitz.substack.com/p/i-went-to-pride-dressed-as-jesus</w:t>
        </w:r>
      </w:hyperlink>
      <w:r>
        <w:t xml:space="preserve"> - Please view link - unable to able to access data</w:t>
      </w:r>
      <w:r/>
    </w:p>
    <w:p>
      <w:pPr>
        <w:pStyle w:val="ListNumber"/>
        <w:spacing w:line="240" w:lineRule="auto"/>
        <w:ind w:left="720"/>
      </w:pPr>
      <w:r/>
      <w:hyperlink r:id="rId10">
        <w:r>
          <w:rPr>
            <w:color w:val="0000EE"/>
            <w:u w:val="single"/>
          </w:rPr>
          <w:t>https://www.apnews.com/article/37e15cbb6a19a5428c87b2dd8071d7fa</w:t>
        </w:r>
      </w:hyperlink>
      <w:r>
        <w:t xml:space="preserve"> - An article detailing the third Pride Fest in Wake Forest, North Carolina, highlighting the event's success and the presence of protestors from local Evangelical churches and a Southern Baptist seminary. The piece also features insights from keynote speaker John Pavlovitz, who delivered a message of unity and resistance against dehumanization. (</w:t>
      </w:r>
      <w:hyperlink r:id="rId16">
        <w:r>
          <w:rPr>
            <w:color w:val="0000EE"/>
            <w:u w:val="single"/>
          </w:rPr>
          <w:t>apnews.com</w:t>
        </w:r>
      </w:hyperlink>
      <w:r>
        <w:t>)</w:t>
      </w:r>
      <w:r/>
    </w:p>
    <w:p>
      <w:pPr>
        <w:pStyle w:val="ListNumber"/>
        <w:spacing w:line="240" w:lineRule="auto"/>
        <w:ind w:left="720"/>
      </w:pPr>
      <w:r/>
      <w:hyperlink r:id="rId11">
        <w:r>
          <w:rPr>
            <w:color w:val="0000EE"/>
            <w:u w:val="single"/>
          </w:rPr>
          <w:t>https://www.lgbtqnation.com/2025/04/gay-man-dresses-up-as-jesus-for-pride-each-year-to-help-people-confront-their-religious-trauma/</w:t>
        </w:r>
      </w:hyperlink>
      <w:r>
        <w:t xml:space="preserve"> - An article about Josiah Ryan, a gay former Mormon who dresses up as 'Gay Jesus' at the Utah Pride Parade in Salt Lake City. The piece discusses how his costume helps attendees confront their religious trauma and the positive impact it has on those harmed by the Mormon Church's anti-LGBTQ+ stances. (</w:t>
      </w:r>
      <w:hyperlink r:id="rId17">
        <w:r>
          <w:rPr>
            <w:color w:val="0000EE"/>
            <w:u w:val="single"/>
          </w:rPr>
          <w:t>lgbtqnation.com</w:t>
        </w:r>
      </w:hyperlink>
      <w:r>
        <w:t>)</w:t>
      </w:r>
      <w:r/>
    </w:p>
    <w:p>
      <w:pPr>
        <w:pStyle w:val="ListNumber"/>
        <w:spacing w:line="240" w:lineRule="auto"/>
        <w:ind w:left="720"/>
      </w:pPr>
      <w:r/>
      <w:hyperlink r:id="rId12">
        <w:r>
          <w:rPr>
            <w:color w:val="0000EE"/>
            <w:u w:val="single"/>
          </w:rPr>
          <w:t>https://www.metroweekly.com/2025/04/ex-mormon-josiah-ryan-spreads-love-as-gay-jesus-in-utah/</w:t>
        </w:r>
      </w:hyperlink>
      <w:r>
        <w:t xml:space="preserve"> - An article about Josiah Ryan, a gay former Mormon who dresses up as 'Gay Jesus' every year at the Utah Pride Festival in Salt Lake City. The piece highlights his efforts to help attendees reconcile their feelings of being ostracized by their families and religious communities. (</w:t>
      </w:r>
      <w:hyperlink r:id="rId18">
        <w:r>
          <w:rPr>
            <w:color w:val="0000EE"/>
            <w:u w:val="single"/>
          </w:rPr>
          <w:t>metroweekly.com</w:t>
        </w:r>
      </w:hyperlink>
      <w:r>
        <w:t>)</w:t>
      </w:r>
      <w:r/>
    </w:p>
    <w:p>
      <w:pPr>
        <w:pStyle w:val="ListNumber"/>
        <w:spacing w:line="240" w:lineRule="auto"/>
        <w:ind w:left="720"/>
      </w:pPr>
      <w:r/>
      <w:hyperlink r:id="rId14">
        <w:r>
          <w:rPr>
            <w:color w:val="0000EE"/>
            <w:u w:val="single"/>
          </w:rPr>
          <w:t>https://www.lgbtqnation.com/2022/09/violence-erupts-anti-lgbtq-extremists-anti-fascist-counter-protestors-pride-event/</w:t>
        </w:r>
      </w:hyperlink>
      <w:r>
        <w:t xml:space="preserve"> - An article reporting on the first Pride event in Riverside, California, since 2009, where violence erupted between anti-LGBTQ extremists and anti-fascist counter-protestors. The piece provides details about the clashes and the involvement of local law enforcement. (</w:t>
      </w:r>
      <w:hyperlink r:id="rId19">
        <w:r>
          <w:rPr>
            <w:color w:val="0000EE"/>
            <w:u w:val="single"/>
          </w:rPr>
          <w:t>lgbtqnation.com</w:t>
        </w:r>
      </w:hyperlink>
      <w:r>
        <w:t>)</w:t>
      </w:r>
      <w:r/>
    </w:p>
    <w:p>
      <w:pPr>
        <w:pStyle w:val="ListNumber"/>
        <w:spacing w:line="240" w:lineRule="auto"/>
        <w:ind w:left="720"/>
      </w:pPr>
      <w:r/>
      <w:hyperlink r:id="rId13">
        <w:r>
          <w:rPr>
            <w:color w:val="0000EE"/>
            <w:u w:val="single"/>
          </w:rPr>
          <w:t>https://www.thepinknews.com/2017/07/17/jesus-turned-up-at-a-pride-march-and-told-anti-gay-christians-where-theyre-going-wrong/</w:t>
        </w:r>
      </w:hyperlink>
      <w:r>
        <w:t xml:space="preserve"> - An article about a man dressed as Jesus attending a Pride march in Seoul, South Korea, and confronting anti-gay Christian protesters. The piece discusses the reactions of the protesters and the significance of the event. (</w:t>
      </w:r>
      <w:hyperlink r:id="rId20">
        <w:r>
          <w:rPr>
            <w:color w:val="0000EE"/>
            <w:u w:val="single"/>
          </w:rPr>
          <w:t>thepinknews.com</w:t>
        </w:r>
      </w:hyperlink>
      <w:r>
        <w:t>)</w:t>
      </w:r>
      <w:r/>
    </w:p>
    <w:p>
      <w:pPr>
        <w:pStyle w:val="ListNumber"/>
        <w:spacing w:line="240" w:lineRule="auto"/>
        <w:ind w:left="720"/>
      </w:pPr>
      <w:r/>
      <w:hyperlink r:id="rId15">
        <w:r>
          <w:rPr>
            <w:color w:val="0000EE"/>
            <w:u w:val="single"/>
          </w:rPr>
          <w:t>https://www.youtube.com/watch?v=MwXRSIgScR0</w:t>
        </w:r>
      </w:hyperlink>
      <w:r>
        <w:t xml:space="preserve"> - A video titled 'Street Preaching to Gay "Christians" at Wild Pride Festival!' featuring street preachers engaging with attendees at a Pride festival. The video showcases interactions between the preachers and festival-goers. (</w:t>
      </w:r>
      <w:hyperlink r:id="rId21">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hnpavlovitz.substack.com/p/i-went-to-pride-dressed-as-jesus" TargetMode="External"/><Relationship Id="rId10" Type="http://schemas.openxmlformats.org/officeDocument/2006/relationships/hyperlink" Target="https://www.apnews.com/article/37e15cbb6a19a5428c87b2dd8071d7fa" TargetMode="External"/><Relationship Id="rId11" Type="http://schemas.openxmlformats.org/officeDocument/2006/relationships/hyperlink" Target="https://www.lgbtqnation.com/2025/04/gay-man-dresses-up-as-jesus-for-pride-each-year-to-help-people-confront-their-religious-trauma/" TargetMode="External"/><Relationship Id="rId12" Type="http://schemas.openxmlformats.org/officeDocument/2006/relationships/hyperlink" Target="https://www.metroweekly.com/2025/04/ex-mormon-josiah-ryan-spreads-love-as-gay-jesus-in-utah/" TargetMode="External"/><Relationship Id="rId13" Type="http://schemas.openxmlformats.org/officeDocument/2006/relationships/hyperlink" Target="https://www.thepinknews.com/2017/07/17/jesus-turned-up-at-a-pride-march-and-told-anti-gay-christians-where-theyre-going-wrong/" TargetMode="External"/><Relationship Id="rId14" Type="http://schemas.openxmlformats.org/officeDocument/2006/relationships/hyperlink" Target="https://www.lgbtqnation.com/2022/09/violence-erupts-anti-lgbtq-extremists-anti-fascist-counter-protestors-pride-event/" TargetMode="External"/><Relationship Id="rId15" Type="http://schemas.openxmlformats.org/officeDocument/2006/relationships/hyperlink" Target="https://www.youtube.com/watch?v=MwXRSIgScR0" TargetMode="External"/><Relationship Id="rId16" Type="http://schemas.openxmlformats.org/officeDocument/2006/relationships/hyperlink" Target="https://apnews.com/article/37e15cbb6a19a5428c87b2dd8071d7fa?utm_source=openai" TargetMode="External"/><Relationship Id="rId17" Type="http://schemas.openxmlformats.org/officeDocument/2006/relationships/hyperlink" Target="https://www.lgbtqnation.com/2025/04/gay-man-dresses-up-as-jesus-for-pride-each-year-to-help-people-confront-their-religious-trauma/?utm_source=openai" TargetMode="External"/><Relationship Id="rId18" Type="http://schemas.openxmlformats.org/officeDocument/2006/relationships/hyperlink" Target="https://www.metroweekly.com/2025/04/ex-mormon-josiah-ryan-spreads-love-as-gay-jesus-in-utah/?utm_source=openai" TargetMode="External"/><Relationship Id="rId19" Type="http://schemas.openxmlformats.org/officeDocument/2006/relationships/hyperlink" Target="https://www.lgbtqnation.com/2022/09/violence-erupts-anti-lgbtq-extremists-anti-fascist-counter-protestors-pride-event/?utm_source=openai" TargetMode="External"/><Relationship Id="rId20" Type="http://schemas.openxmlformats.org/officeDocument/2006/relationships/hyperlink" Target="https://www.thepinknews.com/2017/07/17/jesus-turned-up-at-a-pride-march-and-told-anti-gay-christians-where-theyre-going-wrong/?utm_source=openai" TargetMode="External"/><Relationship Id="rId21" Type="http://schemas.openxmlformats.org/officeDocument/2006/relationships/hyperlink" Target="https://www.youtube.com/watch?v=MwXRSIgScR0&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