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Anti-Trans Politics Is Losing Voters in Texas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Texas Democrat James Talarico has challenged the growing political focus on transgender people, arguing at a CNN and Jubilee town hall that wealthy interests are using marginalised communities as convenient distractions. His comments arrive as voters face higher household costs, healthcare worries and concerns about corruption, raising fresh questions about which issues still cut through.</w:t>
      </w:r>
      <w:r/>
    </w:p>
    <w:p>
      <w:pPr>
        <w:pStyle w:val="Heading2"/>
      </w:pPr>
      <w:r>
        <w:t>Essential Takeaways</w:t>
      </w:r>
      <w:r/>
      <w:r/>
    </w:p>
    <w:p>
      <w:pPr>
        <w:pStyle w:val="ListBullet"/>
        <w:spacing w:line="240" w:lineRule="auto"/>
        <w:ind w:left="720"/>
      </w:pPr>
      <w:r/>
      <w:r>
        <w:rPr>
          <w:b/>
        </w:rPr>
        <w:t>Talarico’s argument:</w:t>
      </w:r>
      <w:r>
        <w:t xml:space="preserve"> He said powerful figures were using minority groups to divert attention from corruption and economic pressure.</w:t>
      </w:r>
      <w:r/>
    </w:p>
    <w:p>
      <w:pPr>
        <w:pStyle w:val="ListBullet"/>
        <w:spacing w:line="240" w:lineRule="auto"/>
        <w:ind w:left="720"/>
      </w:pPr>
      <w:r/>
      <w:r>
        <w:rPr>
          <w:b/>
        </w:rPr>
        <w:t>A small issue in voter terms:</w:t>
      </w:r>
      <w:r>
        <w:t xml:space="preserve"> One town-hall participant described gender-affirming surgery for under-18s as extremely rare.</w:t>
      </w:r>
      <w:r/>
    </w:p>
    <w:p>
      <w:pPr>
        <w:pStyle w:val="ListBullet"/>
        <w:spacing w:line="240" w:lineRule="auto"/>
        <w:ind w:left="720"/>
      </w:pPr>
      <w:r/>
      <w:r>
        <w:rPr>
          <w:b/>
        </w:rPr>
        <w:t>Changing political impact:</w:t>
      </w:r>
      <w:r>
        <w:t xml:space="preserve"> A Texas Republican has suggested anti-trans messaging is no longer connecting with swing voters as strongly as before.</w:t>
      </w:r>
      <w:r/>
    </w:p>
    <w:p>
      <w:pPr>
        <w:pStyle w:val="ListBullet"/>
        <w:spacing w:line="240" w:lineRule="auto"/>
        <w:ind w:left="720"/>
      </w:pPr>
      <w:r/>
      <w:r>
        <w:rPr>
          <w:b/>
        </w:rPr>
        <w:t>Talarico’s own record:</w:t>
      </w:r>
      <w:r>
        <w:t xml:space="preserve"> He has faced criticism over his position on trans girls competing in school sports.</w:t>
      </w:r>
      <w:r/>
    </w:p>
    <w:p>
      <w:pPr>
        <w:pStyle w:val="ListBullet"/>
        <w:spacing w:line="240" w:lineRule="auto"/>
        <w:ind w:left="720"/>
      </w:pPr>
      <w:r/>
      <w:r>
        <w:rPr>
          <w:b/>
        </w:rPr>
        <w:t>The bigger concerns:</w:t>
      </w:r>
      <w:r>
        <w:t xml:space="preserve"> Food and fuel prices, healthcare costs and political influence remain more immediate worries for many households.</w:t>
      </w:r>
      <w:r/>
      <w:r/>
    </w:p>
    <w:p>
      <w:pPr>
        <w:pStyle w:val="Heading2"/>
      </w:pPr>
      <w:r>
        <w:t>Talarico turns the spotlight on billionaires</w:t>
      </w:r>
      <w:r/>
    </w:p>
    <w:p>
      <w:r/>
      <w:r>
        <w:t>The sharpest moment came during a CNN and Jubilee town hall in Texas, where Talarico was asked why transgender people had become such a prominent target in American politics. He argued that the focus was misplaced, with powerful people directing public anger towards small minority groups rather than confronting economic and political failures.</w:t>
      </w:r>
      <w:r/>
    </w:p>
    <w:p>
      <w:r/>
      <w:r>
        <w:t>His answer was deliberately blunt. Talarico said the country’s problems were not being caused by transgender people, but by billionaires and the influence that enormous wealth can buy. The remark gave the exchange a broader economic frame, rather than treating trans rights as an isolated culture-war argument.</w:t>
      </w:r>
      <w:r/>
    </w:p>
    <w:p>
      <w:r/>
      <w:r>
        <w:t xml:space="preserve">The town hall, reported by Axios, placed Talarico’s comments within his campaign for the US Senate and his wider criticism of political distraction. CNN and Jubilee had announced the event as a forum designed to put voters directly to candidates, making the question especially revealing. Sources </w:t>
      </w:r>
      <w:hyperlink r:id="rId9">
        <w:r>
          <w:rPr>
            <w:color w:val="0000EE"/>
            <w:u w:val="single"/>
          </w:rPr>
          <w:t>[3]</w:t>
        </w:r>
      </w:hyperlink>
      <w:r>
        <w:t xml:space="preserve">, </w:t>
      </w:r>
      <w:hyperlink r:id="rId10">
        <w:r>
          <w:rPr>
            <w:color w:val="0000EE"/>
            <w:u w:val="single"/>
          </w:rPr>
          <w:t>[4]</w:t>
        </w:r>
      </w:hyperlink>
      <w:r/>
    </w:p>
    <w:p>
      <w:pPr>
        <w:pStyle w:val="Heading2"/>
      </w:pPr>
      <w:r>
        <w:t>Why the trans debate feels out of step</w:t>
      </w:r>
      <w:r/>
    </w:p>
    <w:p>
      <w:r/>
      <w:r>
        <w:t>A voter at the event pointed to the tiny number of under-18s receiving gender-affirming surgery and described the issue as essentially irrelevant to everyday life. That frustration reflects a wider feeling that political debate can become intensely focused on rare or highly unusual cases while ordinary bills keep rising.</w:t>
      </w:r>
      <w:r/>
    </w:p>
    <w:p>
      <w:r/>
      <w:r>
        <w:t>For many families, the pressing questions are much less abstract. Can they afford food and petrol? Will a medical appointment lead to a frightening bill? And who is really shaping policy behind the scenes? Those concerns are harder to turn into a viral slogan, but they tend to stay present long after a campaign speech ends.</w:t>
      </w:r>
      <w:r/>
    </w:p>
    <w:p>
      <w:r/>
      <w:r>
        <w:t xml:space="preserve">The exchange also highlighted how trans people can be pulled into national arguments without having much control over the conversation. Debates about school sport, bathrooms and healthcare have produced a steady stream of legislative proposals and headlines, often leaving the people affected to deal with the consequences. Sources </w:t>
      </w:r>
      <w:hyperlink r:id="rId11">
        <w:r>
          <w:rPr>
            <w:color w:val="0000EE"/>
            <w:u w:val="single"/>
          </w:rPr>
          <w:t>[2]</w:t>
        </w:r>
      </w:hyperlink>
      <w:r>
        <w:t xml:space="preserve">, </w:t>
      </w:r>
      <w:hyperlink r:id="rId12">
        <w:r>
          <w:rPr>
            <w:color w:val="0000EE"/>
            <w:u w:val="single"/>
          </w:rPr>
          <w:t>[5]</w:t>
        </w:r>
      </w:hyperlink>
      <w:r/>
    </w:p>
    <w:p>
      <w:pPr>
        <w:pStyle w:val="Heading2"/>
      </w:pPr>
      <w:r>
        <w:t>The political attack may be losing its bite</w:t>
      </w:r>
      <w:r/>
    </w:p>
    <w:p>
      <w:r/>
      <w:r>
        <w:t>Talarico’s comments come as some Republicans appear to be questioning whether anti-trans messaging still delivers the electoral gains it once promised. Texas state representative Dade Phelan told Texas Monthly that the issue was no longer resonating with voters in the same way, particularly among the moderate voters likely to decide close elections.</w:t>
      </w:r>
      <w:r/>
    </w:p>
    <w:p>
      <w:r/>
      <w:r>
        <w:t>That matters because culture-war messaging works best when it feels immediate and understandable. If voters don't recognise the problem being described, repeated references to boys in girls' sport or similar claims can begin to sound like campaign theatre rather than a response to daily life.</w:t>
      </w:r>
      <w:r/>
    </w:p>
    <w:p>
      <w:r/>
      <w:r>
        <w:t xml:space="preserve">The contrast is striking. Politicians may continue reaching for familiar talking points, but voters are weighing them against supermarket prices, fuel costs, healthcare and trust in government. Even a message that once energised a party base can lose force when the audience is preoccupied with keeping the household budget afloat. Sources </w:t>
      </w:r>
      <w:hyperlink r:id="rId11">
        <w:r>
          <w:rPr>
            <w:color w:val="0000EE"/>
            <w:u w:val="single"/>
          </w:rPr>
          <w:t>[2]</w:t>
        </w:r>
      </w:hyperlink>
      <w:r>
        <w:t xml:space="preserve">, </w:t>
      </w:r>
      <w:hyperlink r:id="rId12">
        <w:r>
          <w:rPr>
            <w:color w:val="0000EE"/>
            <w:u w:val="single"/>
          </w:rPr>
          <w:t>[5]</w:t>
        </w:r>
      </w:hyperlink>
      <w:r/>
    </w:p>
    <w:p>
      <w:pPr>
        <w:pStyle w:val="Heading2"/>
      </w:pPr>
      <w:r>
        <w:t>Talarico's position is more complicated</w:t>
      </w:r>
      <w:r/>
    </w:p>
    <w:p>
      <w:r/>
      <w:r>
        <w:t>Talarico isn't presenting himself as an uncomplicated champion of every trans-rights position. He has previously said he opposes trans girls competing in girls' sports where he believes safety or fairness could be compromised, a stance that has drawn criticism from those who want stronger protections for transgender young people.</w:t>
      </w:r>
      <w:r/>
    </w:p>
    <w:p>
      <w:r/>
      <w:r>
        <w:t>That tension is important. His wider argument is that politicians shouldn't use transgender people as political targets, but his own views show how quickly questions about fairness and inclusion can become politically difficult. Supporters may see a distinction between debating policy and demonising a community. Critics may worry that restrictions still cause harm, whatever language surrounds them.</w:t>
      </w:r>
      <w:r/>
    </w:p>
    <w:p>
      <w:r/>
      <w:r>
        <w:t xml:space="preserve">In other words, rejecting scapegoating doesn't settle every policy dispute. It does, however, challenge the habit of turning a small and vulnerable population into a stand-in for much bigger anxieties about national decline. Sources </w:t>
      </w:r>
      <w:hyperlink r:id="rId11">
        <w:r>
          <w:rPr>
            <w:color w:val="0000EE"/>
            <w:u w:val="single"/>
          </w:rPr>
          <w:t>[2]</w:t>
        </w:r>
      </w:hyperlink>
      <w:r>
        <w:t xml:space="preserve">, </w:t>
      </w:r>
      <w:hyperlink r:id="rId9">
        <w:r>
          <w:rPr>
            <w:color w:val="0000EE"/>
            <w:u w:val="single"/>
          </w:rPr>
          <w:t>[3]</w:t>
        </w:r>
      </w:hyperlink>
      <w:r/>
    </w:p>
    <w:p>
      <w:pPr>
        <w:pStyle w:val="Heading2"/>
      </w:pPr>
      <w:r>
        <w:t>What voters may want next</w:t>
      </w:r>
      <w:r/>
    </w:p>
    <w:p>
      <w:r/>
      <w:r>
        <w:t>The town hall suggests that candidates face pressure to talk about the issues people can feel in their wallets, not just the issues that generate the loudest online arguments. Economic strain and corruption are broad concerns, but they're also politically competitive ones, so Talarico's billionaire-focused message is likely to appeal to voters who feel the system favours the wealthy.</w:t>
      </w:r>
      <w:r/>
    </w:p>
    <w:p>
      <w:r/>
      <w:r>
        <w:t>Whether that argument can compete with better-funded culture-war campaigns remains uncertain. Republicans have continued to invoke transgender issues, while figures such as Ted Cruz have used provocative language to explain their party's political challenges. The approach may keep attention within the party's base, even if it struggles to persuade undecided voters.</w:t>
      </w:r>
      <w:r/>
    </w:p>
    <w:p>
      <w:r/>
      <w:r>
        <w:t xml:space="preserve">For transgender Americans, though, the stakes are not theoretical. A political story that feels like a distraction to voters can still translate into restrictions, hostile headlines and an exhausting fight for basic recognition. That is why the debate matters, even when the electorate is ready to move on. Sources </w:t>
      </w:r>
      <w:hyperlink r:id="rId11">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Closing Line</w:t>
      </w:r>
      <w:r/>
    </w:p>
    <w:p>
      <w:r/>
      <w:r>
        <w:t>The political spotlight may be shifting, but the people caught in it still need more than campaign rhetoric.</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[2]</w:t>
        </w:r>
      </w:hyperlink>
      <w:r>
        <w:t xml:space="preserve">, </w:t>
      </w:r>
      <w:hyperlink r:id="rId12">
        <w:r>
          <w:rPr>
            <w:color w:val="0000EE"/>
            <w:u w:val="single"/>
          </w:rPr>
          <w:t>[5]</w:t>
        </w:r>
      </w:hyperlink>
      <w:r>
        <w:t xml:space="preserve">- Paragraph 4: </w:t>
      </w:r>
      <w:hyperlink r:id="rId11">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[3]</w:t>
        </w:r>
      </w:hyperlink>
      <w:r>
        <w:t xml:space="preserve">, </w:t>
      </w:r>
      <w:hyperlink r:id="rId12">
        <w:r>
          <w:rPr>
            <w:color w:val="0000EE"/>
            <w:u w:val="single"/>
          </w:rPr>
          <w:t>[5]</w:t>
        </w:r>
      </w:hyperlink>
      <w:r>
        <w:t xml:space="preserve">- Paragraph 6: </w:t>
      </w:r>
      <w:hyperlink r:id="rId11">
        <w:r>
          <w:rPr>
            <w:color w:val="0000EE"/>
            <w:u w:val="single"/>
          </w:rPr>
          <w:t>[2]</w:t>
        </w:r>
      </w:hyperlink>
      <w:r>
        <w:t xml:space="preserve">, </w:t>
      </w:r>
      <w:hyperlink r:id="rId9">
        <w:r>
          <w:rPr>
            <w:color w:val="0000EE"/>
            <w:u w:val="single"/>
          </w:rPr>
          <w:t>[3]</w:t>
        </w:r>
      </w:hyperlink>
      <w:r>
        <w:t xml:space="preserve">- Paragraph 7: </w:t>
      </w:r>
      <w:hyperlink r:id="rId11">
        <w:r>
          <w:rPr>
            <w:color w:val="0000EE"/>
            <w:u w:val="single"/>
          </w:rPr>
          <w:t>[2]</w:t>
        </w:r>
      </w:hyperlink>
      <w:r>
        <w:t xml:space="preserve">, </w:t>
      </w:r>
      <w:hyperlink r:id="rId12">
        <w:r>
          <w:rPr>
            <w:color w:val="0000EE"/>
            <w:u w:val="single"/>
          </w:rPr>
          <w:t>[5]</w:t>
        </w:r>
      </w:hyperlink>
      <w:r>
        <w:t xml:space="preserve">- Paragraph 8: </w:t>
      </w:r>
      <w:hyperlink r:id="rId11">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https://www.thepinknews.com/2026/10/21/texas-james-talarico-jubilee-billionaires-transgender-marginalised/</w:t>
        </w:r>
      </w:hyperlink>
      <w:r>
        <w:t xml:space="preserve"> - Please view link - unable to able to access data</w:t>
      </w:r>
      <w:r/>
    </w:p>
    <w:p>
      <w:pPr>
        <w:pStyle w:val="ListNumber"/>
        <w:spacing w:line="240" w:lineRule="auto"/>
        <w:ind w:left="720"/>
      </w:pPr>
      <w:r/>
      <w:hyperlink r:id="rId11">
        <w:r>
          <w:rPr>
            <w:color w:val="0000EE"/>
            <w:u w:val="single"/>
          </w:rPr>
          <w:t>https://www.thepinknews.com/2026/10/21/texas-james-talarico-jubilee-billionaires-transgender-marginalised/</w:t>
        </w:r>
      </w:hyperlink>
      <w:r>
        <w:t xml:space="preserve"> - Texas Democrat James Talarico criticised the targeting of transgender individuals in US politics, suggesting that influential figures use marginalised communities as scapegoats to divert attention from economic issues and political corruption. During a CNN and Jubilee town hall in Texas on 14 October, Talarico responded to a voter questioning the prominence of transgender issues in political debate, stating, 'Powerful people are using small minorities in our community to distract from their corruption.' He further remarked, 'The only minority destroying America is the billionaires.' This discussion highlights the Republican focus on transgender rights in political campaigns, despite uncertainties about its resonance with voters. Talarico has also faced criticism over his positions on transgender rights, particularly regarding trans girls participating in school sports. In September, he opposed trans athletes competing in girls' sports when it could compromise safety or fairness. He has also criticised politicians for exploiting transgender issues for political gain.</w:t>
      </w:r>
      <w:r/>
    </w:p>
    <w:p>
      <w:pPr>
        <w:pStyle w:val="ListNumber"/>
        <w:spacing w:line="240" w:lineRule="auto"/>
        <w:ind w:left="720"/>
      </w:pPr>
      <w:r/>
      <w:hyperlink r:id="rId9">
        <w:r>
          <w:rPr>
            <w:color w:val="0000EE"/>
            <w:u w:val="single"/>
          </w:rPr>
          <w:t>https://www.axios.com/local/houston/2026/10/15/james-talarico-cnn-jubilee-town-hall-ken-paxton-texas-senate</w:t>
        </w:r>
      </w:hyperlink>
      <w:r>
        <w:t xml:space="preserve"> - Texas Democratic U.S. Senate candidate James Talarico participated in a 90-minute CNN and Jubilee town hall on 14 October, providing significant national exposure ahead of the election. The event allowed voters from various political affiliations to question Talarico on key issues such as affordability, democracy, education, healthcare, and immigration. Talarico emphasised his moderate positions and Christian faith to appeal to a broad electorate, including independents and some Republicans. Notably absent was his Republican opponent, Ken Paxton, who declined the invitation to participate. The town hall was broadcast live from Fort Worth, Texas, and was part of a broader effort to engage voters in the lead-up to the midterm elections. (</w:t>
      </w:r>
      <w:hyperlink r:id="rId14">
        <w:r>
          <w:rPr>
            <w:color w:val="0000EE"/>
            <w:u w:val="single"/>
          </w:rPr>
          <w:t>axios.com</w:t>
        </w:r>
      </w:hyperlink>
      <w:r>
        <w:t>)</w:t>
      </w:r>
      <w:r/>
    </w:p>
    <w:p>
      <w:pPr>
        <w:pStyle w:val="ListNumber"/>
        <w:spacing w:line="240" w:lineRule="auto"/>
        <w:ind w:left="720"/>
      </w:pPr>
      <w:r/>
      <w:hyperlink r:id="rId10">
        <w:r>
          <w:rPr>
            <w:color w:val="0000EE"/>
            <w:u w:val="single"/>
          </w:rPr>
          <w:t>https://cnnpressroom.blogs.cnn.com/2026/09/28/cnn-and-jubilee-media-partner-to-host-cnn-jubilee-town-hall-with-james-talarico/amp/</w:t>
        </w:r>
      </w:hyperlink>
      <w:r>
        <w:t xml:space="preserve"> - CNN and Jubilee Media announced a partnership to host the 'CNN &amp; Jubilee Town Hall with James Talarico' on 14 October at 8 p.m. ET, live from Fort Worth, Texas. The event was moderated by CNN Anchor Erin Burnett and featured Texas Senate Candidate Rep. James Talarico answering questions from a live audience of Texas voters, including Democrats, Republicans, and independents. The town hall was broadcast live on CNN and streamed for subscribers, with plans to make it available on Jubilee’s YouTube channel. An invitation was also extended to Republican candidate Ken Paxton to participate in a similar format. (</w:t>
      </w:r>
      <w:hyperlink r:id="rId15">
        <w:r>
          <w:rPr>
            <w:color w:val="0000EE"/>
            <w:u w:val="single"/>
          </w:rPr>
          <w:t>cnnpressroom.blogs.cnn.com</w:t>
        </w:r>
      </w:hyperlink>
      <w:r>
        <w:t>)</w:t>
      </w:r>
      <w:r/>
    </w:p>
    <w:p>
      <w:pPr>
        <w:pStyle w:val="ListNumber"/>
        <w:spacing w:line="240" w:lineRule="auto"/>
        <w:ind w:left="720"/>
      </w:pPr>
      <w:r/>
      <w:hyperlink r:id="rId12">
        <w:r>
          <w:rPr>
            <w:color w:val="0000EE"/>
            <w:u w:val="single"/>
          </w:rPr>
          <w:t>https://krdo.com/politics/cnn-us-politics/2026/10/14/talarico-tackles-abortion-faith-and-conspiracy-theories-takeaways-from-the-cnn-jubilee-town-hall/</w:t>
        </w:r>
      </w:hyperlink>
      <w:r>
        <w:t xml:space="preserve"> - During the CNN and Jubilee town hall on 14 October, Texas Democratic Senate candidate James Talarico addressed topics such as abortion, faith, and conspiracy theories. He appealed to skeptical Republicans and independents, framing the election in populist terms and expressing his willingness to break with his own party if it benefits Texas. Talarico is challenging Republican Attorney General Ken Paxton in one of the most important Senate races of the November midterm elections. Democrats need a net gain of four seats to claim the Senate majority, and flipping a GOP-held seat in Texas would significantly boost that effort. (</w:t>
      </w:r>
      <w:hyperlink r:id="rId16">
        <w:r>
          <w:rPr>
            <w:color w:val="0000EE"/>
            <w:u w:val="single"/>
          </w:rPr>
          <w:t>krdo.com</w:t>
        </w:r>
      </w:hyperlink>
      <w:r>
        <w:t>)</w:t>
      </w:r>
      <w:r/>
    </w:p>
    <w:p>
      <w:pPr>
        <w:pStyle w:val="ListNumber"/>
        <w:spacing w:line="240" w:lineRule="auto"/>
        <w:ind w:left="720"/>
      </w:pPr>
      <w:r/>
      <w:hyperlink r:id="rId13">
        <w:r>
          <w:rPr>
            <w:color w:val="0000EE"/>
            <w:u w:val="single"/>
          </w:rPr>
          <w:t>https://www.axios.com/2026/09/28/cnn-jubilee-james-talarico-texas-senate-town-hall</w:t>
        </w:r>
      </w:hyperlink>
      <w:r>
        <w:t xml:space="preserve"> - CNN partnered with Jubilee Media to host a Texas Senate town hall featuring Democratic candidate James Talarico. Scheduled for 14 October, the event was moderated by CNN anchor Erin Burnett and held in front of an in-person audience of about 60 voters from across the political spectrum. This collaboration allowed CNN to engage with Jubilee’s younger, digital-first audience while providing Jubilee a platform to enhance its role in political discourse. An invitation for a similar event was extended to Republican candidate Ken Paxton. (</w:t>
      </w:r>
      <w:hyperlink r:id="rId17">
        <w:r>
          <w:rPr>
            <w:color w:val="0000EE"/>
            <w:u w:val="single"/>
          </w:rPr>
          <w:t>axios.com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xios.com/local/houston/2026/10/15/james-talarico-cnn-jubilee-town-hall-ken-paxton-texas-senate" TargetMode="External"/><Relationship Id="rId10" Type="http://schemas.openxmlformats.org/officeDocument/2006/relationships/hyperlink" Target="https://cnnpressroom.blogs.cnn.com/2026/09/28/cnn-and-jubilee-media-partner-to-host-cnn-jubilee-town-hall-with-james-talarico/amp/" TargetMode="External"/><Relationship Id="rId11" Type="http://schemas.openxmlformats.org/officeDocument/2006/relationships/hyperlink" Target="https://www.thepinknews.com/2026/10/21/texas-james-talarico-jubilee-billionaires-transgender-marginalised/" TargetMode="External"/><Relationship Id="rId12" Type="http://schemas.openxmlformats.org/officeDocument/2006/relationships/hyperlink" Target="https://krdo.com/politics/cnn-us-politics/2026/10/14/talarico-tackles-abortion-faith-and-conspiracy-theories-takeaways-from-the-cnn-jubilee-town-hall/" TargetMode="External"/><Relationship Id="rId13" Type="http://schemas.openxmlformats.org/officeDocument/2006/relationships/hyperlink" Target="https://www.axios.com/2026/09/28/cnn-jubilee-james-talarico-texas-senate-town-hall" TargetMode="External"/><Relationship Id="rId14" Type="http://schemas.openxmlformats.org/officeDocument/2006/relationships/hyperlink" Target="https://www.axios.com/local/houston/2026/10/15/james-talarico-cnn-jubilee-town-hall-ken-paxton-texas-senate?utm_source=openai" TargetMode="External"/><Relationship Id="rId15" Type="http://schemas.openxmlformats.org/officeDocument/2006/relationships/hyperlink" Target="https://cnnpressroom.blogs.cnn.com/2026/09/28/cnn-and-jubilee-media-partner-to-host-cnn-jubilee-town-hall-with-james-talarico/amp/?utm_source=openai" TargetMode="External"/><Relationship Id="rId16" Type="http://schemas.openxmlformats.org/officeDocument/2006/relationships/hyperlink" Target="https://krdo.com/politics/cnn-us-politics/2026/10/14/talarico-tackles-abortion-faith-and-conspiracy-theories-takeaways-from-the-cnn-jubilee-town-hall/?utm_source=openai" TargetMode="External"/><Relationship Id="rId17" Type="http://schemas.openxmlformats.org/officeDocument/2006/relationships/hyperlink" Target="https://www.axios.com/2026/09/28/cnn-jubilee-james-talarico-texas-senate-town-hal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