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Watch River of Life, LGBTQ+: A Tender Documentary About Queer Belonging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can now stream River of Life, LGBTQ+, Grace Walcott's moving documentary about a ten-week drama therapy workshop bringing thirteen LGBTQ+ people together across generations, identities and backgrounds. Available through Apple TV, Amazon and YouTube, it offers a thoughtful look at queer history, healing and the work of making space for one another.</w:t>
      </w:r>
      <w:r/>
    </w:p>
    <w:p>
      <w:pPr>
        <w:pStyle w:val="Heading2"/>
      </w:pPr>
      <w:r>
        <w:t>Essential Takeaways</w:t>
      </w:r>
      <w:r/>
      <w:r/>
    </w:p>
    <w:p>
      <w:pPr>
        <w:pStyle w:val="ListBullet"/>
        <w:spacing w:line="240" w:lineRule="auto"/>
        <w:ind w:left="720"/>
      </w:pPr>
      <w:r/>
      <w:r>
        <w:rPr>
          <w:b/>
        </w:rPr>
        <w:t>A deliberately mixed group:</w:t>
      </w:r>
      <w:r>
        <w:t xml:space="preserve"> Thirteen LGBTQ+ participants explore identity, memory and belonging across age, race and experience.</w:t>
      </w:r>
      <w:r/>
    </w:p>
    <w:p>
      <w:pPr>
        <w:pStyle w:val="ListBullet"/>
        <w:spacing w:line="240" w:lineRule="auto"/>
        <w:ind w:left="720"/>
      </w:pPr>
      <w:r/>
      <w:r>
        <w:rPr>
          <w:b/>
        </w:rPr>
        <w:t>Drama therapy at its heart:</w:t>
      </w:r>
      <w:r>
        <w:t xml:space="preserve"> The workshop uses embodiment, role-play and a river exercise to help participants revisit difficult experiences.</w:t>
      </w:r>
      <w:r/>
    </w:p>
    <w:p>
      <w:pPr>
        <w:pStyle w:val="ListBullet"/>
        <w:spacing w:line="240" w:lineRule="auto"/>
        <w:ind w:left="720"/>
      </w:pPr>
      <w:r/>
      <w:r>
        <w:rPr>
          <w:b/>
        </w:rPr>
        <w:t>Generations meet honestly:</w:t>
      </w:r>
      <w:r>
        <w:t xml:space="preserve"> Older participants share memories of raids, stigma and activism, while younger people explain changing ideas about gender.</w:t>
      </w:r>
      <w:r/>
    </w:p>
    <w:p>
      <w:pPr>
        <w:pStyle w:val="ListBullet"/>
        <w:spacing w:line="240" w:lineRule="auto"/>
        <w:ind w:left="720"/>
      </w:pPr>
      <w:r/>
      <w:r>
        <w:rPr>
          <w:b/>
        </w:rPr>
        <w:t>A personal project:</w:t>
      </w:r>
      <w:r>
        <w:t xml:space="preserve"> Filmmaker and therapist Grace Walcott also reflects on her own bisexual, pansexual and gender-expansive journey.</w:t>
      </w:r>
      <w:r/>
    </w:p>
    <w:p>
      <w:pPr>
        <w:pStyle w:val="ListBullet"/>
        <w:spacing w:line="240" w:lineRule="auto"/>
        <w:ind w:left="720"/>
      </w:pPr>
      <w:r/>
      <w:r>
        <w:rPr>
          <w:b/>
        </w:rPr>
        <w:t>Easy to find:</w:t>
      </w:r>
      <w:r>
        <w:t xml:space="preserve"> The documentary is streaming on Apple TV, Amazon and YouTube.</w:t>
      </w:r>
      <w:r/>
      <w:r/>
    </w:p>
    <w:p>
      <w:pPr>
        <w:pStyle w:val="Heading2"/>
      </w:pPr>
      <w:r>
        <w:t>A queer documentary that begins with a familiar flinch</w:t>
      </w:r>
      <w:r/>
    </w:p>
    <w:p>
      <w:r/>
      <w:r>
        <w:t>The most striking thing about River of Life, LGBTQ+ is its emotional starting point: the uneasy moment when entering a supposedly welcoming space still doesn't feel entirely safe. The film understands that belonging can be complicated, especially when queer communities carry different histories, vocabularies and expectations.</w:t>
      </w:r>
      <w:r/>
    </w:p>
    <w:p>
      <w:r/>
      <w:r>
        <w:t>Rather than presenting a neat history lesson, Grace Walcott places thirteen people in a ten-week drama therapy workshop and lets their experiences unfold in the room. The result feels intimate and occasionally uncomfortable, but never cheaply dramatic. According to the documentary's official materials, the participants were selected across generations, identities, races and backgrounds, giving the conversation genuine breadth.</w:t>
      </w:r>
      <w:r/>
    </w:p>
    <w:p>
      <w:r/>
      <w:r>
        <w:t>That breadth matters. A viewer may recognise the quiet calculations people make before speaking, from wondering whether they'll be understood to deciding how much of themselves to reveal. It's a small gesture, but the film makes that hesitation feel enormous.</w:t>
      </w:r>
      <w:r/>
    </w:p>
    <w:p>
      <w:pPr>
        <w:pStyle w:val="Heading2"/>
      </w:pPr>
      <w:r>
        <w:t>Why the workshop brings generations together</w:t>
      </w:r>
      <w:r/>
    </w:p>
    <w:p>
      <w:r/>
      <w:r>
        <w:t>The documentary grew from an encounter at a fundraiser drag show, where Walcott saw an older gay man reject a transmasculine teenager's pronouns. Instead of treating the moment as a simple clash between right and wrong, she saw a deeper failure of communication between generations.</w:t>
      </w:r>
      <w:r/>
    </w:p>
    <w:p>
      <w:r/>
      <w:r>
        <w:t>That idea shapes the entire film. Older participants recall a period when homosexuality was criminalised, LGBTQ+ venues were raided and the AIDS crisis fuelled public hostility. Younger participants, meanwhile, discuss gender, race and identity in language that may be unfamiliar to those who came before them.</w:t>
      </w:r>
      <w:r/>
    </w:p>
    <w:p>
      <w:r/>
      <w:r>
        <w:t>DocumentaryTube describes the project as a ten-week drama therapy workshop designed to create space for queer repair. It isn't about forcing everyone to agree, which is probably just as well. The more interesting achievement is that participants remain in conversation long enough to hear the pain beneath one another's positions.</w:t>
      </w:r>
      <w:r/>
    </w:p>
    <w:p>
      <w:pPr>
        <w:pStyle w:val="Heading2"/>
      </w:pPr>
      <w:r>
        <w:t>Drama therapy turns memory into something physical</w:t>
      </w:r>
      <w:r/>
    </w:p>
    <w:p>
      <w:r/>
      <w:r>
        <w:t>River of Life, LGBTQ+ stands apart from conventional interview-led documentaries because its participants don't only describe their pasts. They revisit them through movement, voice and performance, drawing on drama therapy and psychodrama techniques.</w:t>
      </w:r>
      <w:r/>
    </w:p>
    <w:p>
      <w:r/>
      <w:r>
        <w:t>One central exercise asks participants to imagine their lives as rivers, moving around obstacles and continuing towards the sea. It's a simple image, but an affecting one. Pain becomes a rock in the water, while survival is represented not as a polished triumph but as continued movement.</w:t>
      </w:r>
      <w:r/>
    </w:p>
    <w:p>
      <w:r/>
      <w:r>
        <w:t>The approach also keeps the film from feeling clinical. Walcott, a licensed marriage and family therapist and drama therapist, doesn't hide behind professional distance. Her presence is part facilitator, part participant, and that makes the workshop feel more human than academic.</w:t>
      </w:r>
      <w:r/>
    </w:p>
    <w:p>
      <w:pPr>
        <w:pStyle w:val="Heading2"/>
      </w:pPr>
      <w:r>
        <w:t>Grace Walcott puts her own story in the frame</w:t>
      </w:r>
      <w:r/>
    </w:p>
    <w:p>
      <w:r/>
      <w:r>
        <w:t>Walcott's personal history gives the film much of its warmth. She has described herself as a bridge between different communities and identifies as pansexual and gender-expansive, or trans. That lived experience helps explain why the documentary is interested in internal tensions rather than simply presenting LGBTQ+ people as a unified group.</w:t>
      </w:r>
      <w:r/>
    </w:p>
    <w:p>
      <w:r/>
      <w:r>
        <w:t>The official press materials position the film as a meeting place for varied queer experiences, while Q Plus Magazine highlights its focus on identity, history and community. Those themes are especially timely as trans and gender-expansive people face political scrutiny and queer spaces continue to debate who feels represented within them.</w:t>
      </w:r>
      <w:r/>
    </w:p>
    <w:p>
      <w:r/>
      <w:r>
        <w:t>Walcott has also worked as an actor and filmmaker, with earlier work shown at LGBTQ+ film festivals and on PBS. That theatrical background is visible here. The participants' breakthroughs don't arrive as perfectly packaged declarations; they come through pauses, changed expressions and the occasional brave attempt to try again.</w:t>
      </w:r>
      <w:r/>
    </w:p>
    <w:p>
      <w:pPr>
        <w:pStyle w:val="Heading2"/>
      </w:pPr>
      <w:r>
        <w:t>Where to stream River of Life, LGBTQ+</w:t>
      </w:r>
      <w:r/>
    </w:p>
    <w:p>
      <w:r/>
      <w:r>
        <w:t>River of Life, LGBTQ+ is available to stream through Apple TV, Amazon and YouTube, according to the film's website and distribution listings. Viewers looking for the documentary can also visit RiverofLifeLGBTQ.com for further information about the project.</w:t>
      </w:r>
      <w:r/>
    </w:p>
    <w:p>
      <w:r/>
      <w:r>
        <w:t>It was released around National Coming Out Day, a fitting choice for a film that treats coming out as an ongoing process rather than a single milestone. The documentary suggests that people keep coming out to themselves, to friends and to new generations of their community.</w:t>
      </w:r>
      <w:r/>
    </w:p>
    <w:p>
      <w:r/>
      <w:r>
        <w:t>That's ultimately why the film feels hopeful without becoming sugary. It doesn't pretend queer communities have solved every disagreement. It simply argues that listening, curiosity and a willingness to stay in the room can still change what happens next.</w:t>
      </w:r>
      <w:r/>
    </w:p>
    <w:p>
      <w:r/>
      <w:r>
        <w:t>The film is a gentle reminder that belonging isn't passive. Someone has to make space for it, and then keep making space when the conversation gets difficult.</w:t>
      </w:r>
      <w:r/>
    </w:p>
    <w:p>
      <w:pPr>
        <w:pStyle w:val="Heading2"/>
      </w:pPr>
      <w:r>
        <w:t>Closing Line</w:t>
      </w:r>
      <w:r/>
    </w:p>
    <w:p>
      <w:r/>
      <w:r>
        <w:t>Stream it for the stories, stay for the quiet hope that people can still meet halfway.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3">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4">
        <w:r>
          <w:rPr>
            <w:color w:val="0000EE"/>
            <w:u w:val="single"/>
          </w:rPr>
          <w:t>[6]</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3">
        <w:r>
          <w:rPr>
            <w:color w:val="0000EE"/>
            <w:u w:val="single"/>
          </w:rPr>
          <w:t>[5]</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[6]</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Paragraph 12: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https://getoutmag.com/river-of-life-lgbtq-is-streaming-now/</w:t>
        </w:r>
      </w:hyperlink>
      <w:r>
        <w:t xml:space="preserve"> - Please view link - unable to able to access data</w:t>
      </w:r>
      <w:r/>
    </w:p>
    <w:p>
      <w:pPr>
        <w:pStyle w:val="ListNumber"/>
        <w:spacing w:line="240" w:lineRule="auto"/>
        <w:ind w:left="720"/>
      </w:pPr>
      <w:r/>
      <w:hyperlink r:id="rId10">
        <w:r>
          <w:rPr>
            <w:color w:val="0000EE"/>
            <w:u w:val="single"/>
          </w:rPr>
          <w:t>https://www.riveroflifelgbtq.com/EPK/</w:t>
        </w:r>
      </w:hyperlink>
      <w:r>
        <w:t xml:space="preserve"> - The Electronic Press Kit for 'River of Life, LGBTQ+' provides comprehensive details about the documentary, including its logline, synopsis, director's statement, awards, and technical specifications. It also offers access to the official trailer, press materials, and information on screenings and release dates. The film, directed by Grace Walcott, is a multigenerational documentary that uses drama therapy to explore themes of identity, intergenerational conflict, and belonging within the LGBTQ+ community. It was released on National Coming Out Day, October 11, 2026, and became available for streaming on October 13, 2026, on platforms such as Amazon, Apple TV, and YouTube. The documentary has received accolades, including Best Feature Film and the Judith Rubin Award at the Arts in Healing International Film Festival in 2025, and Best LGBTQ Documentary at the WRPN Women's International Film Festival in 2024. The press kit also includes links to media coverage and interviews related to the film.</w:t>
      </w:r>
      <w:r/>
    </w:p>
    <w:p>
      <w:pPr>
        <w:pStyle w:val="ListNumber"/>
        <w:spacing w:line="240" w:lineRule="auto"/>
        <w:ind w:left="720"/>
      </w:pPr>
      <w:r/>
      <w:hyperlink r:id="rId11">
        <w:r>
          <w:rPr>
            <w:color w:val="0000EE"/>
            <w:u w:val="single"/>
          </w:rPr>
          <w:t>https://www.riveroflifelgbtq.com/</w:t>
        </w:r>
      </w:hyperlink>
      <w:r>
        <w:t xml:space="preserve"> - The official website for 'River of Life, LGBTQ+' offers detailed information about the documentary, including its storyline, director's background, and viewing options. Directed by Grace Walcott, the film follows 13 queer participants through a 10-week drama therapy workshop, exploring themes of identity, internalized queerphobia, and the evolution of the LGBTQ+ community. The website provides information on the film's release, with screenings held on National Coming Out Day, October 11, 2026, at San Francisco's Little Roxie Theater, and streaming availability starting October 13, 2026, on Amazon, Apple TV, and YouTube. It also offers options for individuals interested in hosting screenings or participating in workshops related to the film.</w:t>
      </w:r>
      <w:r/>
    </w:p>
    <w:p>
      <w:pPr>
        <w:pStyle w:val="ListNumber"/>
        <w:spacing w:line="240" w:lineRule="auto"/>
        <w:ind w:left="720"/>
      </w:pPr>
      <w:r/>
      <w:hyperlink r:id="rId12">
        <w:r>
          <w:rPr>
            <w:color w:val="0000EE"/>
            <w:u w:val="single"/>
          </w:rPr>
          <w:t>https://www.documentarytube.com/blog/river-of-life-lgbtq-how-a-10-week-drama-therapy-workshop-creates-space-for-queer-repair/</w:t>
        </w:r>
      </w:hyperlink>
      <w:r>
        <w:t xml:space="preserve"> - This article discusses the documentary 'River of Life, LGBTQ+' directed by Grace Walcott. The film follows 13 queer participants through a 10-week drama-therapy workshop, using role-play, storytelling, movement, and group discussion to examine identity, internalized queerphobia, intergenerational conflict, belonging, and the possibility of repair. The documentary is observational, showing people doing difficult communal work rather than presenting a clinical trial or claiming that one workshop can define therapy for every LGBTQ+ person. The article provides details about the workshop, the film's release, and where to watch it.</w:t>
      </w:r>
      <w:r/>
    </w:p>
    <w:p>
      <w:pPr>
        <w:pStyle w:val="ListNumber"/>
        <w:spacing w:line="240" w:lineRule="auto"/>
        <w:ind w:left="720"/>
      </w:pPr>
      <w:r/>
      <w:hyperlink r:id="rId13">
        <w:r>
          <w:rPr>
            <w:color w:val="0000EE"/>
            <w:u w:val="single"/>
          </w:rPr>
          <w:t>https://qplusmagazine.com/river-of-life-lgbtq-documentary/</w:t>
        </w:r>
      </w:hyperlink>
      <w:r>
        <w:t xml:space="preserve"> - This article explores the documentary 'River of Life, LGBTQ+' directed by Grace Walcott. The film brings together queer people from different generations, racial backgrounds, and identities, creating space for conversations about the complexities of belonging within the LGBTQ+ community. Among its participants are a 73-year-old non-binary person who lived through raids on gay bars, a 43-year-old therapist who was once considered mentally ill because they were trans, and a 21-year-old participant who feels that their Black identity has sometimes overshadowed their queerness, even within LGBTQ+ spaces. The article discusses the film's focus on internalized queerphobia, generational differences, and identity, and its release timed for National Coming Out Day.</w:t>
      </w:r>
      <w:r/>
    </w:p>
    <w:p>
      <w:pPr>
        <w:pStyle w:val="ListNumber"/>
        <w:spacing w:line="240" w:lineRule="auto"/>
        <w:ind w:left="720"/>
      </w:pPr>
      <w:r/>
      <w:hyperlink r:id="rId14">
        <w:r>
          <w:rPr>
            <w:color w:val="0000EE"/>
            <w:u w:val="single"/>
          </w:rPr>
          <w:t>https://guidedoc.tv/documentary/river-of-life-lgbtq-tmdb-1134909-documentary-film/</w:t>
        </w:r>
      </w:hyperlink>
      <w:r>
        <w:t xml:space="preserve"> - This entry in GuideDoc's Documentary Database provides information about the documentary 'River of Life, LGBTQ+' directed by Grace Walcott. The film follows a 10-week drama therapy workshop with 13 multigenerational queer participants, coming together to unpack internalized queerphobia and the evolution of the LGBTQ+ community. The entry includes the film's synopsis, director credits, production details, and documentary context, serving as a factual reference for research and discovery in the documentary field.</w:t>
      </w:r>
      <w:r/>
    </w:p>
    <w:p>
      <w:pPr>
        <w:pStyle w:val="ListNumber"/>
        <w:spacing w:line="240" w:lineRule="auto"/>
        <w:ind w:left="720"/>
      </w:pPr>
      <w:r/>
      <w:hyperlink r:id="rId13">
        <w:r>
          <w:rPr>
            <w:color w:val="0000EE"/>
            <w:u w:val="single"/>
          </w:rPr>
          <w:t>https://qplusmagazine.com/river-of-life-lgbtq-documentary/</w:t>
        </w:r>
      </w:hyperlink>
      <w:r>
        <w:t xml:space="preserve"> - This article explores the documentary 'River of Life, LGBTQ+' directed by Grace Walcott. The film brings together queer people from different generations, racial backgrounds, and identities, creating space for conversations about the complexities of belonging within the LGBTQ+ community. Among its participants are a 73-year-old non-binary person who lived through raids on gay bars, a 43-year-old therapist who was once considered mentally ill because they were trans, and a 21-year-old participant who feels that their Black identity has sometimes overshadowed their queerness, even within LGBTQ+ spaces. The article discusses the film's focus on internalized queerphobia, generational differences, and identity, and its release timed for National Coming Out Day.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etoutmag.com/river-of-life-lgbtq-is-streaming-now/" TargetMode="External"/><Relationship Id="rId10" Type="http://schemas.openxmlformats.org/officeDocument/2006/relationships/hyperlink" Target="https://www.riveroflifelgbtq.com/EPK/" TargetMode="External"/><Relationship Id="rId11" Type="http://schemas.openxmlformats.org/officeDocument/2006/relationships/hyperlink" Target="https://www.riveroflifelgbtq.com/" TargetMode="External"/><Relationship Id="rId12" Type="http://schemas.openxmlformats.org/officeDocument/2006/relationships/hyperlink" Target="https://www.documentarytube.com/blog/river-of-life-lgbtq-how-a-10-week-drama-therapy-workshop-creates-space-for-queer-repair/" TargetMode="External"/><Relationship Id="rId13" Type="http://schemas.openxmlformats.org/officeDocument/2006/relationships/hyperlink" Target="https://qplusmagazine.com/river-of-life-lgbtq-documentary/" TargetMode="External"/><Relationship Id="rId14" Type="http://schemas.openxmlformats.org/officeDocument/2006/relationships/hyperlink" Target="https://guidedoc.tv/documentary/river-of-life-lgbtq-tmdb-1134909-documentary-fil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