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Trusted Support Can Transform Mental Health for LGBQ+ Teens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research suggests that having someone trustworthy to talk to can make a striking difference to LGBQ+ teenagers’ mental health, especially when family support feels uncertain. The national study highlights the protective value of friends, partners, teachers and other adults, while pointing to practical ways schools and communities can help young people feel safer and less alone.</w:t>
      </w:r>
      <w:r/>
    </w:p>
    <w:p>
      <w:pPr>
        <w:pStyle w:val="Heading2"/>
      </w:pPr>
      <w:r>
        <w:t>Essential Takeaways</w:t>
      </w:r>
      <w:r/>
      <w:r/>
    </w:p>
    <w:p>
      <w:pPr>
        <w:pStyle w:val="ListBullet"/>
        <w:spacing w:line="240" w:lineRule="auto"/>
        <w:ind w:left="720"/>
      </w:pPr>
      <w:r/>
      <w:r>
        <w:rPr>
          <w:b/>
        </w:rPr>
        <w:t>A powerful connection:</w:t>
      </w:r>
      <w:r>
        <w:t xml:space="preserve"> LGBQ+ teens with a trusted person reported substantially lower rates of depression and suicidal thinking.</w:t>
      </w:r>
      <w:r/>
    </w:p>
    <w:p>
      <w:pPr>
        <w:pStyle w:val="ListBullet"/>
        <w:spacing w:line="240" w:lineRule="auto"/>
        <w:ind w:left="720"/>
      </w:pPr>
      <w:r/>
      <w:r>
        <w:rPr>
          <w:b/>
        </w:rPr>
        <w:t>Family support varies:</w:t>
      </w:r>
      <w:r>
        <w:t xml:space="preserve"> They were less likely than heterosexual teenagers to say they could turn to a parent.</w:t>
      </w:r>
      <w:r/>
    </w:p>
    <w:p>
      <w:pPr>
        <w:pStyle w:val="ListBullet"/>
        <w:spacing w:line="240" w:lineRule="auto"/>
        <w:ind w:left="720"/>
      </w:pPr>
      <w:r/>
      <w:r>
        <w:rPr>
          <w:b/>
        </w:rPr>
        <w:t>Support comes from many places:</w:t>
      </w:r>
      <w:r>
        <w:t xml:space="preserve"> Friends, partners, teachers, counsellors and other adults often fill the gap.</w:t>
      </w:r>
      <w:r/>
    </w:p>
    <w:p>
      <w:pPr>
        <w:pStyle w:val="ListBullet"/>
        <w:spacing w:line="240" w:lineRule="auto"/>
        <w:ind w:left="720"/>
      </w:pPr>
      <w:r/>
      <w:r>
        <w:rPr>
          <w:b/>
        </w:rPr>
        <w:t>Schools matter:</w:t>
      </w:r>
      <w:r>
        <w:t xml:space="preserve"> Supportive staff and a sense of belonging are associated with lower suicide risk.</w:t>
      </w:r>
      <w:r/>
    </w:p>
    <w:p>
      <w:pPr>
        <w:pStyle w:val="ListBullet"/>
        <w:spacing w:line="240" w:lineRule="auto"/>
        <w:ind w:left="720"/>
      </w:pPr>
      <w:r/>
      <w:r>
        <w:rPr>
          <w:b/>
        </w:rPr>
        <w:t>No single solution:</w:t>
      </w:r>
      <w:r>
        <w:t xml:space="preserve"> A dependable adult can be especially important when peer support isn't enough.</w:t>
      </w:r>
      <w:r/>
      <w:r/>
    </w:p>
    <w:p>
      <w:pPr>
        <w:pStyle w:val="Heading2"/>
      </w:pPr>
      <w:r>
        <w:t>One trusted person can change the picture</w:t>
      </w:r>
      <w:r/>
    </w:p>
    <w:p>
      <w:r/>
      <w:r>
        <w:t>The most striking finding is also the simplest: having someone to call, message or sit with during a crisis was linked with much better outcomes for LGBQ+ teenagers. Among gay and lesbian participants, depression and suicidal thoughts were far more common among those who said they had nobody dependable to approach, according to research published in JAMA Pediatrics.</w:t>
      </w:r>
      <w:r/>
    </w:p>
    <w:p>
      <w:r/>
      <w:r>
        <w:t>That doesn't mean a single conversation fixes everything. It does show how much emotional weight can be carried by a reliable relationship. When a teenager knows someone will listen without judgement, a frightening problem may feel more manageable rather than sealed off and silent.</w:t>
      </w:r>
      <w:r/>
    </w:p>
    <w:p>
      <w:pPr>
        <w:pStyle w:val="Heading2"/>
      </w:pPr>
      <w:r>
        <w:t>Why the support gap matters</w:t>
      </w:r>
      <w:r/>
    </w:p>
    <w:p>
      <w:r/>
      <w:r>
        <w:t>Being a teenager is challenging for almost everyone, but LGBQ+ young people may also face stigma, bullying, discrimination or anxiety about being accepted. Tulane University researchers say those pressures can make access to understanding, affirming support particularly important.</w:t>
      </w:r>
      <w:r/>
    </w:p>
    <w:p>
      <w:r/>
      <w:r>
        <w:t>The study found that heterosexual teenagers were more likely to name a parent as someone they'd approach with a serious problem. LGBQ+ teenagers were less likely to rely on parents, which may reflect concerns about rejection, strained relationships or simply a lack of confidence that home will feel safe.</w:t>
      </w:r>
      <w:r/>
    </w:p>
    <w:p>
      <w:pPr>
        <w:pStyle w:val="Heading2"/>
      </w:pPr>
      <w:r>
        <w:t>Friends help, but adults still have a vital role</w:t>
      </w:r>
      <w:r/>
    </w:p>
    <w:p>
      <w:r/>
      <w:r>
        <w:t>When family support isn't readily available, many LGBQ+ teenagers turn to friends, romantic partners and other adults. That resourcefulness is encouraging, and a trusted peer can offer immediate comfort, a familiar voice and a feeling of not being misunderstood.</w:t>
      </w:r>
      <w:r/>
    </w:p>
    <w:p>
      <w:r/>
      <w:r>
        <w:t>Still, researchers caution that friends can't always replace consistent adult support. A teacher, school counsellor, coach or youth worker may be better placed to recognise warning signs, help with safeguarding and connect a young person to professional care. News-Medical's coverage of the findings also underlined the importance of trusted adults beyond the family home.</w:t>
      </w:r>
      <w:r/>
    </w:p>
    <w:p>
      <w:pPr>
        <w:pStyle w:val="Heading2"/>
      </w:pPr>
      <w:r>
        <w:t>Schools can make belonging more visible</w:t>
      </w:r>
      <w:r/>
    </w:p>
    <w:p>
      <w:r/>
      <w:r>
        <w:t>Supportive school staff have been associated with lower suicide risk among LGBQ+ youth, and the latest findings help explain why. A school doesn't need to be perfect to make a difference, but young people should be able to identify at least one adult who listens, respects their identity and knows how to respond when problems become serious.</w:t>
      </w:r>
      <w:r/>
    </w:p>
    <w:p>
      <w:r/>
      <w:r>
        <w:t>For families, the practical lesson is to make support explicit rather than assumed. Simple questions such as "Who would you talk to if something felt overwhelming?" can open a door. For schools, visible pastoral care, inclusive policies and properly supported counsellors can turn that door into a dependable route to help.</w:t>
      </w:r>
      <w:r/>
    </w:p>
    <w:p>
      <w:pPr>
        <w:pStyle w:val="Heading2"/>
      </w:pPr>
      <w:r>
        <w:t>What parents and carers can do now</w:t>
      </w:r>
      <w:r/>
    </w:p>
    <w:p>
      <w:r/>
      <w:r>
        <w:t>Listening comes before fixing. Avoid rushing to offer solutions, challenging a young person's identity or treating disclosure as a phase. A calm response, followed by a promise to keep checking in, can communicate something powerful: you don't have to handle this alone.</w:t>
      </w:r>
      <w:r/>
    </w:p>
    <w:p>
      <w:r/>
      <w:r>
        <w:t>If a teenager mentions suicidal thoughts, a plan or an immediate danger, treat it as urgent and seek professional help straight away through local emergency services or a crisis service. Friends can be part of the safety net, but they shouldn't be left carrying responsibility for keeping someone safe by themselves.</w:t>
      </w:r>
      <w:r/>
    </w:p>
    <w:p>
      <w:r/>
      <w:r>
        <w:t>The study's wider message is hopeful. Strengthening supportive relationships won't remove every source of distress, but it can help narrow longstanding mental health inequalities and give teenagers a steadier place to stand.</w:t>
      </w:r>
      <w:r/>
    </w:p>
    <w:p>
      <w:r/>
      <w:r>
        <w:t>A trusted person may be only one conversation away, but that conversation can matter enormously.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3">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3">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https://www.futurity.org/mental-health-lgbq-teens-3348952/?utm_source=rss&amp;utm_medium=rss&amp;utm_campaign=mental-health-lgbq-teens-3348952</w:t>
        </w:r>
      </w:hyperlink>
      <w:r>
        <w:t xml:space="preserve"> - Please view link - unable to able to access data</w:t>
      </w:r>
      <w:r/>
    </w:p>
    <w:p>
      <w:pPr>
        <w:pStyle w:val="ListNumber"/>
        <w:spacing w:line="240" w:lineRule="auto"/>
        <w:ind w:left="720"/>
      </w:pPr>
      <w:r/>
      <w:hyperlink r:id="rId10">
        <w:r>
          <w:rPr>
            <w:color w:val="0000EE"/>
            <w:u w:val="single"/>
          </w:rPr>
          <w:t>https://news.tulane.edu/pr/having-someone-talk-linked-better-mental-health-among-lgbq-teens</w:t>
        </w:r>
      </w:hyperlink>
      <w:r>
        <w:t xml:space="preserve"> - A study from Tulane University reveals that gay and bisexual teens with someone to confide in experience significantly better mental health outcomes. Among gay and lesbian teens, 61% without a trusted person had depression in the past year, compared to 35% with support. The gap was even wider for suicidal thoughts: 66% without a trusted person had seriously considered suicide, compared to 27% with one. The study highlights the importance of supportive relationships in reducing mental health disparities among LGBQ+ youth.</w:t>
      </w:r>
      <w:r/>
    </w:p>
    <w:p>
      <w:pPr>
        <w:pStyle w:val="ListNumber"/>
        <w:spacing w:line="240" w:lineRule="auto"/>
        <w:ind w:left="720"/>
      </w:pPr>
      <w:r/>
      <w:hyperlink r:id="rId11">
        <w:r>
          <w:rPr>
            <w:color w:val="0000EE"/>
            <w:u w:val="single"/>
          </w:rPr>
          <w:t>https://jamanetwork.com/journals/jamapediatrics/article-abstract/2855212</w:t>
        </w:r>
      </w:hyperlink>
      <w:r>
        <w:t xml:space="preserve"> - This research letter examines the association between support seeking and mental health risks among US adolescents, focusing on sexual identity. The study found that LGBQ+ youth often face barriers in accessing supportive relationships, which are key protective factors against mental health issues. The findings underscore the need for interventions that facilitate support-seeking behaviours to improve mental health outcomes for sexual minority adolescents.</w:t>
      </w:r>
      <w:r/>
    </w:p>
    <w:p>
      <w:pPr>
        <w:pStyle w:val="ListNumber"/>
        <w:spacing w:line="240" w:lineRule="auto"/>
        <w:ind w:left="720"/>
      </w:pPr>
      <w:r/>
      <w:hyperlink r:id="rId13">
        <w:r>
          <w:rPr>
            <w:color w:val="0000EE"/>
            <w:u w:val="single"/>
          </w:rPr>
          <w:t>https://www.news-medical.net/news/20261012/Trusted-support-improves-mental-health-in-LGBQ2b-teens.aspx</w:t>
        </w:r>
      </w:hyperlink>
      <w:r>
        <w:t xml:space="preserve"> - A new study from Tulane University indicates that gay and bisexual teens who have someone to turn to with a serious problem have significantly better mental health outcomes than those who don't. Among gay and lesbian teens, 61% without a trusted person experienced depression in the past year, compared to 35% with one. The study highlights the critical role of trusted support in improving mental health for LGBQ+ teens.</w:t>
      </w:r>
      <w:r/>
    </w:p>
    <w:p>
      <w:pPr>
        <w:pStyle w:val="ListNumber"/>
        <w:spacing w:line="240" w:lineRule="auto"/>
        <w:ind w:left="720"/>
      </w:pPr>
      <w:r/>
      <w:hyperlink r:id="rId12">
        <w:r>
          <w:rPr>
            <w:color w:val="0000EE"/>
            <w:u w:val="single"/>
          </w:rPr>
          <w:t>https://scienmag.com/a-trusted-confidant-sharply-lowers-depression-and-suicide-risk-in-lgbq-teens/</w:t>
        </w:r>
      </w:hyperlink>
      <w:r>
        <w:t xml:space="preserve"> - Research from Tulane University, published in JAMA Pediatrics, finds that gay, lesbian, and bisexual teenagers who have at least one trusted person to turn to report dramatically better mental health outcomes than peers who face their struggles alone. The study highlights the importance of supportive relationships in reducing depression and suicidal thoughts among LGBQ+ youth.</w:t>
      </w:r>
      <w:r/>
    </w:p>
    <w:p>
      <w:pPr>
        <w:pStyle w:val="ListNumber"/>
        <w:spacing w:line="240" w:lineRule="auto"/>
        <w:ind w:left="720"/>
      </w:pPr>
      <w:r/>
      <w:hyperlink r:id="rId14">
        <w:r>
          <w:rPr>
            <w:color w:val="0000EE"/>
            <w:u w:val="single"/>
          </w:rPr>
          <w:t>https://www.brightsurf.com/news/1ZZP2X71/having-someone-to-talk-to-linked-to-better-mental-health-among-lgbq-teens.html</w:t>
        </w:r>
      </w:hyperlink>
      <w:r>
        <w:t xml:space="preserve"> - A study from Tulane University reveals that gay and bisexual teens with someone to confide in experience significantly better mental health outcomes. Among gay and lesbian teens, 61% without a trusted person had depression in the past year, compared to 35% with support. The gap was even wider for suicidal thoughts: 66% without a trusted person had seriously considered suicide, compared to 27% with one. The study highlights the importance of supportive relationships in reducing mental health disparities among LGBQ+ youth.</w:t>
      </w:r>
      <w:r/>
    </w:p>
    <w:p>
      <w:pPr>
        <w:pStyle w:val="ListNumber"/>
        <w:spacing w:line="240" w:lineRule="auto"/>
        <w:ind w:left="720"/>
      </w:pPr>
      <w:r/>
      <w:hyperlink r:id="rId15">
        <w:r>
          <w:rPr>
            <w:color w:val="0000EE"/>
            <w:u w:val="single"/>
          </w:rPr>
          <w:t>https://www.newsminimalist.com/articles/trusted-adults-improve-mental-health-in-lgbq-teens-6df4f67a</w:t>
        </w:r>
      </w:hyperlink>
      <w:r>
        <w:t xml:space="preserve"> - A new Tulane University study finds gay and bisexual teens with a trusted adult to turn to have significantly better mental health than those without, including lower rates of depression and suicidal thoughts. Published in JAMA Pediatrics, the national survey of teens aged 12-17 showed 61% of gay and lesbian teens without a trusted person experienced depression, versus 35% with one. For suicidal thoughts, the gap was 66% versus 27%. LGBQ+ teens were also less likely than heterosexual peers to turn to parents, often relying instead on friends or other adults. Lead author Evan Krueger notes LGBQ+ youth face extra stressors like stigma and bullying, and supportive relationships may help reduce mental health disparities. The findings suggest schools, families, and communities all play a role in ensuring no teen faces a serious problem alone.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uturity.org/mental-health-lgbq-teens-3348952/?utm_source=rss&amp;utm_medium=rss&amp;utm_campaign=mental-health-lgbq-teens-3348952" TargetMode="External"/><Relationship Id="rId10" Type="http://schemas.openxmlformats.org/officeDocument/2006/relationships/hyperlink" Target="https://news.tulane.edu/pr/having-someone-talk-linked-better-mental-health-among-lgbq-teens" TargetMode="External"/><Relationship Id="rId11" Type="http://schemas.openxmlformats.org/officeDocument/2006/relationships/hyperlink" Target="https://jamanetwork.com/journals/jamapediatrics/article-abstract/2855212" TargetMode="External"/><Relationship Id="rId12" Type="http://schemas.openxmlformats.org/officeDocument/2006/relationships/hyperlink" Target="https://scienmag.com/a-trusted-confidant-sharply-lowers-depression-and-suicide-risk-in-lgbq-teens/" TargetMode="External"/><Relationship Id="rId13" Type="http://schemas.openxmlformats.org/officeDocument/2006/relationships/hyperlink" Target="https://www.news-medical.net/news/20261012/Trusted-support-improves-mental-health-in-LGBQ2b-teens.aspx" TargetMode="External"/><Relationship Id="rId14" Type="http://schemas.openxmlformats.org/officeDocument/2006/relationships/hyperlink" Target="https://www.brightsurf.com/news/1ZZP2X71/having-someone-to-talk-to-linked-to-better-mental-health-among-lgbq-teens.html" TargetMode="External"/><Relationship Id="rId15" Type="http://schemas.openxmlformats.org/officeDocument/2006/relationships/hyperlink" Target="https://www.newsminimalist.com/articles/trusted-adults-improve-mental-health-in-lgbq-teens-6df4f67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