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Giant Pink Rubber Duck Arrives on Brisbane River for MELT Festival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Early-morning ferry passengers in Brisbane have been treated to a playful surprise: a 15-metre pink rubber duck floating beside Brisbane Powerhouse. Installed for MELT Festival 2026, the eye-catching sculpture celebrates queer culture, public art and a very Australian appetite for something delightfully unexpected on the river.</w:t>
      </w:r>
      <w:r/>
    </w:p>
    <w:p>
      <w:pPr>
        <w:pStyle w:val="Heading2"/>
      </w:pPr>
      <w:r>
        <w:t>Essential Takeaways</w:t>
      </w:r>
      <w:r/>
      <w:r/>
    </w:p>
    <w:p>
      <w:pPr>
        <w:pStyle w:val="ListBullet"/>
        <w:spacing w:line="240" w:lineRule="auto"/>
        <w:ind w:left="720"/>
      </w:pPr>
      <w:r/>
      <w:r>
        <w:rPr>
          <w:b/>
        </w:rPr>
        <w:t>The giant duck is 15 metres tall:</w:t>
      </w:r>
      <w:r>
        <w:t xml:space="preserve"> It’s hard to miss from the river, nearby walkways or ferry.</w:t>
      </w:r>
      <w:r/>
    </w:p>
    <w:p>
      <w:pPr>
        <w:pStyle w:val="ListBullet"/>
        <w:spacing w:line="240" w:lineRule="auto"/>
        <w:ind w:left="720"/>
      </w:pPr>
      <w:r/>
      <w:r>
        <w:rPr>
          <w:b/>
        </w:rPr>
        <w:t>It marks MELT Festival 2026:</w:t>
      </w:r>
      <w:r>
        <w:t xml:space="preserve"> The festival runs across Brisbane until 8 November.</w:t>
      </w:r>
      <w:r/>
    </w:p>
    <w:p>
      <w:pPr>
        <w:pStyle w:val="ListBullet"/>
        <w:spacing w:line="240" w:lineRule="auto"/>
        <w:ind w:left="720"/>
      </w:pPr>
      <w:r/>
      <w:r>
        <w:rPr>
          <w:b/>
        </w:rPr>
        <w:t>The pink design is a Brisbane first:</w:t>
      </w:r>
      <w:r>
        <w:t xml:space="preserve"> Artist Florentijn Hofman’s familiar duck sculpture has appeared worldwide, but this colour is debuting here.</w:t>
      </w:r>
      <w:r/>
    </w:p>
    <w:p>
      <w:pPr>
        <w:pStyle w:val="ListBullet"/>
        <w:spacing w:line="240" w:lineRule="auto"/>
        <w:ind w:left="720"/>
      </w:pPr>
      <w:r/>
      <w:r>
        <w:rPr>
          <w:b/>
        </w:rPr>
        <w:t>It’s moving for the River Pride Parade:</w:t>
      </w:r>
      <w:r>
        <w:t xml:space="preserve"> The sculpture will travel upriver before returning to Brisbane Powerhouse.</w:t>
      </w:r>
      <w:r/>
    </w:p>
    <w:p>
      <w:pPr>
        <w:pStyle w:val="ListBullet"/>
        <w:spacing w:line="240" w:lineRule="auto"/>
        <w:ind w:left="720"/>
      </w:pPr>
      <w:r/>
      <w:r>
        <w:rPr>
          <w:b/>
        </w:rPr>
        <w:t>Viewing is free from public areas:</w:t>
      </w:r>
      <w:r>
        <w:t xml:space="preserve"> South Bank, Queen’s Wharf and Howard Smith Wharves offer parade vantage points.</w:t>
      </w:r>
      <w:r/>
      <w:r/>
    </w:p>
    <w:p>
      <w:pPr>
        <w:pStyle w:val="Heading2"/>
      </w:pPr>
      <w:r>
        <w:t>Brisbane wakes up to a very large pink duck</w:t>
      </w:r>
      <w:r/>
    </w:p>
    <w:p>
      <w:r/>
      <w:r>
        <w:t>There’s a particular kind of Brisbane morning when the river is calm, the CityCats are gliding past and commuters are mostly thinking about coffee. Then a gigantic pink duck appears around the bend.</w:t>
      </w:r>
      <w:r/>
    </w:p>
    <w:p>
      <w:r/>
      <w:r>
        <w:t xml:space="preserve">That was the scene near New Farm, where ferry passengers spotted the inflatable sculpture beside Brisbane Powerhouse. The piece stands 15 metres high, giving it the sort of soft, absurdly cheerful presence that turns an ordinary commute into a sightseeing trip. MELT Festival’s official event listing confirms the duck is part of the 2026 programme. </w:t>
      </w:r>
      <w:hyperlink r:id="rId9">
        <w:r>
          <w:rPr>
            <w:color w:val="0000EE"/>
            <w:u w:val="single"/>
          </w:rPr>
          <w:t>[2]</w:t>
        </w:r>
      </w:hyperlink>
      <w:r>
        <w:t xml:space="preserve">, </w:t>
      </w:r>
      <w:hyperlink r:id="rId10">
        <w:r>
          <w:rPr>
            <w:color w:val="0000EE"/>
            <w:u w:val="single"/>
          </w:rPr>
          <w:t>[3]</w:t>
        </w:r>
      </w:hyperlink>
      <w:r/>
    </w:p>
    <w:p>
      <w:r/>
      <w:r>
        <w:t xml:space="preserve">Local spectators were quick to reach for their phones, and it’s easy to see why. The sculpture’s scale makes it feel both familiar and surreal, as though a bath toy has escaped and decided to take up a waterfront residence. </w:t>
      </w:r>
      <w:hyperlink r:id="rId11">
        <w:r>
          <w:rPr>
            <w:color w:val="0000EE"/>
            <w:u w:val="single"/>
          </w:rPr>
          <w:t>[4]</w:t>
        </w:r>
      </w:hyperlink>
      <w:r>
        <w:t xml:space="preserve">, </w:t>
      </w:r>
      <w:hyperlink r:id="rId12">
        <w:r>
          <w:rPr>
            <w:color w:val="0000EE"/>
            <w:u w:val="single"/>
          </w:rPr>
          <w:t>[5]</w:t>
        </w:r>
      </w:hyperlink>
      <w:r/>
    </w:p>
    <w:p>
      <w:pPr>
        <w:pStyle w:val="Heading2"/>
      </w:pPr>
      <w:r>
        <w:t>Why is the duck pink?</w:t>
      </w:r>
      <w:r/>
    </w:p>
    <w:p>
      <w:r/>
      <w:r>
        <w:t xml:space="preserve">The sculpture comes from Dutch artist Florentijn Hofman, whose enormous rubber duck has previously floated in ports and harbours around the world. His large-scale public works are designed to create an instant connection, using an everyday object and blowing it up to a wonderfully impractical size. </w:t>
      </w:r>
      <w:hyperlink r:id="rId9">
        <w:r>
          <w:rPr>
            <w:color w:val="0000EE"/>
            <w:u w:val="single"/>
          </w:rPr>
          <w:t>[2]</w:t>
        </w:r>
      </w:hyperlink>
      <w:r>
        <w:t xml:space="preserve">, </w:t>
      </w:r>
      <w:hyperlink r:id="rId13">
        <w:r>
          <w:rPr>
            <w:color w:val="0000EE"/>
            <w:u w:val="single"/>
          </w:rPr>
          <w:t>[7]</w:t>
        </w:r>
      </w:hyperlink>
      <w:r/>
    </w:p>
    <w:p>
      <w:r/>
      <w:r>
        <w:t xml:space="preserve">For MELT, the colour matters as much as the scale. The pink duck has been presented as a symbol of respect, tolerance and visibility, linking Hofman’s playful visual language with the festival’s celebration of LGBTQIA+ communities and allies. That gives the installation more weight than a simple photo opportunity, even if the first reaction is still likely to be, well, look at that duck. </w:t>
      </w:r>
      <w:hyperlink r:id="rId11">
        <w:r>
          <w:rPr>
            <w:color w:val="0000EE"/>
            <w:u w:val="single"/>
          </w:rPr>
          <w:t>[4]</w:t>
        </w:r>
      </w:hyperlink>
      <w:r>
        <w:t xml:space="preserve">, </w:t>
      </w:r>
      <w:hyperlink r:id="rId13">
        <w:r>
          <w:rPr>
            <w:color w:val="0000EE"/>
            <w:u w:val="single"/>
          </w:rPr>
          <w:t>[7]</w:t>
        </w:r>
      </w:hyperlink>
      <w:r/>
    </w:p>
    <w:p>
      <w:r/>
      <w:r>
        <w:t xml:space="preserve">MELT’s 2026 programme spans theatre, visual art, live music, cabaret, parties and river events across Brisbane. The duck works as a bright, accessible calling card for the festival, inviting people in before they’ve even chosen a show. </w:t>
      </w:r>
      <w:hyperlink r:id="rId9">
        <w:r>
          <w:rPr>
            <w:color w:val="0000EE"/>
            <w:u w:val="single"/>
          </w:rPr>
          <w:t>[2]</w:t>
        </w:r>
      </w:hyperlink>
      <w:r>
        <w:t xml:space="preserve">, </w:t>
      </w:r>
      <w:hyperlink r:id="rId13">
        <w:r>
          <w:rPr>
            <w:color w:val="0000EE"/>
            <w:u w:val="single"/>
          </w:rPr>
          <w:t>[7]</w:t>
        </w:r>
      </w:hyperlink>
      <w:r/>
    </w:p>
    <w:p>
      <w:pPr>
        <w:pStyle w:val="Heading2"/>
      </w:pPr>
      <w:r>
        <w:t>The sculpture is part of a bigger river celebration</w:t>
      </w:r>
      <w:r/>
    </w:p>
    <w:p>
      <w:r/>
      <w:r>
        <w:t xml:space="preserve">The duck won’t stay fixed beside the Powerhouse for the entire festival. It’s scheduled to join the River Pride Parade, when LGBTQIA+ communities and allies will travel along the Brisbane River on boats, tinnies and jet skis before it returns to its original location. </w:t>
      </w:r>
      <w:hyperlink r:id="rId9">
        <w:r>
          <w:rPr>
            <w:color w:val="0000EE"/>
            <w:u w:val="single"/>
          </w:rPr>
          <w:t>[2]</w:t>
        </w:r>
      </w:hyperlink>
      <w:r>
        <w:t xml:space="preserve">, </w:t>
      </w:r>
      <w:hyperlink r:id="rId10">
        <w:r>
          <w:rPr>
            <w:color w:val="0000EE"/>
            <w:u w:val="single"/>
          </w:rPr>
          <w:t>[3]</w:t>
        </w:r>
      </w:hyperlink>
      <w:r/>
    </w:p>
    <w:p>
      <w:r/>
      <w:r>
        <w:t xml:space="preserve">The parade is planned for Saturday 24 October from 4pm, with viewing points around South Bank, Queen’s Wharf and Howard Smith Wharves. Visitors should allow extra time, particularly if they’re planning to combine river views with food, drinks or another festival event. </w:t>
      </w:r>
      <w:hyperlink r:id="rId14">
        <w:r>
          <w:rPr>
            <w:color w:val="0000EE"/>
            <w:u w:val="single"/>
          </w:rPr>
          <w:t>[6]</w:t>
        </w:r>
      </w:hyperlink>
      <w:r/>
    </w:p>
    <w:p>
      <w:r/>
      <w:r>
        <w:t xml:space="preserve">For the clearest photos, a little patience will help. The riverfront can be busy, and the duck’s bright surface will look different depending on the light, weather and angle. Early mornings may offer quieter viewing, while parade day should provide the liveliest atmosphere. </w:t>
      </w:r>
      <w:hyperlink r:id="rId12">
        <w:r>
          <w:rPr>
            <w:color w:val="0000EE"/>
            <w:u w:val="single"/>
          </w:rPr>
          <w:t>[5]</w:t>
        </w:r>
      </w:hyperlink>
      <w:r>
        <w:t xml:space="preserve">, </w:t>
      </w:r>
      <w:hyperlink r:id="rId14">
        <w:r>
          <w:rPr>
            <w:color w:val="0000EE"/>
            <w:u w:val="single"/>
          </w:rPr>
          <w:t>[6]</w:t>
        </w:r>
      </w:hyperlink>
      <w:r/>
    </w:p>
    <w:p>
      <w:pPr>
        <w:pStyle w:val="Heading2"/>
      </w:pPr>
      <w:r>
        <w:t>A playful landmark with a serious message</w:t>
      </w:r>
      <w:r/>
    </w:p>
    <w:p>
      <w:r/>
      <w:r>
        <w:t xml:space="preserve">Hofman has described his work as a way of reconnecting with the childlike instinct to play. That idea is especially effective in a public space, where people who might never visit a gallery can encounter contemporary art while commuting, walking or meeting friends. </w:t>
      </w:r>
      <w:hyperlink r:id="rId13">
        <w:r>
          <w:rPr>
            <w:color w:val="0000EE"/>
            <w:u w:val="single"/>
          </w:rPr>
          <w:t>[7]</w:t>
        </w:r>
      </w:hyperlink>
      <w:r/>
    </w:p>
    <w:p>
      <w:r/>
      <w:r>
        <w:t xml:space="preserve">The installation also follows a broader trend in city culture: large, highly shareable artworks are becoming informal landmarks. They draw visitors, generate conversation and make a festival visible beyond its usual audience. Brisbane’s duck does that with a grin rather than a grand statement, which is probably part of its charm. </w:t>
      </w:r>
      <w:hyperlink r:id="rId9">
        <w:r>
          <w:rPr>
            <w:color w:val="0000EE"/>
            <w:u w:val="single"/>
          </w:rPr>
          <w:t>[2]</w:t>
        </w:r>
      </w:hyperlink>
      <w:r>
        <w:t xml:space="preserve">, </w:t>
      </w:r>
      <w:hyperlink r:id="rId13">
        <w:r>
          <w:rPr>
            <w:color w:val="0000EE"/>
            <w:u w:val="single"/>
          </w:rPr>
          <w:t>[7]</w:t>
        </w:r>
      </w:hyperlink>
      <w:r/>
    </w:p>
    <w:p>
      <w:r/>
      <w:r>
        <w:t xml:space="preserve">There’s a gentle warmth to the whole idea. A huge pink bath toy may sound delightfully silly, but it’s also a reminder that public art doesn’t always need to be solemn to be meaningful. Sometimes it simply needs to make people stop, smile and look at their city differently. </w:t>
      </w:r>
      <w:hyperlink r:id="rId11">
        <w:r>
          <w:rPr>
            <w:color w:val="0000EE"/>
            <w:u w:val="single"/>
          </w:rPr>
          <w:t>[4]</w:t>
        </w:r>
      </w:hyperlink>
      <w:r>
        <w:t xml:space="preserve">, </w:t>
      </w:r>
      <w:hyperlink r:id="rId13">
        <w:r>
          <w:rPr>
            <w:color w:val="0000EE"/>
            <w:u w:val="single"/>
          </w:rPr>
          <w:t>[7]</w:t>
        </w:r>
      </w:hyperlink>
      <w:r/>
    </w:p>
    <w:p>
      <w:pPr>
        <w:pStyle w:val="Heading2"/>
      </w:pPr>
      <w:r>
        <w:t>What else is on at MELT Festival?</w:t>
      </w:r>
      <w:r/>
    </w:p>
    <w:p>
      <w:r/>
      <w:r>
        <w:t xml:space="preserve">The duck is only one piece of MELT’s 2026 programme, which runs from 21 October to 8 November across dozens of venues. Highlights include drag, cabaret, contemporary circus, exhibitions, concerts and performances exploring queer identity, history and community. </w:t>
      </w:r>
      <w:hyperlink r:id="rId9">
        <w:r>
          <w:rPr>
            <w:color w:val="0000EE"/>
            <w:u w:val="single"/>
          </w:rPr>
          <w:t>[2]</w:t>
        </w:r>
      </w:hyperlink>
      <w:r>
        <w:t xml:space="preserve">, </w:t>
      </w:r>
      <w:hyperlink r:id="rId13">
        <w:r>
          <w:rPr>
            <w:color w:val="0000EE"/>
            <w:u w:val="single"/>
          </w:rPr>
          <w:t>[7]</w:t>
        </w:r>
      </w:hyperlink>
      <w:r/>
    </w:p>
    <w:p>
      <w:r/>
      <w:r>
        <w:t xml:space="preserve">Visitors can choose from events including a Dolly Parton-inspired drag night, a Kate Bush cabaret, the Blak drag king pageant Mr First Nation and Bloodlines, an exhibition reflecting on artists lost to HIV/AIDS. Music listings include Courtney Barnett, Melanie C and Māori soul singer TEEKS. </w:t>
      </w:r>
      <w:hyperlink r:id="rId9">
        <w:r>
          <w:rPr>
            <w:color w:val="0000EE"/>
            <w:u w:val="single"/>
          </w:rPr>
          <w:t>[2]</w:t>
        </w:r>
      </w:hyperlink>
      <w:r>
        <w:t xml:space="preserve">, </w:t>
      </w:r>
      <w:hyperlink r:id="rId13">
        <w:r>
          <w:rPr>
            <w:color w:val="0000EE"/>
            <w:u w:val="single"/>
          </w:rPr>
          <w:t>[7]</w:t>
        </w:r>
      </w:hyperlink>
      <w:r/>
    </w:p>
    <w:p>
      <w:r/>
      <w:r>
        <w:t xml:space="preserve">The practical tip is to check dates and venues before setting off. Some events are concentrated around Brisbane Powerhouse, while others take place at QPAC, The Tivoli and the Princess Theatre. Pairing a duck sighting with one nearby performance could make for a wonderfully odd, very Brisbane day out. </w:t>
      </w:r>
      <w:hyperlink r:id="rId9">
        <w:r>
          <w:rPr>
            <w:color w:val="0000EE"/>
            <w:u w:val="single"/>
          </w:rPr>
          <w:t>[2]</w:t>
        </w:r>
      </w:hyperlink>
      <w:r>
        <w:t xml:space="preserve">, </w:t>
      </w:r>
      <w:hyperlink r:id="rId14">
        <w:r>
          <w:rPr>
            <w:color w:val="0000EE"/>
            <w:u w:val="single"/>
          </w:rPr>
          <w:t>[6]</w:t>
        </w:r>
      </w:hyperlink>
      <w:r/>
    </w:p>
    <w:p>
      <w:r/>
      <w:r>
        <w:t>The giant pink duck is more than a floating spectacle. It’s a bright invitation to explore MELT, enjoy the river and make room for joy in the middle of the city.</w:t>
      </w:r>
      <w:r/>
    </w:p>
    <w:p>
      <w:r/>
      <w:r>
        <w:t>See it while it’s in Brisbane, and bring your camera.</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[7]</w:t>
        </w:r>
      </w:hyperlink>
      <w:r>
        <w:t xml:space="preserve">- Paragraph 4: </w:t>
      </w:r>
      <w:hyperlink r:id="rId11">
        <w:r>
          <w:rPr>
            <w:color w:val="0000EE"/>
            <w:u w:val="single"/>
          </w:rPr>
          <w:t>[4]</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4">
        <w:r>
          <w:rPr>
            <w:color w:val="0000EE"/>
            <w:u w:val="single"/>
          </w:rPr>
          <w:t>[6]</w:t>
        </w:r>
      </w:hyperlink>
      <w:r>
        <w:t xml:space="preserve">- Paragraph 8: </w:t>
      </w:r>
      <w:hyperlink r:id="rId12">
        <w:r>
          <w:rPr>
            <w:color w:val="0000EE"/>
            <w:u w:val="single"/>
          </w:rPr>
          <w:t>[5]</w:t>
        </w:r>
      </w:hyperlink>
      <w:r>
        <w:t xml:space="preserve">, </w:t>
      </w:r>
      <w:hyperlink r:id="rId14">
        <w:r>
          <w:rPr>
            <w:color w:val="0000EE"/>
            <w:u w:val="single"/>
          </w:rPr>
          <w:t>[6]</w:t>
        </w:r>
      </w:hyperlink>
      <w:r>
        <w:t xml:space="preserve">- Paragraph 9: </w:t>
      </w:r>
      <w:hyperlink r:id="rId13">
        <w:r>
          <w:rPr>
            <w:color w:val="0000EE"/>
            <w:u w:val="single"/>
          </w:rPr>
          <w:t>[7]</w:t>
        </w:r>
      </w:hyperlink>
      <w:r>
        <w:t xml:space="preserve">- Paragraph 10: </w:t>
      </w:r>
      <w:hyperlink r:id="rId9">
        <w:r>
          <w:rPr>
            <w:color w:val="0000EE"/>
            <w:u w:val="single"/>
          </w:rPr>
          <w:t>[2]</w:t>
        </w:r>
      </w:hyperlink>
      <w:r>
        <w:t xml:space="preserve">, </w:t>
      </w:r>
      <w:hyperlink r:id="rId13">
        <w:r>
          <w:rPr>
            <w:color w:val="0000EE"/>
            <w:u w:val="single"/>
          </w:rPr>
          <w:t>[7]</w:t>
        </w:r>
      </w:hyperlink>
      <w:r>
        <w:t xml:space="preserve">- Paragraph 11: </w:t>
      </w:r>
      <w:hyperlink r:id="rId11">
        <w:r>
          <w:rPr>
            <w:color w:val="0000EE"/>
            <w:u w:val="single"/>
          </w:rPr>
          <w:t>[4]</w:t>
        </w:r>
      </w:hyperlink>
      <w:r>
        <w:t xml:space="preserve">, </w:t>
      </w:r>
      <w:hyperlink r:id="rId13">
        <w:r>
          <w:rPr>
            <w:color w:val="0000EE"/>
            <w:u w:val="single"/>
          </w:rPr>
          <w:t>[7]</w:t>
        </w:r>
      </w:hyperlink>
      <w:r>
        <w:t xml:space="preserve">- Paragraph 12: </w:t>
      </w:r>
      <w:hyperlink r:id="rId9">
        <w:r>
          <w:rPr>
            <w:color w:val="0000EE"/>
            <w:u w:val="single"/>
          </w:rPr>
          <w:t>[2]</w:t>
        </w:r>
      </w:hyperlink>
      <w:r>
        <w:t xml:space="preserve">, </w:t>
      </w:r>
      <w:hyperlink r:id="rId13">
        <w:r>
          <w:rPr>
            <w:color w:val="0000EE"/>
            <w:u w:val="single"/>
          </w:rPr>
          <w:t>[7]</w:t>
        </w:r>
      </w:hyperlink>
      <w:r>
        <w:t xml:space="preserve">- Paragraph 13: </w:t>
      </w:r>
      <w:hyperlink r:id="rId9">
        <w:r>
          <w:rPr>
            <w:color w:val="0000EE"/>
            <w:u w:val="single"/>
          </w:rPr>
          <w:t>[2]</w:t>
        </w:r>
      </w:hyperlink>
      <w:r>
        <w:t xml:space="preserve">, </w:t>
      </w:r>
      <w:hyperlink r:id="rId13">
        <w:r>
          <w:rPr>
            <w:color w:val="0000EE"/>
            <w:u w:val="single"/>
          </w:rPr>
          <w:t>[7]</w:t>
        </w:r>
      </w:hyperlink>
      <w:r>
        <w:t xml:space="preserve">- Paragraph 14: </w:t>
      </w:r>
      <w:hyperlink r:id="rId9">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https://www.theage.com.au/national/queensland/what-s-that-enormous-pink-duck-doing-on-the-brisbane-river-20261021-p60ycd.html?ref=rss&amp;utm_medium=rss&amp;utm_source=rss_feed</w:t>
        </w:r>
      </w:hyperlink>
      <w:r>
        <w:t xml:space="preserve"> - Please view link - unable to able to access data</w:t>
      </w:r>
      <w:r/>
    </w:p>
    <w:p>
      <w:pPr>
        <w:pStyle w:val="ListNumber"/>
        <w:spacing w:line="240" w:lineRule="auto"/>
        <w:ind w:left="720"/>
      </w:pPr>
      <w:r/>
      <w:hyperlink r:id="rId9">
        <w:r>
          <w:rPr>
            <w:color w:val="0000EE"/>
            <w:u w:val="single"/>
          </w:rPr>
          <w:t>https://www.melt.org.au/events/rubber-duck/</w:t>
        </w:r>
      </w:hyperlink>
      <w:r>
        <w:t xml:space="preserve"> - The 'Rubber Duck' event, part of the MELT Festival 2026, features a 15-metre tall pink rubber duck by Dutch artist Florentijn Hofman. It will float on the Brisbane River from 21 October to 8 November 2026, transforming an everyday object into an extraordinary public artwork. The event is free and open to everyone, with the duck first appearing near the CBD before joining the River Pride Parade and then settling near Brisbane Powerhouse for the remainder of the festival.</w:t>
      </w:r>
      <w:r/>
    </w:p>
    <w:p>
      <w:pPr>
        <w:pStyle w:val="ListNumber"/>
        <w:spacing w:line="240" w:lineRule="auto"/>
        <w:ind w:left="720"/>
      </w:pPr>
      <w:r/>
      <w:hyperlink r:id="rId10">
        <w:r>
          <w:rPr>
            <w:color w:val="0000EE"/>
            <w:u w:val="single"/>
          </w:rPr>
          <w:t>https://brisbanepowerhouse.org/events/rubber-duck/</w:t>
        </w:r>
      </w:hyperlink>
      <w:r>
        <w:t xml:space="preserve"> - Brisbane Powerhouse presents the 'Rubber Duck' event as part of the MELT Festival 2026. The 15-metre tall pink rubber duck by Florentijn Hofman will float on the Brisbane River from 21 October to 8 November 2026. The event is free and open to all, with the duck first appearing near the CBD, then joining the River Pride Parade, and finally settling near Brisbane Powerhouse for the duration of the festival.</w:t>
      </w:r>
      <w:r/>
    </w:p>
    <w:p>
      <w:pPr>
        <w:pStyle w:val="ListNumber"/>
        <w:spacing w:line="240" w:lineRule="auto"/>
        <w:ind w:left="720"/>
      </w:pPr>
      <w:r/>
      <w:hyperlink r:id="rId11">
        <w:r>
          <w:rPr>
            <w:color w:val="0000EE"/>
            <w:u w:val="single"/>
          </w:rPr>
          <w:t>https://www.gayout.com/asia-aus/australia/brisbane/events/rubber-duck-2026-10-21</w:t>
        </w:r>
      </w:hyperlink>
      <w:r>
        <w:t xml:space="preserve"> - The 'Rubber Duck' event, part of the MELT Festival 2026, features a 15-metre tall pink rubber duck by Dutch artist Florentijn Hofman. It will float on the Brisbane River from 21 October to 8 November 2026, transforming an everyday object into an extraordinary public artwork. The event is free and open to everyone, with the duck first appearing near the CBD before joining the River Pride Parade and then settling near Brisbane Powerhouse for the remainder of the festival.</w:t>
      </w:r>
      <w:r/>
    </w:p>
    <w:p>
      <w:pPr>
        <w:pStyle w:val="ListNumber"/>
        <w:spacing w:line="240" w:lineRule="auto"/>
        <w:ind w:left="720"/>
      </w:pPr>
      <w:r/>
      <w:hyperlink r:id="rId12">
        <w:r>
          <w:rPr>
            <w:color w:val="0000EE"/>
            <w:u w:val="single"/>
          </w:rPr>
          <w:t>https://brisbanekids.com.au/event/rubber-duck/</w:t>
        </w:r>
      </w:hyperlink>
      <w:r>
        <w:t xml:space="preserve"> - The 'Rubber Duck' event, part of the MELT Festival 2026, features a 15-metre tall pink rubber duck by Dutch artist Florentijn Hofman. It will float on the Brisbane River from 21 October to 8 November 2026, transforming an everyday object into an extraordinary public artwork. The event is free and open to everyone, with the duck first appearing near the CBD before joining the River Pride Parade and then settling near Brisbane Powerhouse for the remainder of the festival.</w:t>
      </w:r>
      <w:r/>
    </w:p>
    <w:p>
      <w:pPr>
        <w:pStyle w:val="ListNumber"/>
        <w:spacing w:line="240" w:lineRule="auto"/>
        <w:ind w:left="720"/>
      </w:pPr>
      <w:r/>
      <w:hyperlink r:id="rId14">
        <w:r>
          <w:rPr>
            <w:color w:val="0000EE"/>
            <w:u w:val="single"/>
          </w:rPr>
          <w:t>https://www.divvyparking.com/melt-festival-brisbane-2026-park-easy-with-divvy-parking/</w:t>
        </w:r>
      </w:hyperlink>
      <w:r>
        <w:t xml:space="preserve"> - MELT Festival Brisbane 2026, running from 21 October to 8 November, features over 100 events across more than 70 venues. Highlights include the River Pride Parade, a giant pink Rubber Duck installation by Florentijn Hofman, and the first national Blak Drag King pageant. The festival offers a diverse program of live music, theatre, comedy, visual arts, performances, and vibrant city-wide celebrations.</w:t>
      </w:r>
      <w:r/>
    </w:p>
    <w:p>
      <w:pPr>
        <w:pStyle w:val="ListNumber"/>
        <w:spacing w:line="240" w:lineRule="auto"/>
        <w:ind w:left="720"/>
      </w:pPr>
      <w:r/>
      <w:hyperlink r:id="rId13">
        <w:r>
          <w:rPr>
            <w:color w:val="0000EE"/>
            <w:u w:val="single"/>
          </w:rPr>
          <w:t>https://thepinktimes.com/article/melt-festival-unveils-its-largest-brisbane-program-to-date/</w:t>
        </w:r>
      </w:hyperlink>
      <w:r>
        <w:t xml:space="preserve"> - MELT Festival 2026 returns to Brisbane from 21 October to 8 November with over 100 events across 70 venues. Highlights include the River Pride Parade, a giant pink Rubber Duck installation by Florentijn Hofman, and the first national Blak Drag King pageant. The program features live music, theatre, comedy, visual arts, performances, and vibrant city-wide celebrations, aiming to bring people together through shared experiences.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lt.org.au/events/rubber-duck/" TargetMode="External"/><Relationship Id="rId10" Type="http://schemas.openxmlformats.org/officeDocument/2006/relationships/hyperlink" Target="https://brisbanepowerhouse.org/events/rubber-duck/" TargetMode="External"/><Relationship Id="rId11" Type="http://schemas.openxmlformats.org/officeDocument/2006/relationships/hyperlink" Target="https://www.gayout.com/asia-aus/australia/brisbane/events/rubber-duck-2026-10-21" TargetMode="External"/><Relationship Id="rId12" Type="http://schemas.openxmlformats.org/officeDocument/2006/relationships/hyperlink" Target="https://brisbanekids.com.au/event/rubber-duck/" TargetMode="External"/><Relationship Id="rId13" Type="http://schemas.openxmlformats.org/officeDocument/2006/relationships/hyperlink" Target="https://thepinktimes.com/article/melt-festival-unveils-its-largest-brisbane-program-to-date/" TargetMode="External"/><Relationship Id="rId14" Type="http://schemas.openxmlformats.org/officeDocument/2006/relationships/hyperlink" Target="https://www.divvyparking.com/melt-festival-brisbane-2026-park-easy-with-divvy-parking/" TargetMode="External"/><Relationship Id="rId15" Type="http://schemas.openxmlformats.org/officeDocument/2006/relationships/hyperlink" Target="https://www.theage.com.au/national/queensland/what-s-that-enormous-pink-duck-doing-on-the-brisbane-river-20261021-p60ycd.html?ref=rss&amp;utm_medium=rss&amp;utm_source=rss_fe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