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Free Pride Stickers By Post: How To Claim Yours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Stationery fans can request two free Pride stickers from The Pen Addict by mailing a self-addressed stamped envelope to its US postal address. The offer includes Rainbow Pride and Progress Pride designs, making it an easy, low-cost way to add colour to a notebook, laptop or planner while supporting LGBTQ visibility.</w:t>
      </w:r>
      <w:r/>
    </w:p>
    <w:p>
      <w:pPr>
        <w:pStyle w:val="Heading2"/>
      </w:pPr>
      <w:r>
        <w:t>Essential Takeaways</w:t>
      </w:r>
      <w:r/>
      <w:r/>
    </w:p>
    <w:p>
      <w:pPr>
        <w:pStyle w:val="ListBullet"/>
        <w:spacing w:line="240" w:lineRule="auto"/>
        <w:ind w:left="720"/>
      </w:pPr>
      <w:r/>
      <w:r>
        <w:rPr>
          <w:b/>
        </w:rPr>
        <w:t>Two designs included:</w:t>
      </w:r>
      <w:r>
        <w:t xml:space="preserve"> The envelope should contain one Rainbow Pride Flag sticker and one Progress Pride Flag sticker.</w:t>
      </w:r>
      <w:r/>
    </w:p>
    <w:p>
      <w:pPr>
        <w:pStyle w:val="ListBullet"/>
        <w:spacing w:line="240" w:lineRule="auto"/>
        <w:ind w:left="720"/>
      </w:pPr>
      <w:r/>
      <w:r>
        <w:rPr>
          <w:b/>
        </w:rPr>
        <w:t>Postage is the cost:</w:t>
      </w:r>
      <w:r>
        <w:t xml:space="preserve"> You need to provide a stamped outer envelope and a stamped, addressed return envelope.</w:t>
      </w:r>
      <w:r/>
    </w:p>
    <w:p>
      <w:pPr>
        <w:pStyle w:val="ListBullet"/>
        <w:spacing w:line="240" w:lineRule="auto"/>
        <w:ind w:left="720"/>
      </w:pPr>
      <w:r/>
      <w:r>
        <w:rPr>
          <w:b/>
        </w:rPr>
        <w:t>US mailing required:</w:t>
      </w:r>
      <w:r>
        <w:t xml:space="preserve"> Requests are directed to a post office box in Macon, Georgia.</w:t>
      </w:r>
      <w:r/>
    </w:p>
    <w:p>
      <w:pPr>
        <w:pStyle w:val="ListBullet"/>
        <w:spacing w:line="240" w:lineRule="auto"/>
        <w:ind w:left="720"/>
      </w:pPr>
      <w:r/>
      <w:r>
        <w:rPr>
          <w:b/>
        </w:rPr>
        <w:t>There’s a paid option:</w:t>
      </w:r>
      <w:r>
        <w:t xml:space="preserve"> The stickers can also be bought for $1 each, plus shipping.</w:t>
      </w:r>
      <w:r/>
    </w:p>
    <w:p>
      <w:pPr>
        <w:pStyle w:val="ListBullet"/>
        <w:spacing w:line="240" w:lineRule="auto"/>
        <w:ind w:left="720"/>
      </w:pPr>
      <w:r/>
      <w:r>
        <w:rPr>
          <w:b/>
        </w:rPr>
        <w:t>Purchases support students:</w:t>
      </w:r>
      <w:r>
        <w:t xml:space="preserve"> The Pen Addict donates $1 from every sticker sold to The Point Foundation.</w:t>
      </w:r>
      <w:r/>
      <w:r/>
    </w:p>
    <w:p>
      <w:pPr>
        <w:pStyle w:val="Heading2"/>
      </w:pPr>
      <w:r>
        <w:t>A simple sticker freebie for stationery fans</w:t>
      </w:r>
      <w:r/>
    </w:p>
    <w:p>
      <w:r/>
      <w:r>
        <w:t>The offer is refreshingly straightforward. Put a stamped envelope inside another stamped envelope, send it to The Pen Addict, and the return post should bring two colourful vinyl-style designs back to you.</w:t>
      </w:r>
      <w:r/>
    </w:p>
    <w:p>
      <w:r/>
      <w:r>
        <w:t>That makes the freebie particularly appealing to notebook users, journal keepers and planners who enjoy a small visual lift. A bright sticker on a laptop or water bottle can do a surprising amount of work, especially when it carries a message as recognisable as Pride. Little Craft Place and other stationery retailers also list Pen Addict-themed sticker designs, showing how naturally the brand fits into the wider paper-goods world. (According to Little Craft Place.)</w:t>
      </w:r>
      <w:r/>
    </w:p>
    <w:p>
      <w:pPr>
        <w:pStyle w:val="Heading2"/>
      </w:pPr>
      <w:r>
        <w:t>What you'll receive in the return envelope</w:t>
      </w:r>
      <w:r/>
    </w:p>
    <w:p>
      <w:r/>
      <w:r>
        <w:t>The bundle features two different flags rather than duplicate designs. One represents the familiar Rainbow Pride Flag, while the other uses the Progress Pride Flag design, giving the giveaway a broader visual message.</w:t>
      </w:r>
      <w:r/>
    </w:p>
    <w:p>
      <w:r/>
      <w:r>
        <w:t>The stickers are intended for everyday decorating, so likely uses include planners, folders, notebooks and stationery storage. If you're the sort of person who hesitates before committing a sticker to a treasured journal, start with a laptop case or a removable folder. Your inner perfectionist will thank you.</w:t>
      </w:r>
      <w:r/>
    </w:p>
    <w:p>
      <w:pPr>
        <w:pStyle w:val="Heading2"/>
      </w:pPr>
      <w:r>
        <w:t>How to request the two free Pride stickers</w:t>
      </w:r>
      <w:r/>
    </w:p>
    <w:p>
      <w:r/>
      <w:r>
        <w:t>Prepare a self-addressed stamped envelope with your name and mailing address clearly written on it. Place that envelope inside a second envelope, add the necessary postage to the outer one, and address it to:</w:t>
      </w:r>
      <w:r/>
    </w:p>
    <w:p>
      <w:r/>
      <w:r>
        <w:t>The Pen Addict P.O. Box 26115 Macon, GA 31221</w:t>
      </w:r>
      <w:r/>
    </w:p>
    <w:p>
      <w:r/>
      <w:r>
        <w:t>The key detail is that both envelopes matter. The inner envelope lets the organiser send the stickers back to you, while the outer envelope gets your request to the address above. Check your local postal requirements before sending, particularly if you're mailing from outside the United States.</w:t>
      </w:r>
      <w:r/>
    </w:p>
    <w:p>
      <w:pPr>
        <w:pStyle w:val="Heading2"/>
      </w:pPr>
      <w:r>
        <w:t>Buying the stickers supports LGBTQ students</w:t>
      </w:r>
      <w:r/>
    </w:p>
    <w:p>
      <w:r/>
      <w:r>
        <w:t>If you don't want to assemble a SASE, or you'd simply prefer to buy the designs, The Pen Addict also offers the stickers for $1 each, plus shipping. That route is useful for anyone who wants more than the two free designs or would rather avoid the extra postal preparation.</w:t>
      </w:r>
      <w:r/>
    </w:p>
    <w:p>
      <w:r/>
      <w:r>
        <w:t>The paid option has a charitable element, too. The Pen Addict says it gives $1 from every sticker purchase to The Point Foundation, which provides scholarships and support for LGBTQ students. That turns an inexpensive stationery purchase into a small, practical contribution.</w:t>
      </w:r>
      <w:r/>
    </w:p>
    <w:p>
      <w:pPr>
        <w:pStyle w:val="Heading2"/>
      </w:pPr>
      <w:r>
        <w:t>A small piece of stationery with a bigger message</w:t>
      </w:r>
      <w:r/>
    </w:p>
    <w:p>
      <w:r/>
      <w:r>
        <w:t>The giveaway sits neatly at the intersection of freebie hunting, pen culture and Pride visibility. Similar sticker listings across stationery shops and marketplaces suggest there's no shortage of ways to personalise notebooks and desk essentials, but this offer stands out because the main cost is simply the postage. (Related sticker listings appear at Redbubble, Closet Planner Addict and Thoughtbot.)</w:t>
      </w:r>
      <w:r/>
    </w:p>
    <w:p>
      <w:r/>
      <w:r>
        <w:t>For collectors, it's also a gentle reminder that stationery doesn't have to be expensive to feel meaningful. A pair of stickers can brighten a work bag, decorate a journal or start a conversation, all without taking over your desk.</w:t>
      </w:r>
      <w:r/>
    </w:p>
    <w:p>
      <w:r/>
      <w:r>
        <w:t>Request yours while the offer is available, and make sure your envelopes are correctly stamped and addressed.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https://vonbeau.com/freebies/free-pen-addict-pride-stickers-sase-required/53904/</w:t>
        </w:r>
      </w:hyperlink>
      <w:r>
        <w:t xml:space="preserve"> - Please view link - unable to able to access data</w:t>
      </w:r>
      <w:r/>
    </w:p>
    <w:p>
      <w:pPr>
        <w:pStyle w:val="ListNumber"/>
        <w:spacing w:line="240" w:lineRule="auto"/>
        <w:ind w:left="720"/>
      </w:pPr>
      <w:r/>
      <w:hyperlink r:id="rId10">
        <w:r>
          <w:rPr>
            <w:color w:val="0000EE"/>
            <w:u w:val="single"/>
          </w:rPr>
          <w:t>https://www.littlecraftplace.com/products/pen-addict-vinyl-sticker</w:t>
        </w:r>
      </w:hyperlink>
      <w:r>
        <w:t xml:space="preserve"> - Little Craft Place offers a Pen Addict Vinyl Sticker measuring 3 x 3 inches. Each sticker is printed on thick, durable vinyl with a UV laminate that protects it from scratching, moisture, and sunlight. Made in the United States, this sticker is currently backordered and will ship as soon as it is back in stock. The price is $4.00, and taxes, discounts, and shipping are calculated at checkout.</w:t>
      </w:r>
      <w:r/>
    </w:p>
    <w:p>
      <w:pPr>
        <w:pStyle w:val="ListNumber"/>
        <w:spacing w:line="240" w:lineRule="auto"/>
        <w:ind w:left="720"/>
      </w:pPr>
      <w:r/>
      <w:hyperlink r:id="rId11">
        <w:r>
          <w:rPr>
            <w:color w:val="0000EE"/>
            <w:u w:val="single"/>
          </w:rPr>
          <w:t>https://www.littlecraftplace.com/products/pen-addict-holographic-sticker</w:t>
        </w:r>
      </w:hyperlink>
      <w:r>
        <w:t xml:space="preserve"> - Little Craft Place provides a Pen Addict Holographic Vinyl Sticker, also sized at 3 x 3 inches. Similar to the vinyl sticker, it is printed on thick, durable vinyl with a UV laminate for protection against scratching, moisture, and sunlight. Made in the United States, this sticker is currently backordered and will ship as soon as it is back in stock. The price is $4.00, with taxes, discounts, and shipping calculated at checkout.</w:t>
      </w:r>
      <w:r/>
    </w:p>
    <w:p>
      <w:pPr>
        <w:pStyle w:val="ListNumber"/>
        <w:spacing w:line="240" w:lineRule="auto"/>
        <w:ind w:left="720"/>
      </w:pPr>
      <w:r/>
      <w:hyperlink r:id="rId12">
        <w:r>
          <w:rPr>
            <w:color w:val="0000EE"/>
            <w:u w:val="single"/>
          </w:rPr>
          <w:t>https://www.redbubble.com/shop/addict-with-a-pen%2Bstickers</w:t>
        </w:r>
      </w:hyperlink>
      <w:r>
        <w:t xml:space="preserve"> - Redbubble offers a variety of 'Addict With A Pen' stickers, including designs like 'All That I Have' by cptn-kittypants and 'Saturation' by Jade Whitcomb. These stickers are made from quality kiss-cut, vinyl or holographic film decals, removable without ripping or leaving residue, and water-resistant. They are perfect for decorating phone cases, laptops, journals, and more. Available in white, transparent, or holographic, with four sizes to choose from.</w:t>
      </w:r>
      <w:r/>
    </w:p>
    <w:p>
      <w:pPr>
        <w:pStyle w:val="ListNumber"/>
        <w:spacing w:line="240" w:lineRule="auto"/>
        <w:ind w:left="720"/>
      </w:pPr>
      <w:r/>
      <w:hyperlink r:id="rId13">
        <w:r>
          <w:rPr>
            <w:color w:val="0000EE"/>
            <w:u w:val="single"/>
          </w:rPr>
          <w:t>https://www.closetplanneraddict.com/products/s-214</w:t>
        </w:r>
      </w:hyperlink>
      <w:r>
        <w:t xml:space="preserve"> - Closet Planner Addict offers 'Planner and Stationery Addict Stationery Planner Stickers (S-214)', a collection of planner stationery, washi tape, and planner clips planner stickers. Designed to fit any planners, journals, and notebooks, these stickers come ready to be used. Each sticker sheet measures 15 x 10 cm (6 x 4 inches) and contains 22 stickers, each measuring approximately 1.3 - 2.7 cm wide. The stickers are printed on 105gsm matte adhesive paper and are kiss-cut. The price is $3.70.</w:t>
      </w:r>
      <w:r/>
    </w:p>
    <w:p>
      <w:pPr>
        <w:pStyle w:val="ListNumber"/>
        <w:spacing w:line="240" w:lineRule="auto"/>
        <w:ind w:left="720"/>
      </w:pPr>
      <w:r/>
      <w:hyperlink r:id="rId14">
        <w:r>
          <w:rPr>
            <w:color w:val="0000EE"/>
            <w:u w:val="single"/>
          </w:rPr>
          <w:t>https://shop.thoughtbot.com/products/die-cut-stickers</w:t>
        </w:r>
      </w:hyperlink>
      <w:r>
        <w:t xml:space="preserve"> - Thoughtbot offers Pride Stickers in 2-inch or 3-inch die-cut sizes. These stickers are crafted from premium vinyl with a matte finish, making them water and weather-resistant, rated to last over 5 years. They are easy to peel and apply, perfect for decorating laptops, bottles, or outdoor gear. The stickers have a 2 - 3 mm white border and are not bleed-to-edge. The price is $3.50 USD, with shipping calculated at checkout.</w:t>
      </w:r>
      <w:r/>
    </w:p>
    <w:p>
      <w:pPr>
        <w:pStyle w:val="ListNumber"/>
        <w:spacing w:line="240" w:lineRule="auto"/>
        <w:ind w:left="720"/>
      </w:pPr>
      <w:r/>
      <w:hyperlink r:id="rId15">
        <w:r>
          <w:rPr>
            <w:color w:val="0000EE"/>
            <w:u w:val="single"/>
          </w:rPr>
          <w:t>https://enigmastationery.com/shop/original-items</w:t>
        </w:r>
      </w:hyperlink>
      <w:r>
        <w:t xml:space="preserve"> - Enigma Stationery's 'Original Items' section includes a range of products such as exclusive pens, handmade nib holders, special edition handmade pens, and a Pride Collection. The Pride Collection features various Pride Flag Nib Stickers, including Transgender Pride Flag, Pansexual Pride Flag, Rainbow Pride Flag, Nonbinary Pride Flag, Lesbian Pride Flag, Genderfluid Pride Flag, Gay/MLM Pride Flag, Bisexual Pride Flag, Asexual Pride Flag, and Aromantic Pride Flag Nib Stickers, each priced at $3.00.</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onbeau.com/freebies/free-pen-addict-pride-stickers-sase-required/53904/" TargetMode="External"/><Relationship Id="rId10" Type="http://schemas.openxmlformats.org/officeDocument/2006/relationships/hyperlink" Target="https://www.littlecraftplace.com/products/pen-addict-vinyl-sticker" TargetMode="External"/><Relationship Id="rId11" Type="http://schemas.openxmlformats.org/officeDocument/2006/relationships/hyperlink" Target="https://www.littlecraftplace.com/products/pen-addict-holographic-sticker" TargetMode="External"/><Relationship Id="rId12" Type="http://schemas.openxmlformats.org/officeDocument/2006/relationships/hyperlink" Target="https://www.redbubble.com/shop/addict-with-a-pen%2Bstickers" TargetMode="External"/><Relationship Id="rId13" Type="http://schemas.openxmlformats.org/officeDocument/2006/relationships/hyperlink" Target="https://www.closetplanneraddict.com/products/s-214" TargetMode="External"/><Relationship Id="rId14" Type="http://schemas.openxmlformats.org/officeDocument/2006/relationships/hyperlink" Target="https://shop.thoughtbot.com/products/die-cut-stickers" TargetMode="External"/><Relationship Id="rId15" Type="http://schemas.openxmlformats.org/officeDocument/2006/relationships/hyperlink" Target="https://enigmastationery.com/shop/original-ite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