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Cape Town Pride 2027 Dates, Parade Route and Festival Guide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Organisers have announced Cape Town Pride 2027, bringing a colourful February programme to the Mother City from 5 to 28 February. The headline parade and Mardi Gras will take place on 27 February, giving LGBTQIA+ communities and allies plenty of time to plan a joyful, visible celebration.</w:t>
      </w:r>
      <w:r/>
    </w:p>
    <w:p>
      <w:pPr>
        <w:pStyle w:val="Heading2"/>
      </w:pPr>
      <w:r>
        <w:t>Essential Takeaways</w:t>
      </w:r>
      <w:r/>
      <w:r/>
    </w:p>
    <w:p>
      <w:pPr>
        <w:pStyle w:val="ListBullet"/>
        <w:spacing w:line="240" w:lineRule="auto"/>
        <w:ind w:left="720"/>
      </w:pPr>
      <w:r/>
      <w:r>
        <w:rPr>
          <w:b/>
        </w:rPr>
        <w:t>Festival dates:</w:t>
      </w:r>
      <w:r>
        <w:t xml:space="preserve"> Cape Town Pride runs from 5 to 28 February 2027.</w:t>
      </w:r>
      <w:r/>
    </w:p>
    <w:p>
      <w:pPr>
        <w:pStyle w:val="ListBullet"/>
        <w:spacing w:line="240" w:lineRule="auto"/>
        <w:ind w:left="720"/>
      </w:pPr>
      <w:r/>
      <w:r>
        <w:rPr>
          <w:b/>
        </w:rPr>
        <w:t>Big day:</w:t>
      </w:r>
      <w:r>
        <w:t xml:space="preserve"> The parade and Mardi Gras are scheduled for Saturday, 27 February.</w:t>
      </w:r>
      <w:r/>
    </w:p>
    <w:p>
      <w:pPr>
        <w:pStyle w:val="ListBullet"/>
        <w:spacing w:line="240" w:lineRule="auto"/>
        <w:ind w:left="720"/>
      </w:pPr>
      <w:r/>
      <w:r>
        <w:rPr>
          <w:b/>
        </w:rPr>
        <w:t>Route:</w:t>
      </w:r>
      <w:r>
        <w:t xml:space="preserve"> Marchers will set off from Alfred Street in De Waterkant and head towards Green Point Track.</w:t>
      </w:r>
      <w:r/>
    </w:p>
    <w:p>
      <w:pPr>
        <w:pStyle w:val="ListBullet"/>
        <w:spacing w:line="240" w:lineRule="auto"/>
        <w:ind w:left="720"/>
      </w:pPr>
      <w:r/>
      <w:r>
        <w:rPr>
          <w:b/>
        </w:rPr>
        <w:t>Theme:</w:t>
      </w:r>
      <w:r>
        <w:t xml:space="preserve"> “Loud in Every Colour” highlights the breadth of LGBTQIA+ identities.</w:t>
      </w:r>
      <w:r/>
    </w:p>
    <w:p>
      <w:pPr>
        <w:pStyle w:val="ListBullet"/>
        <w:spacing w:line="240" w:lineRule="auto"/>
        <w:ind w:left="720"/>
      </w:pPr>
      <w:r/>
      <w:r>
        <w:rPr>
          <w:b/>
        </w:rPr>
        <w:t>Planning tip:</w:t>
      </w:r>
      <w:r>
        <w:t xml:space="preserve"> Book accommodation and work out transport early, as central Cape Town is likely to be busy.</w:t>
      </w:r>
      <w:r/>
      <w:r/>
    </w:p>
    <w:p>
      <w:pPr>
        <w:pStyle w:val="Heading2"/>
      </w:pPr>
      <w:r>
        <w:t>A full February of Pride is on the way</w:t>
      </w:r>
      <w:r/>
    </w:p>
    <w:p>
      <w:r/>
      <w:r>
        <w:t xml:space="preserve">Cape Town Pride 2027 won't be a single-day affair. The festival is set to run across most of February, turning the city into a backdrop for parties, community events and public celebration. Official festival information confirms the 5 to 28 February dates, while the main parade weekend lands on 27 February. </w:t>
      </w:r>
      <w:hyperlink r:id="rId9">
        <w:r>
          <w:rPr>
            <w:color w:val="0000EE"/>
            <w:u w:val="single"/>
          </w:rPr>
          <w:t>[2]</w:t>
        </w:r>
      </w:hyperlink>
      <w:r>
        <w:t xml:space="preserve">, </w:t>
      </w:r>
      <w:hyperlink r:id="rId10">
        <w:r>
          <w:rPr>
            <w:color w:val="0000EE"/>
            <w:u w:val="single"/>
          </w:rPr>
          <w:t>[3]</w:t>
        </w:r>
      </w:hyperlink>
      <w:r/>
    </w:p>
    <w:p>
      <w:r/>
      <w:r>
        <w:t xml:space="preserve">That extended calendar gives visitors more flexibility than a one-off parade. You might come for the big march, stay for the Mardi Gras, or build a longer Cape Town break around the wider programme. Either way, the city should feel especially lively, with colour, music and plenty of rainbow detail in the streets. </w:t>
      </w:r>
      <w:hyperlink r:id="rId11">
        <w:r>
          <w:rPr>
            <w:color w:val="0000EE"/>
            <w:u w:val="single"/>
          </w:rPr>
          <w:t>[4]</w:t>
        </w:r>
      </w:hyperlink>
      <w:r>
        <w:t xml:space="preserve">, </w:t>
      </w:r>
      <w:hyperlink r:id="rId12">
        <w:r>
          <w:rPr>
            <w:color w:val="0000EE"/>
            <w:u w:val="single"/>
          </w:rPr>
          <w:t>[6]</w:t>
        </w:r>
      </w:hyperlink>
      <w:r/>
    </w:p>
    <w:p>
      <w:pPr>
        <w:pStyle w:val="Heading2"/>
      </w:pPr>
      <w:r>
        <w:t>The parade route ends at Green Point Track</w:t>
      </w:r>
      <w:r/>
    </w:p>
    <w:p>
      <w:r/>
      <w:r>
        <w:t xml:space="preserve">The main procession is due to begin on Alfred Street in De Waterkant before travelling along Somerset Road and Main Road. It will finish at Green Point Track, where the Mardi Gras will provide the festival's major gathering point. </w:t>
      </w:r>
      <w:hyperlink r:id="rId9">
        <w:r>
          <w:rPr>
            <w:color w:val="0000EE"/>
            <w:u w:val="single"/>
          </w:rPr>
          <w:t>[2]</w:t>
        </w:r>
      </w:hyperlink>
      <w:r>
        <w:t xml:space="preserve">, </w:t>
      </w:r>
      <w:hyperlink r:id="rId13">
        <w:r>
          <w:rPr>
            <w:color w:val="0000EE"/>
            <w:u w:val="single"/>
          </w:rPr>
          <w:t>[5]</w:t>
        </w:r>
      </w:hyperlink>
      <w:r/>
    </w:p>
    <w:p>
      <w:r/>
      <w:r>
        <w:t xml:space="preserve">For first-time visitors, that route offers a useful planning clue. De Waterkant is well placed for meeting friends before the march, while Green Point is the area to keep in mind for the finale. Comfortable shoes, a charged phone and a simple plan for getting home are more valuable than an elaborate outfit once the walking begins. </w:t>
      </w:r>
      <w:hyperlink r:id="rId12">
        <w:r>
          <w:rPr>
            <w:color w:val="0000EE"/>
            <w:u w:val="single"/>
          </w:rPr>
          <w:t>[6]</w:t>
        </w:r>
      </w:hyperlink>
      <w:r>
        <w:t xml:space="preserve">, </w:t>
      </w:r>
      <w:hyperlink r:id="rId14">
        <w:r>
          <w:rPr>
            <w:color w:val="0000EE"/>
            <w:u w:val="single"/>
          </w:rPr>
          <w:t>[7]</w:t>
        </w:r>
      </w:hyperlink>
      <w:r/>
    </w:p>
    <w:p>
      <w:pPr>
        <w:pStyle w:val="Heading2"/>
      </w:pPr>
      <w:r>
        <w:t>“Loud in Every Colour” puts inclusion centre stage</w:t>
      </w:r>
      <w:r/>
    </w:p>
    <w:p>
      <w:r/>
      <w:r>
        <w:t xml:space="preserve">The 2027 theme, “Loud in Every Colour”, is designed to make the festival's message broader than the familiar rainbow symbol alone. Organisers say it recognises identities and communities represented by trans, bisexual, intersex and asexual flags, among others. </w:t>
      </w:r>
      <w:hyperlink r:id="rId9">
        <w:r>
          <w:rPr>
            <w:color w:val="0000EE"/>
            <w:u w:val="single"/>
          </w:rPr>
          <w:t>[2]</w:t>
        </w:r>
      </w:hyperlink>
      <w:r>
        <w:t xml:space="preserve">, </w:t>
      </w:r>
      <w:hyperlink r:id="rId10">
        <w:r>
          <w:rPr>
            <w:color w:val="0000EE"/>
            <w:u w:val="single"/>
          </w:rPr>
          <w:t>[3]</w:t>
        </w:r>
      </w:hyperlink>
      <w:r/>
    </w:p>
    <w:p>
      <w:r/>
      <w:r>
        <w:t xml:space="preserve">That emphasis matters because Pride is both celebration and visibility. A strong theme can make the event feel more welcoming, particularly for people who don't always see themselves reflected in mainstream LGBTQIA+ conversations. As Cape Town prepares for WorldPride in 2028, the 2027 festival is also being positioned as part of a larger build-up. </w:t>
      </w:r>
      <w:hyperlink r:id="rId9">
        <w:r>
          <w:rPr>
            <w:color w:val="0000EE"/>
            <w:u w:val="single"/>
          </w:rPr>
          <w:t>[2]</w:t>
        </w:r>
      </w:hyperlink>
      <w:r>
        <w:t xml:space="preserve">, </w:t>
      </w:r>
      <w:hyperlink r:id="rId11">
        <w:r>
          <w:rPr>
            <w:color w:val="0000EE"/>
            <w:u w:val="single"/>
          </w:rPr>
          <w:t>[4]</w:t>
        </w:r>
      </w:hyperlink>
      <w:r/>
    </w:p>
    <w:p>
      <w:pPr>
        <w:pStyle w:val="Heading2"/>
      </w:pPr>
      <w:r>
        <w:t>How to plan your Cape Town Pride weekend</w:t>
      </w:r>
      <w:r/>
    </w:p>
    <w:p>
      <w:r/>
      <w:r>
        <w:t xml:space="preserve">If you're travelling in, start with a room near the parade route or close to reliable public transport. Central neighbourhoods can fill quickly during major cultural events, and a little extra time between getting ready and reaching the march will make the day feel far less frantic. </w:t>
      </w:r>
      <w:hyperlink r:id="rId13">
        <w:r>
          <w:rPr>
            <w:color w:val="0000EE"/>
            <w:u w:val="single"/>
          </w:rPr>
          <w:t>[5]</w:t>
        </w:r>
      </w:hyperlink>
      <w:r>
        <w:t xml:space="preserve">, </w:t>
      </w:r>
      <w:hyperlink r:id="rId14">
        <w:r>
          <w:rPr>
            <w:color w:val="0000EE"/>
            <w:u w:val="single"/>
          </w:rPr>
          <w:t>[7]</w:t>
        </w:r>
      </w:hyperlink>
      <w:r/>
    </w:p>
    <w:p>
      <w:r/>
      <w:r>
        <w:t xml:space="preserve">It's also worth checking the official programme as details emerge. Festival schedules, meeting points and access arrangements can change, so rely on Cape Town Pride's own updates rather than an old social post. Bring water, sun protection and a small bag that won't become a nuisance in a crowd. </w:t>
      </w:r>
      <w:hyperlink r:id="rId10">
        <w:r>
          <w:rPr>
            <w:color w:val="0000EE"/>
            <w:u w:val="single"/>
          </w:rPr>
          <w:t>[3]</w:t>
        </w:r>
      </w:hyperlink>
      <w:r>
        <w:t xml:space="preserve">, </w:t>
      </w:r>
      <w:hyperlink r:id="rId12">
        <w:r>
          <w:rPr>
            <w:color w:val="0000EE"/>
            <w:u w:val="single"/>
          </w:rPr>
          <w:t>[6]</w:t>
        </w:r>
      </w:hyperlink>
      <w:r/>
    </w:p>
    <w:p>
      <w:pPr>
        <w:pStyle w:val="Heading2"/>
      </w:pPr>
      <w:r>
        <w:t>A celebration with a serious purpose</w:t>
      </w:r>
      <w:r/>
    </w:p>
    <w:p>
      <w:r/>
      <w:r>
        <w:t xml:space="preserve">Cape Town Pride arrives at a time when LGBTQIA+ rights and safety remain subjects of public debate. That makes the festival's cheerful energy meaningful, but it also underlines why visibility, solidarity and respectful allyship still matter beyond February. </w:t>
      </w:r>
      <w:hyperlink r:id="rId9">
        <w:r>
          <w:rPr>
            <w:color w:val="0000EE"/>
            <w:u w:val="single"/>
          </w:rPr>
          <w:t>[2]</w:t>
        </w:r>
      </w:hyperlink>
      <w:r>
        <w:t xml:space="preserve">, </w:t>
      </w:r>
      <w:hyperlink r:id="rId11">
        <w:r>
          <w:rPr>
            <w:color w:val="0000EE"/>
            <w:u w:val="single"/>
          </w:rPr>
          <w:t>[4]</w:t>
        </w:r>
      </w:hyperlink>
      <w:r/>
    </w:p>
    <w:p>
      <w:r/>
      <w:r>
        <w:t xml:space="preserve">The best Pride events manage both moods at once: they can be loud, glamorous and wonderfully silly, while still creating room for community, remembrance and protest. For Cape Town in 2027, that balance looks set to be at the heart of the occasion. </w:t>
      </w:r>
      <w:hyperlink r:id="rId10">
        <w:r>
          <w:rPr>
            <w:color w:val="0000EE"/>
            <w:u w:val="single"/>
          </w:rPr>
          <w:t>[3]</w:t>
        </w:r>
      </w:hyperlink>
      <w:r>
        <w:t xml:space="preserve">, </w:t>
      </w:r>
      <w:hyperlink r:id="rId14">
        <w:r>
          <w:rPr>
            <w:color w:val="0000EE"/>
            <w:u w:val="single"/>
          </w:rPr>
          <w:t>[7]</w:t>
        </w:r>
      </w:hyperlink>
      <w:r/>
    </w:p>
    <w:p>
      <w:r/>
      <w:r>
        <w:t>It's time to save the dates and start planning your most colourful Cape Town weekend.</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11">
        <w:r>
          <w:rPr>
            <w:color w:val="0000EE"/>
            <w:u w:val="single"/>
          </w:rPr>
          <w:t>[4]</w:t>
        </w:r>
      </w:hyperlink>
      <w:r>
        <w:t xml:space="preserve">, </w:t>
      </w:r>
      <w:hyperlink r:id="rId12">
        <w:r>
          <w:rPr>
            <w:color w:val="0000EE"/>
            <w:u w:val="single"/>
          </w:rPr>
          <w:t>[6]</w:t>
        </w:r>
      </w:hyperlink>
      <w:r>
        <w:t xml:space="preserve">- Paragraph 3: </w:t>
      </w:r>
      <w:hyperlink r:id="rId9">
        <w:r>
          <w:rPr>
            <w:color w:val="0000EE"/>
            <w:u w:val="single"/>
          </w:rPr>
          <w:t>[2]</w:t>
        </w:r>
      </w:hyperlink>
      <w:r>
        <w:t xml:space="preserve">, </w:t>
      </w:r>
      <w:hyperlink r:id="rId13">
        <w:r>
          <w:rPr>
            <w:color w:val="0000EE"/>
            <w:u w:val="single"/>
          </w:rPr>
          <w:t>[5]</w:t>
        </w:r>
      </w:hyperlink>
      <w:r>
        <w:t xml:space="preserve">- Paragraph 4: </w:t>
      </w:r>
      <w:hyperlink r:id="rId12">
        <w:r>
          <w:rPr>
            <w:color w:val="0000EE"/>
            <w:u w:val="single"/>
          </w:rPr>
          <w:t>[6]</w:t>
        </w:r>
      </w:hyperlink>
      <w:r>
        <w:t xml:space="preserve">, </w:t>
      </w:r>
      <w:hyperlink r:id="rId14">
        <w:r>
          <w:rPr>
            <w:color w:val="0000EE"/>
            <w:u w:val="single"/>
          </w:rPr>
          <w:t>[7]</w:t>
        </w:r>
      </w:hyperlink>
      <w:r>
        <w:t xml:space="preserve">- Paragraph 5: </w:t>
      </w:r>
      <w:hyperlink r:id="rId9">
        <w:r>
          <w:rPr>
            <w:color w:val="0000EE"/>
            <w:u w:val="single"/>
          </w:rPr>
          <w:t>[2]</w:t>
        </w:r>
      </w:hyperlink>
      <w:r>
        <w:t xml:space="preserve">, </w:t>
      </w:r>
      <w:hyperlink r:id="rId10">
        <w:r>
          <w:rPr>
            <w:color w:val="0000EE"/>
            <w:u w:val="single"/>
          </w:rPr>
          <w:t>[3]</w:t>
        </w:r>
      </w:hyperlink>
      <w:r>
        <w:t xml:space="preserve">- Paragraph 6: </w:t>
      </w:r>
      <w:hyperlink r:id="rId9">
        <w:r>
          <w:rPr>
            <w:color w:val="0000EE"/>
            <w:u w:val="single"/>
          </w:rPr>
          <w:t>[2]</w:t>
        </w:r>
      </w:hyperlink>
      <w:r>
        <w:t xml:space="preserve">, </w:t>
      </w:r>
      <w:hyperlink r:id="rId11">
        <w:r>
          <w:rPr>
            <w:color w:val="0000EE"/>
            <w:u w:val="single"/>
          </w:rPr>
          <w:t>[4]</w:t>
        </w:r>
      </w:hyperlink>
      <w:r>
        <w:t xml:space="preserve">- Paragraph 7: </w:t>
      </w:r>
      <w:hyperlink r:id="rId13">
        <w:r>
          <w:rPr>
            <w:color w:val="0000EE"/>
            <w:u w:val="single"/>
          </w:rPr>
          <w:t>[5]</w:t>
        </w:r>
      </w:hyperlink>
      <w:r>
        <w:t xml:space="preserve">, </w:t>
      </w:r>
      <w:hyperlink r:id="rId14">
        <w:r>
          <w:rPr>
            <w:color w:val="0000EE"/>
            <w:u w:val="single"/>
          </w:rPr>
          <w:t>[7]</w:t>
        </w:r>
      </w:hyperlink>
      <w:r>
        <w:t xml:space="preserve">- Paragraph 8: </w:t>
      </w:r>
      <w:hyperlink r:id="rId10">
        <w:r>
          <w:rPr>
            <w:color w:val="0000EE"/>
            <w:u w:val="single"/>
          </w:rPr>
          <w:t>[3]</w:t>
        </w:r>
      </w:hyperlink>
      <w:r>
        <w:t xml:space="preserve">, </w:t>
      </w:r>
      <w:hyperlink r:id="rId12">
        <w:r>
          <w:rPr>
            <w:color w:val="0000EE"/>
            <w:u w:val="single"/>
          </w:rPr>
          <w:t>[6]</w:t>
        </w:r>
      </w:hyperlink>
      <w:r>
        <w:t xml:space="preserve">- Paragraph 9: </w:t>
      </w:r>
      <w:hyperlink r:id="rId9">
        <w:r>
          <w:rPr>
            <w:color w:val="0000EE"/>
            <w:u w:val="single"/>
          </w:rPr>
          <w:t>[2]</w:t>
        </w:r>
      </w:hyperlink>
      <w:r>
        <w:t xml:space="preserve">, </w:t>
      </w:r>
      <w:hyperlink r:id="rId11">
        <w:r>
          <w:rPr>
            <w:color w:val="0000EE"/>
            <w:u w:val="single"/>
          </w:rPr>
          <w:t>[4]</w:t>
        </w:r>
      </w:hyperlink>
      <w:r>
        <w:t xml:space="preserve">- Paragraph 10: </w:t>
      </w:r>
      <w:hyperlink r:id="rId10">
        <w:r>
          <w:rPr>
            <w:color w:val="0000EE"/>
            <w:u w:val="single"/>
          </w:rPr>
          <w:t>[3]</w:t>
        </w:r>
      </w:hyperlink>
      <w:r>
        <w:t xml:space="preserve">, </w:t>
      </w:r>
      <w:hyperlink r:id="rId14">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https://www.thesouthafrican.com/culture/lgbtqia/dates-set-cape-town-pride-festival-2027/</w:t>
        </w:r>
      </w:hyperlink>
      <w:r>
        <w:t xml:space="preserve"> - Please view link - unable to able to access data</w:t>
      </w:r>
      <w:r/>
    </w:p>
    <w:p>
      <w:pPr>
        <w:pStyle w:val="ListNumber"/>
        <w:spacing w:line="240" w:lineRule="auto"/>
        <w:ind w:left="720"/>
      </w:pPr>
      <w:r/>
      <w:hyperlink r:id="rId9">
        <w:r>
          <w:rPr>
            <w:color w:val="0000EE"/>
            <w:u w:val="single"/>
          </w:rPr>
          <w:t>https://cptpride.org/cape-town-pride-announces-dates-themes-for-2027-festival/</w:t>
        </w:r>
      </w:hyperlink>
      <w:r>
        <w:t xml:space="preserve"> - Cape Town Pride has announced that the 2027 Pride festival will take place from 5 to 28 February, with the Parade and Mardi Gras scheduled for Saturday, 27 February. The theme for 2027 is 'Loud in Every Colour', encompassing all flags within the LGBTQIA+ spectrum. Cape Town Pride's Brand Ambassador, Nkosinathi Sangweni, emphasised the inclusivity of the theme, while CEO Tommy Patterson highlighted the community's resilience in the face of challenges. The festival will feature a variety of events, including book readings, film screenings, workshops, and performances. Tickets for the Pride Mardi Gras will be available at the end of November. (</w:t>
      </w:r>
      <w:hyperlink r:id="rId16">
        <w:r>
          <w:rPr>
            <w:color w:val="0000EE"/>
            <w:u w:val="single"/>
          </w:rPr>
          <w:t>cptpride.org</w:t>
        </w:r>
      </w:hyperlink>
      <w:r>
        <w:t>)</w:t>
      </w:r>
      <w:r/>
    </w:p>
    <w:p>
      <w:pPr>
        <w:pStyle w:val="ListNumber"/>
        <w:spacing w:line="240" w:lineRule="auto"/>
        <w:ind w:left="720"/>
      </w:pPr>
      <w:r/>
      <w:hyperlink r:id="rId10">
        <w:r>
          <w:rPr>
            <w:color w:val="0000EE"/>
            <w:u w:val="single"/>
          </w:rPr>
          <w:t>https://cptpride.org/</w:t>
        </w:r>
      </w:hyperlink>
      <w:r>
        <w:t xml:space="preserve"> - The official website of Cape Town Pride provides comprehensive information about the annual Pride events in Cape Town, South Africa. It includes details on upcoming festivals, themes, and historical context. The site also offers resources for volunteers, FAQs, and information about WorldPride Cape Town 2028, marking the first time the global LGBTQ+ celebration will be hosted on African soil. (</w:t>
      </w:r>
      <w:hyperlink r:id="rId17">
        <w:r>
          <w:rPr>
            <w:color w:val="0000EE"/>
            <w:u w:val="single"/>
          </w:rPr>
          <w:t>cptpride.org</w:t>
        </w:r>
      </w:hyperlink>
      <w:r>
        <w:t>)</w:t>
      </w:r>
      <w:r/>
    </w:p>
    <w:p>
      <w:pPr>
        <w:pStyle w:val="ListNumber"/>
        <w:spacing w:line="240" w:lineRule="auto"/>
        <w:ind w:left="720"/>
      </w:pPr>
      <w:r/>
      <w:hyperlink r:id="rId11">
        <w:r>
          <w:rPr>
            <w:color w:val="0000EE"/>
            <w:u w:val="single"/>
          </w:rPr>
          <w:t>https://en.wikipedia.org/wiki/Cape_Town_Pride</w:t>
        </w:r>
      </w:hyperlink>
      <w:r>
        <w:t xml:space="preserve"> - The Wikipedia page for Cape Town Pride offers an overview of the annual LGBTQIA+ event held in Cape Town, South Africa. It covers the history of the event, including its inception in 1993 and its evolution over the years. The page details the various events that make up the festival, such as the Pride Parade, Mardi Gras, and other community activities. It also lists the themes adopted each year and provides information about sponsors and related events. (</w:t>
      </w:r>
      <w:hyperlink r:id="rId18">
        <w:r>
          <w:rPr>
            <w:color w:val="0000EE"/>
            <w:u w:val="single"/>
          </w:rPr>
          <w:t>en.wikipedia.org</w:t>
        </w:r>
      </w:hyperlink>
      <w:r>
        <w:t>)</w:t>
      </w:r>
      <w:r/>
    </w:p>
    <w:p>
      <w:pPr>
        <w:pStyle w:val="ListNumber"/>
        <w:spacing w:line="240" w:lineRule="auto"/>
        <w:ind w:left="720"/>
      </w:pPr>
      <w:r/>
      <w:hyperlink r:id="rId13">
        <w:r>
          <w:rPr>
            <w:color w:val="0000EE"/>
            <w:u w:val="single"/>
          </w:rPr>
          <w:t>https://capetowndata.com/en/products/blogpost/752/</w:t>
        </w:r>
      </w:hyperlink>
      <w:r>
        <w:t xml:space="preserve"> - This blog post provides a month-by-month guide to the major events in Cape Town for 2027, including the confirmed dates for Cape Town Pride. The festival is scheduled from 5 to 28 February, with the Parade and Mardi Gras on 27 February. The post also mentions other significant events in the city during the same period, offering insights into the cultural calendar of Cape Town for 2027. (</w:t>
      </w:r>
      <w:hyperlink r:id="rId19">
        <w:r>
          <w:rPr>
            <w:color w:val="0000EE"/>
            <w:u w:val="single"/>
          </w:rPr>
          <w:t>capetowndata.com</w:t>
        </w:r>
      </w:hyperlink>
      <w:r>
        <w:t>)</w:t>
      </w:r>
      <w:r/>
    </w:p>
    <w:p>
      <w:pPr>
        <w:pStyle w:val="ListNumber"/>
        <w:spacing w:line="240" w:lineRule="auto"/>
        <w:ind w:left="720"/>
      </w:pPr>
      <w:r/>
      <w:hyperlink r:id="rId12">
        <w:r>
          <w:rPr>
            <w:color w:val="0000EE"/>
            <w:u w:val="single"/>
          </w:rPr>
          <w:t>https://mapa.gay/en/pride/cape-town-pride</w:t>
        </w:r>
      </w:hyperlink>
      <w:r>
        <w:t xml:space="preserve"> - Mapa.gay provides detailed information about Cape Town Pride, including the dates, route, and hotels associated with the event. The next edition is expected in late February 2027, with the parade route from De Waterkant to Green Point. The site also offers insights into the expected attendance and the festival's significance as one of South Africa's largest Prides. (</w:t>
      </w:r>
      <w:hyperlink r:id="rId20">
        <w:r>
          <w:rPr>
            <w:color w:val="0000EE"/>
            <w:u w:val="single"/>
          </w:rPr>
          <w:t>mapa.gay</w:t>
        </w:r>
      </w:hyperlink>
      <w:r>
        <w:t>)</w:t>
      </w:r>
      <w:r/>
    </w:p>
    <w:p>
      <w:pPr>
        <w:pStyle w:val="ListNumber"/>
        <w:spacing w:line="240" w:lineRule="auto"/>
        <w:ind w:left="720"/>
      </w:pPr>
      <w:r/>
      <w:hyperlink r:id="rId14">
        <w:r>
          <w:rPr>
            <w:color w:val="0000EE"/>
            <w:u w:val="single"/>
          </w:rPr>
          <w:t>https://www.gaytravel4u.nl/event/cape-town-gay-pride/</w:t>
        </w:r>
      </w:hyperlink>
      <w:r>
        <w:t xml:space="preserve"> - This page offers details about Cape Town Gay Pride 2027, highlighting the dates from 5 to 28 February. It describes the festival as a celebration of cultural diversity, featuring nine days of parties, a legendary pool party, the main parade, and events at Sugarloaf Mountain and pristine beaches. The page emphasises the unique blend of city energy and relaxed outdoor lifestyle that characterises Cape Town Pride. (</w:t>
      </w:r>
      <w:hyperlink r:id="rId21">
        <w:r>
          <w:rPr>
            <w:color w:val="0000EE"/>
            <w:u w:val="single"/>
          </w:rPr>
          <w:t>gaytravel4u.nl</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cptpride.org/cape-town-pride-announces-dates-themes-for-2027-festival/" TargetMode="External"/><Relationship Id="rId10" Type="http://schemas.openxmlformats.org/officeDocument/2006/relationships/hyperlink" Target="https://cptpride.org/" TargetMode="External"/><Relationship Id="rId11" Type="http://schemas.openxmlformats.org/officeDocument/2006/relationships/hyperlink" Target="https://en.wikipedia.org/wiki/Cape_Town_Pride" TargetMode="External"/><Relationship Id="rId12" Type="http://schemas.openxmlformats.org/officeDocument/2006/relationships/hyperlink" Target="https://mapa.gay/en/pride/cape-town-pride" TargetMode="External"/><Relationship Id="rId13" Type="http://schemas.openxmlformats.org/officeDocument/2006/relationships/hyperlink" Target="https://capetowndata.com/en/products/blogpost/752/" TargetMode="External"/><Relationship Id="rId14" Type="http://schemas.openxmlformats.org/officeDocument/2006/relationships/hyperlink" Target="https://www.gaytravel4u.nl/event/cape-town-gay-pride/" TargetMode="External"/><Relationship Id="rId15" Type="http://schemas.openxmlformats.org/officeDocument/2006/relationships/hyperlink" Target="https://www.thesouthafrican.com/culture/lgbtqia/dates-set-cape-town-pride-festival-2027/" TargetMode="External"/><Relationship Id="rId16" Type="http://schemas.openxmlformats.org/officeDocument/2006/relationships/hyperlink" Target="https://cptpride.org/cape-town-pride-announces-dates-themes-for-2027-festival/?utm_source=openai" TargetMode="External"/><Relationship Id="rId17" Type="http://schemas.openxmlformats.org/officeDocument/2006/relationships/hyperlink" Target="https://cptpride.org/?utm_source=openai" TargetMode="External"/><Relationship Id="rId18" Type="http://schemas.openxmlformats.org/officeDocument/2006/relationships/hyperlink" Target="https://en.wikipedia.org/wiki/Cape_Town_Pride?utm_source=openai" TargetMode="External"/><Relationship Id="rId19" Type="http://schemas.openxmlformats.org/officeDocument/2006/relationships/hyperlink" Target="https://capetowndata.com/en/products/blogpost/752/?utm_source=openai" TargetMode="External"/><Relationship Id="rId20" Type="http://schemas.openxmlformats.org/officeDocument/2006/relationships/hyperlink" Target="https://mapa.gay/en/pride/cape-town-pride?utm_source=openai" TargetMode="External"/><Relationship Id="rId21" Type="http://schemas.openxmlformats.org/officeDocument/2006/relationships/hyperlink" Target="https://www.gaytravel4u.nl/event/cape-town-gay-pride/?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