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Savannah Pride Festival Guide for Forsyth Park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Forsyth Park in Savannah for the 27th annual Savannah Pride Festival, a lively day of performances, food, community stalls and connection. Running from noon until 11 p.m. on Saturday, 24 October, the event matters because its celebration sits alongside year-round support for LGBTQIA+ people across Coastal Georgia.</w:t>
      </w:r>
      <w:r/>
    </w:p>
    <w:p>
      <w:pPr>
        <w:pStyle w:val="Heading2"/>
      </w:pPr>
      <w:r>
        <w:t>Essential Takeaways</w:t>
      </w:r>
      <w:r/>
      <w:r/>
    </w:p>
    <w:p>
      <w:pPr>
        <w:pStyle w:val="ListBullet"/>
        <w:spacing w:line="240" w:lineRule="auto"/>
        <w:ind w:left="720"/>
      </w:pPr>
      <w:r/>
      <w:r>
        <w:rPr>
          <w:b/>
        </w:rPr>
        <w:t>When and where:</w:t>
      </w:r>
      <w:r>
        <w:t xml:space="preserve"> The festival runs from noon to 11 p.m. at Forsyth Park in Savannah.</w:t>
      </w:r>
      <w:r/>
    </w:p>
    <w:p>
      <w:pPr>
        <w:pStyle w:val="ListBullet"/>
        <w:spacing w:line="240" w:lineRule="auto"/>
        <w:ind w:left="720"/>
      </w:pPr>
      <w:r/>
      <w:r>
        <w:rPr>
          <w:b/>
        </w:rPr>
        <w:t>What to expect:</w:t>
      </w:r>
      <w:r>
        <w:t xml:space="preserve"> More than 100 vendors, food trucks, DJs, drag performers, games and live entertainment.</w:t>
      </w:r>
      <w:r/>
    </w:p>
    <w:p>
      <w:pPr>
        <w:pStyle w:val="ListBullet"/>
        <w:spacing w:line="240" w:lineRule="auto"/>
        <w:ind w:left="720"/>
      </w:pPr>
      <w:r/>
      <w:r>
        <w:rPr>
          <w:b/>
        </w:rPr>
        <w:t>This year's theme:</w:t>
      </w:r>
      <w:r>
        <w:t xml:space="preserve"> "Chosen Family: Love Beyond Fear" focuses on belonging, solidarity and community.</w:t>
      </w:r>
      <w:r/>
    </w:p>
    <w:p>
      <w:pPr>
        <w:pStyle w:val="ListBullet"/>
        <w:spacing w:line="240" w:lineRule="auto"/>
        <w:ind w:left="720"/>
      </w:pPr>
      <w:r/>
      <w:r>
        <w:rPr>
          <w:b/>
        </w:rPr>
        <w:t>Accessibility first:</w:t>
      </w:r>
      <w:r>
        <w:t xml:space="preserve"> A sensory-conscious market experience will open the event before the larger crowds arrive.</w:t>
      </w:r>
      <w:r/>
    </w:p>
    <w:p>
      <w:pPr>
        <w:pStyle w:val="ListBullet"/>
        <w:spacing w:line="240" w:lineRule="auto"/>
        <w:ind w:left="720"/>
      </w:pPr>
      <w:r/>
      <w:r>
        <w:rPr>
          <w:b/>
        </w:rPr>
        <w:t>Beyond the festival:</w:t>
      </w:r>
      <w:r>
        <w:t xml:space="preserve"> Savannah Pride Center provides healthcare connections, counselling support, HIV and STI services, housing assistance and community programmes.</w:t>
      </w:r>
      <w:r/>
      <w:r/>
    </w:p>
    <w:p>
      <w:pPr>
        <w:pStyle w:val="Heading2"/>
      </w:pPr>
      <w:r>
        <w:t>Savannah Pride returns with a message of belonging</w:t>
      </w:r>
      <w:r/>
    </w:p>
    <w:p>
      <w:r/>
      <w:r>
        <w:t>Forsyth Park will soon be full of colour, music and the unmistakable buzz of a big community gathering. Around 5,000 people and more than 100 vendors are expected for Savannah Pride Festival, making it one of the city's most significant annual LGBTQIA+ events.</w:t>
      </w:r>
      <w:r/>
    </w:p>
    <w:p>
      <w:r/>
      <w:r>
        <w:t>The 2026 theme, "Chosen Family: Love Beyond Fear", gives the day a thoughtful centre. As Savannah Pride Center executive director Michael Bell explained in a statement reported by Rough Draft Atlanta, Pride is both a celebration and a reminder that people can find safety, friendship and recognition in the communities they build.</w:t>
      </w:r>
      <w:r/>
    </w:p>
    <w:p>
      <w:r/>
      <w:r>
        <w:t>Local event listings from Visit Savannah and the Savannah Chamber of Commerce also position the festival as a broad community celebration, rather than a single performance or parade. That's important because the most memorable part may be the easy, unplanned moments, a conversation at a stall, a familiar song from the stage or a new face in the crowd.</w:t>
      </w:r>
      <w:r/>
    </w:p>
    <w:p>
      <w:pPr>
        <w:pStyle w:val="Heading2"/>
      </w:pPr>
      <w:r>
        <w:t>What can visitors expect at Forsyth Park?</w:t>
      </w:r>
      <w:r/>
    </w:p>
    <w:p>
      <w:r/>
      <w:r>
        <w:t>The programme is designed to keep the atmosphere moving throughout the afternoon and into the evening. Visitors can expect drag performances, DJs, live entertainment, games, food trucks, drinks and a marketplace filled with local businesses and community organisations.</w:t>
      </w:r>
      <w:r/>
    </w:p>
    <w:p>
      <w:r/>
      <w:r>
        <w:t>Blair Williams and Chi Chi Bonet Sherrington, known for their Club One comedy appearances, are returning as hosts. Their presence should add plenty of quick wit and theatrical energy to the main stage, while the evening closes with Savannah Pride's glow and foam party.</w:t>
      </w:r>
      <w:r/>
    </w:p>
    <w:p>
      <w:r/>
      <w:r>
        <w:t>Historic Inns of Savannah and local tourism coverage highlight the festival's appeal for both residents and visitors. If you're coming from outside the city, it's worth treating the event as part of a wider weekend, with Forsyth Park's mature trees, surrounding squares and historic streets offering plenty to explore before or after the festivities.</w:t>
      </w:r>
      <w:r/>
    </w:p>
    <w:p>
      <w:pPr>
        <w:pStyle w:val="Heading2"/>
      </w:pPr>
      <w:r>
        <w:t>A gentler start for sensory-conscious visitors</w:t>
      </w:r>
      <w:r/>
    </w:p>
    <w:p>
      <w:r/>
      <w:r>
        <w:t>One of the most useful additions is the sensory-conscious market experience at the beginning of the day. It is intended to offer a more accessible environment for people with diverse sensory needs before the festival shifts into its busier, louder rhythm.</w:t>
      </w:r>
      <w:r/>
    </w:p>
    <w:p>
      <w:r/>
      <w:r>
        <w:t>That early window could also suit anyone who prefers to browse at a calmer pace. Crowds, amplified music and bright lights can be overwhelming, so arriving early, taking regular breaks and identifying quieter areas can make the day feel more manageable.</w:t>
      </w:r>
      <w:r/>
    </w:p>
    <w:p>
      <w:r/>
      <w:r>
        <w:t>The practical details are simple but valuable. Wear comfortable shoes, bring water, check the weather and decide where you'll meet your group if mobile signals become patchy. For visitors who are sensitive to noise, ear defenders or discreet earplugs can make a surprisingly big difference.</w:t>
      </w:r>
      <w:r/>
    </w:p>
    <w:p>
      <w:pPr>
        <w:pStyle w:val="Heading2"/>
      </w:pPr>
      <w:r>
        <w:t>Pride is one day, support continues all year</w:t>
      </w:r>
      <w:r/>
    </w:p>
    <w:p>
      <w:r/>
      <w:r>
        <w:t>The festival is the visible part of Savannah Pride Center's work, but the organisation's services extend well beyond the park. According to the centre's own information, its support includes affirming healthcare links, mental health services, HIV and STI prevention and testing, emergency housing assistance, support groups and programmes for young people and older adults.</w:t>
      </w:r>
      <w:r/>
    </w:p>
    <w:p>
      <w:r/>
      <w:r>
        <w:t>That wider mission gives the festival extra weight. A lively market stall or stage appearance might be the first point of contact for someone who later needs a doctor, counselling, housing help or simply a welcoming place to ask questions.</w:t>
      </w:r>
      <w:r/>
    </w:p>
    <w:p>
      <w:r/>
      <w:r>
        <w:t>Savannah Pride Center's services information also reflects a broader challenge across the Deep South, where LGBTQIA+ people can face barriers when seeking affirming healthcare. The centre is working towards a care model that can serve both insured and uninsured patients, a practical ambition with consequences far beyond festival weekend.</w:t>
      </w:r>
      <w:r/>
    </w:p>
    <w:p>
      <w:pPr>
        <w:pStyle w:val="Heading2"/>
      </w:pPr>
      <w:r>
        <w:t>How to make the most of Savannah Pride</w:t>
      </w:r>
      <w:r/>
    </w:p>
    <w:p>
      <w:r/>
      <w:r>
        <w:t>Start with the schedule and choose a few anchors rather than trying to see everything. Pick a performance, a food stop and time to browse the vendors, then leave room for the unexpected. Festivals are rarely improved by marching from one appointment to the next.</w:t>
      </w:r>
      <w:r/>
    </w:p>
    <w:p>
      <w:r/>
      <w:r>
        <w:t>If you're attending with friends, agree on a meeting point and check in with anyone who may need a quieter break. Families and first-time visitors may find it helpful to explain the event's layout in advance, while people travelling alone can use the market and community stalls as natural conversation starters.</w:t>
      </w:r>
      <w:r/>
    </w:p>
    <w:p>
      <w:r/>
      <w:r>
        <w:t>Most importantly, bring the spirit of the theme with you. "Chosen family" is not just a slogan for the stage; it's a useful reminder that Pride can be about showing up for one another, whether that means dancing beneath the lights or pointing someone towards support.</w:t>
      </w:r>
      <w:r/>
    </w:p>
    <w:p>
      <w:r/>
      <w:r>
        <w:t>Savannah Pride Festival takes place at Forsyth Park on Saturday, 24 October, from noon until 11 p.m. Event information is also being shared by Visit Savannah, the Savannah Chamber of Commerce and local organisers.</w:t>
      </w:r>
      <w:r/>
    </w:p>
    <w:p>
      <w:r/>
      <w:r>
        <w:rPr>
          <w:b/>
        </w:rPr>
        <w:t>It's a bright day in the park, but the welcome is intended to last all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0">
        <w:r>
          <w:rPr>
            <w:color w:val="0000EE"/>
            <w:u w:val="single"/>
          </w:rPr>
          <w:t>[2]</w:t>
        </w:r>
      </w:hyperlink>
      <w:r>
        <w:t xml:space="preserve">- Paragraph 4: </w:t>
      </w:r>
      <w:hyperlink r:id="rId11">
        <w:r>
          <w:rPr>
            <w:color w:val="0000EE"/>
            <w:u w:val="single"/>
          </w:rPr>
          <w:t>[6]</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2">
        <w:r>
          <w:rPr>
            <w:color w:val="0000EE"/>
            <w:u w:val="single"/>
          </w:rPr>
          <w:t>[3]</w:t>
        </w:r>
      </w:hyperlink>
      <w:r>
        <w:t xml:space="preserve">, </w:t>
      </w:r>
      <w:hyperlink r:id="rId15">
        <w:r>
          <w:rPr>
            <w:color w:val="0000EE"/>
            <w:u w:val="single"/>
          </w:rPr>
          <w:t>[5]</w:t>
        </w:r>
      </w:hyperlink>
      <w:r>
        <w:t xml:space="preserve">- Paragraph 7: </w:t>
      </w:r>
      <w:hyperlink r:id="rId15">
        <w:r>
          <w:rPr>
            <w:color w:val="0000EE"/>
            <w:u w:val="single"/>
          </w:rPr>
          <w:t>[5]</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5">
        <w:r>
          <w:rPr>
            <w:color w:val="0000EE"/>
            <w:u w:val="single"/>
          </w:rPr>
          <w:t>[5]</w:t>
        </w:r>
      </w:hyperlink>
      <w:r>
        <w:t xml:space="preserve">- Paragraph 9: </w:t>
      </w:r>
      <w:hyperlink r:id="rId11">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2">
        <w:r>
          <w:rPr>
            <w:color w:val="0000EE"/>
            <w:u w:val="single"/>
          </w:rPr>
          <w:t>[3]</w:t>
        </w:r>
      </w:hyperlink>
      <w:r>
        <w:t xml:space="preserve">, </w:t>
      </w:r>
      <w:hyperlink r:id="rId15">
        <w:r>
          <w:rPr>
            <w:color w:val="0000EE"/>
            <w:u w:val="single"/>
          </w:rPr>
          <w:t>[5]</w:t>
        </w:r>
      </w:hyperlink>
      <w:r>
        <w:t xml:space="preserve">- Paragraph 12: </w:t>
      </w:r>
      <w:hyperlink r:id="rId14">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2">
        <w:r>
          <w:rPr>
            <w:color w:val="0000EE"/>
            <w:u w:val="single"/>
          </w:rPr>
          <w:t>[3]</w:t>
        </w:r>
      </w:hyperlink>
      <w:r>
        <w:t xml:space="preserve">, </w:t>
      </w:r>
      <w:hyperlink r:id="rId15">
        <w:r>
          <w:rPr>
            <w:color w:val="0000EE"/>
            <w:u w:val="single"/>
          </w:rPr>
          <w:t>[5]</w:t>
        </w:r>
      </w:hyperlink>
      <w:r>
        <w:t xml:space="preserve">- Paragraph 15: </w:t>
      </w:r>
      <w:hyperlink r:id="rId10">
        <w:r>
          <w:rPr>
            <w:color w:val="0000EE"/>
            <w:u w:val="single"/>
          </w:rPr>
          <w:t>[2]</w:t>
        </w:r>
      </w:hyperlink>
      <w:r>
        <w:t xml:space="preserve">, </w:t>
      </w:r>
      <w:hyperlink r:id="rId13">
        <w:r>
          <w:rPr>
            <w:color w:val="0000EE"/>
            <w:u w:val="single"/>
          </w:rPr>
          <w:t>[7]</w:t>
        </w:r>
      </w:hyperlink>
      <w:r>
        <w:t xml:space="preserve">- Paragraph 16: </w:t>
      </w:r>
      <w:hyperlink r:id="rId12">
        <w:r>
          <w:rPr>
            <w:color w:val="0000EE"/>
            <w:u w:val="single"/>
          </w:rPr>
          <w:t>[3]</w:t>
        </w:r>
      </w:hyperlink>
      <w:r>
        <w:t xml:space="preserve">, </w:t>
      </w:r>
      <w:hyperlink r:id="rId15">
        <w:r>
          <w:rPr>
            <w:color w:val="0000EE"/>
            <w:u w:val="single"/>
          </w:rPr>
          <w:t>[5]</w:t>
        </w:r>
      </w:hyperlink>
      <w:r>
        <w:t xml:space="preserve">- Paragraph 17: </w:t>
      </w:r>
      <w:hyperlink r:id="rId10">
        <w:r>
          <w:rPr>
            <w:color w:val="0000EE"/>
            <w:u w:val="single"/>
          </w:rPr>
          <w:t>[2]</w:t>
        </w:r>
      </w:hyperlink>
      <w:r>
        <w:t xml:space="preserve">, </w:t>
      </w:r>
      <w:hyperlink r:id="rId14">
        <w:r>
          <w:rPr>
            <w:color w:val="0000EE"/>
            <w:u w:val="single"/>
          </w:rPr>
          <w:t>[4]</w:t>
        </w:r>
      </w:hyperlink>
      <w:r>
        <w:t xml:space="preserve">- Paragraph 18: </w:t>
      </w:r>
      <w:hyperlink r:id="rId11">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https://roughdraftatlanta.com/2026/10/21/savannah-pride-festival-forthsyths-park/</w:t>
        </w:r>
      </w:hyperlink>
      <w:r>
        <w:t xml:space="preserve"> - Please view link - unable to able to access data</w:t>
      </w:r>
      <w:r/>
    </w:p>
    <w:p>
      <w:pPr>
        <w:pStyle w:val="ListNumber"/>
        <w:spacing w:line="240" w:lineRule="auto"/>
        <w:ind w:left="720"/>
      </w:pPr>
      <w:r/>
      <w:hyperlink r:id="rId10">
        <w:r>
          <w:rPr>
            <w:color w:val="0000EE"/>
            <w:u w:val="single"/>
          </w:rPr>
          <w:t>https://visitsavannah.com/event/savannah-pride-festival/12337</w:t>
        </w:r>
      </w:hyperlink>
      <w:r>
        <w:t xml:space="preserve"> - The Savannah Pride Festival is scheduled for October 24, 2026, from 12:00 pm to 11:00 pm at Forsyth Park in Savannah, Georgia. This annual event celebrates the LGBTQIA+ community with live performances, local vendors, food trucks, community organizations, and family-friendly activities. The festival has become a beloved tradition, showcasing the warmth, creativity, and diversity that make Savannah special. Whether you're exploring Savannah for the first time or returning to enjoy the city's unique charm, the Savannah Pride Festival invites you to discover a welcoming atmosphere filled with community spirit, local talent, and meaningful celebrations of authenticity and belonging.</w:t>
      </w:r>
      <w:r/>
    </w:p>
    <w:p>
      <w:pPr>
        <w:pStyle w:val="ListNumber"/>
        <w:spacing w:line="240" w:lineRule="auto"/>
        <w:ind w:left="720"/>
      </w:pPr>
      <w:r/>
      <w:hyperlink r:id="rId12">
        <w:r>
          <w:rPr>
            <w:color w:val="0000EE"/>
            <w:u w:val="single"/>
          </w:rPr>
          <w:t>https://savannahpridecenter.org/about-the-center</w:t>
        </w:r>
      </w:hyperlink>
      <w:r>
        <w:t xml:space="preserve"> - Savannah Pride Center is an inclusive advocacy, social, and service organization actively working to meet the needs for safety, empowerment, education, and well-being of Greater Savannah’s LGBTQIA+ community. They envision an inclusive community where every person has safety, acceptance, and equal rights under the law. The center is a volunteer-driven registered 501(c)(3) not-for-profit organization serving the greater Savannah LGBTQIA+ community and sees clients from four hours in every direction. Their mission includes providing affirming healthcare, mental health services, HIV/STI prevention and testing, emergency housing assistance, support groups, youth and senior programming, and other community resources.</w:t>
      </w:r>
      <w:r/>
    </w:p>
    <w:p>
      <w:pPr>
        <w:pStyle w:val="ListNumber"/>
        <w:spacing w:line="240" w:lineRule="auto"/>
        <w:ind w:left="720"/>
      </w:pPr>
      <w:r/>
      <w:hyperlink r:id="rId14">
        <w:r>
          <w:rPr>
            <w:color w:val="0000EE"/>
            <w:u w:val="single"/>
          </w:rPr>
          <w:t>https://www.historicinnsofsavannah.com/events/savannah-pride-festival.htm</w:t>
        </w:r>
      </w:hyperlink>
      <w:r>
        <w:t xml:space="preserve"> - The 27th Annual Savannah Pride Festival is set for Saturday, October 24, 2026, from 12 p.m. to 11 p.m. in Forsyth Park. This year's theme is 'Chosen Family: Love Beyond Fear.' The festival is run by the Savannah Pride Center, a Savannah non-profit serving the region’s LGBTQIA+ community. The day's schedule will be posted on the Center’s official festival listing, so check there for performers and times before you go.</w:t>
      </w:r>
      <w:r/>
    </w:p>
    <w:p>
      <w:pPr>
        <w:pStyle w:val="ListNumber"/>
        <w:spacing w:line="240" w:lineRule="auto"/>
        <w:ind w:left="720"/>
      </w:pPr>
      <w:r/>
      <w:hyperlink r:id="rId15">
        <w:r>
          <w:rPr>
            <w:color w:val="0000EE"/>
            <w:u w:val="single"/>
          </w:rPr>
          <w:t>https://savannahpridecenter.org/services</w:t>
        </w:r>
      </w:hyperlink>
      <w:r>
        <w:t xml:space="preserve"> - Savannah Pride Center offers a variety of programs and services to support the LGBTQIA+ community. These include free HIV testing, support groups, a monthly healing clinic, and an annual healthcare summit. The center is staffed primarily with volunteers and serves about 4,000 people annually. In 2025, SPC partnered with the Savannah Police Department to train officers on how to respond to hate crimes against people in the LGBTQ community.</w:t>
      </w:r>
      <w:r/>
    </w:p>
    <w:p>
      <w:pPr>
        <w:pStyle w:val="ListNumber"/>
        <w:spacing w:line="240" w:lineRule="auto"/>
        <w:ind w:left="720"/>
      </w:pPr>
      <w:r/>
      <w:hyperlink r:id="rId11">
        <w:r>
          <w:rPr>
            <w:color w:val="0000EE"/>
            <w:u w:val="single"/>
          </w:rPr>
          <w:t>https://www.wtoc.com/2026/10/08/savannah-pride-returns-its-27th-year/</w:t>
        </w:r>
      </w:hyperlink>
      <w:r>
        <w:t xml:space="preserve"> - The Savannah Pride Festival will return to Forsyth Park on October 24 for its 27th year. The festival is expected to attract thousands of attendees and more than 100 vendors. Michael Bell, executive director of Savannah Pride Center, stated, 'For 27 years, people have come together in Savannah to say that there is a place for us here. This year’s theme, ‘Chosen Family,’ speaks to something deeply rooted in LGBTQIA+ history — the families we create, the people who show up for us and the communities that remind us we are never alone.'</w:t>
      </w:r>
      <w:r/>
    </w:p>
    <w:p>
      <w:pPr>
        <w:pStyle w:val="ListNumber"/>
        <w:spacing w:line="240" w:lineRule="auto"/>
        <w:ind w:left="720"/>
      </w:pPr>
      <w:r/>
      <w:hyperlink r:id="rId13">
        <w:r>
          <w:rPr>
            <w:color w:val="0000EE"/>
            <w:u w:val="single"/>
          </w:rPr>
          <w:t>https://www.savannahchamber.com/news-and-events/news/chamber-news/celebrate-community-at-savannah-pride-festival-this-saturday/</w:t>
        </w:r>
      </w:hyperlink>
      <w:r>
        <w:t xml:space="preserve"> - Savannah Pride Festival returns to Forsyth Park on Saturday, October 24, inviting residents and visitors to celebrate the LGBTQIA+ community and the people and organizations helping make Savannah a welcoming place for all. From noon to 11 p.m., festivalgoers can enjoy live entertainment, local vendors, food trucks, art, community organizations, and family-friendly activities. The event aims to celebrate the creativity, diversity, and community spirit that make Savannah special.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21/savannah-pride-festival-forthsyths-park/" TargetMode="External"/><Relationship Id="rId10" Type="http://schemas.openxmlformats.org/officeDocument/2006/relationships/hyperlink" Target="https://visitsavannah.com/event/savannah-pride-festival/12337" TargetMode="External"/><Relationship Id="rId11" Type="http://schemas.openxmlformats.org/officeDocument/2006/relationships/hyperlink" Target="https://www.wtoc.com/2026/10/08/savannah-pride-returns-its-27th-year/" TargetMode="External"/><Relationship Id="rId12" Type="http://schemas.openxmlformats.org/officeDocument/2006/relationships/hyperlink" Target="https://savannahpridecenter.org/about-the-center" TargetMode="External"/><Relationship Id="rId13" Type="http://schemas.openxmlformats.org/officeDocument/2006/relationships/hyperlink" Target="https://www.savannahchamber.com/news-and-events/news/chamber-news/celebrate-community-at-savannah-pride-festival-this-saturday/" TargetMode="External"/><Relationship Id="rId14" Type="http://schemas.openxmlformats.org/officeDocument/2006/relationships/hyperlink" Target="https://www.historicinnsofsavannah.com/events/savannah-pride-festival.htm" TargetMode="External"/><Relationship Id="rId15" Type="http://schemas.openxmlformats.org/officeDocument/2006/relationships/hyperlink" Target="https://savannahpridecenter.org/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