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retellings of classic novels for modern readers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rediscovering classic literature through queer retellings, from trans Peter Pan adventures to radically reimagined Austen romances. These books keep the drama, longing and danger of familiar stories while making room for identities and relationships often pushed to the margins. For anyone curious about LGBTQ+ literature with a recognisable literary starting point, this is a brilliant place to begin.</w:t>
      </w:r>
      <w:r/>
    </w:p>
    <w:p>
      <w:pPr>
        <w:pStyle w:val="Heading2"/>
      </w:pPr>
      <w:r>
        <w:t>Why queer retellings feel so powerful</w:t>
      </w:r>
      <w:r/>
    </w:p>
    <w:p>
      <w:r/>
      <w:r>
        <w:t>Classic books can be rewarding, but they can also feel oddly distant when their worlds leave little room for queer lives. Queer retellings close that gap, taking familiar plots and asking a lively question: what if the story had always made space for us?</w:t>
      </w:r>
      <w:r/>
    </w:p>
    <w:p>
      <w:r/>
      <w:r>
        <w:t>Bookshop.org's LGBTQ+ reading lists show just how broad the field has become, spanning novels, folklore, fairy tales and mythology. The appeal isn't simply recognition. These books also challenge the supposed inevitability of old narratives, giving characters more freedom to question marriage, gender, power and desire.</w:t>
      </w:r>
      <w:r/>
    </w:p>
    <w:p>
      <w:pPr>
        <w:pStyle w:val="Heading2"/>
      </w:pPr>
      <w:r>
        <w:t>Trans identity takes centre stage</w:t>
      </w:r>
      <w:r/>
    </w:p>
    <w:p>
      <w:r/>
      <w:r>
        <w:t xml:space="preserve">Austin Chant's </w:t>
      </w:r>
      <w:r>
        <w:rPr>
          <w:i/>
        </w:rPr>
        <w:t>Peter Darling</w:t>
      </w:r>
      <w:r>
        <w:t xml:space="preserve"> turns the story of Peter Pan into a thoughtful trans fantasy. Peter returns to Neverland as a man after years in the real world, only to find that the place he once escaped to has changed. His old rivalry with Captain Hook adds danger, but the emotional heart lies in Peter's struggle to decide which parts of his past still belong to him.</w:t>
      </w:r>
      <w:r/>
    </w:p>
    <w:p>
      <w:r/>
      <w:r>
        <w:t xml:space="preserve">Gabe Cole Novoa's </w:t>
      </w:r>
      <w:r>
        <w:rPr>
          <w:i/>
        </w:rPr>
        <w:t>Most Ardently</w:t>
      </w:r>
      <w:r>
        <w:t xml:space="preserve"> brings a similar perspective to </w:t>
      </w:r>
      <w:r>
        <w:rPr>
          <w:i/>
        </w:rPr>
        <w:t>Pride and Prejudice</w:t>
      </w:r>
      <w:r>
        <w:t>. Oliver Bennet is expected to live as Elizabeth in Regency London, enduring clothes, manners and marriage plans that feel completely wrong. His secret life as himself becomes more complicated when he meets Darcy, creating a romance shaped as much by freedom and visibility as by attraction.</w:t>
      </w:r>
      <w:r/>
    </w:p>
    <w:p>
      <w:r/>
      <w:r>
        <w:t>Lists compiled by List Challenges and Goodreads place both books within a wider wave of LGBTQ+ classic retellings. Together, they show how speculative fiction can make gender identity vivid without losing the social pressure that made the original stories so compelling.</w:t>
      </w:r>
      <w:r/>
    </w:p>
    <w:p>
      <w:pPr>
        <w:pStyle w:val="Heading2"/>
      </w:pPr>
      <w:r>
        <w:t>Familiar fairy tales, sharper romances</w:t>
      </w:r>
      <w:r/>
    </w:p>
    <w:p>
      <w:r/>
      <w:r>
        <w:t xml:space="preserve">T. Kingfisher's </w:t>
      </w:r>
      <w:r>
        <w:rPr>
          <w:i/>
        </w:rPr>
        <w:t>The Raven and the Reindeer</w:t>
      </w:r>
      <w:r>
        <w:t xml:space="preserve"> reworks Hans Christian Andersen's </w:t>
      </w:r>
      <w:r>
        <w:rPr>
          <w:i/>
        </w:rPr>
        <w:t>The Snow Queen</w:t>
      </w:r>
      <w:r>
        <w:t xml:space="preserve"> with a heroine whose understanding of love begins to shift during her rescue journey. Gerta sets out to save Kay, the friend she believes she loves, but encounters a witch, a talking raven, a robber girl and an elderly reindeer along the way.</w:t>
      </w:r>
      <w:r/>
    </w:p>
    <w:p>
      <w:r/>
      <w:r>
        <w:t>The result is playful, strange and more emotionally revealing than a straightforward rescue quest. Gerta's journey asks whether the version of true love handed down in childhood is really the one she wants. That makes it a particularly appealing choice for readers who like their fairy tales with humour, tenderness and a little romantic confusion.</w:t>
      </w:r>
      <w:r/>
    </w:p>
    <w:p>
      <w:r/>
      <w:r>
        <w:t>Autostraddle's recommendations for queer and feminist retellings underline the range of approaches available. Some books preserve the original plot closely, while others use the source material as a launchpad for something far more mischievous.</w:t>
      </w:r>
      <w:r/>
    </w:p>
    <w:p>
      <w:pPr>
        <w:pStyle w:val="Heading2"/>
      </w:pPr>
      <w:r>
        <w:t>Queering the drawing room and the ballroom</w:t>
      </w:r>
      <w:r/>
    </w:p>
    <w:p>
      <w:r/>
      <w:r>
        <w:t xml:space="preserve">Nghi Vo's </w:t>
      </w:r>
      <w:r>
        <w:rPr>
          <w:i/>
        </w:rPr>
        <w:t>The Chosen and the Beautiful</w:t>
      </w:r>
      <w:r>
        <w:t xml:space="preserve"> revisits </w:t>
      </w:r>
      <w:r>
        <w:rPr>
          <w:i/>
        </w:rPr>
        <w:t>The Great Gatsby</w:t>
      </w:r>
      <w:r>
        <w:t xml:space="preserve"> through Jordan Baker, an Asian American, queer and adopted woman navigating the glittering world of 1920s New York. Wealth gives Jordan access to parties and influence, but it can't erase the racism and exclusion surrounding her.</w:t>
      </w:r>
      <w:r/>
    </w:p>
    <w:p>
      <w:r/>
      <w:r>
        <w:t>Vo adds fantasy to the social drama, allowing Jordan to manipulate paper and reality itself. It's a clever way to make invisible power visible, while also shifting the spotlight away from Gatsby's familiar obsession and towards the woman who watched that world from its edges.</w:t>
      </w:r>
      <w:r/>
    </w:p>
    <w:p>
      <w:r/>
      <w:r>
        <w:t>For readers who find some canonical romances frustratingly narrow, these adaptations offer welcome friction. They don't merely insert queer characters into old stories. They examine who gets to be desired, who gets to belong and who is expected to stay decorative.</w:t>
      </w:r>
      <w:r/>
    </w:p>
    <w:p>
      <w:pPr>
        <w:pStyle w:val="Heading2"/>
      </w:pPr>
      <w:r>
        <w:t>When the original story becomes a team effort</w:t>
      </w:r>
      <w:r/>
    </w:p>
    <w:p>
      <w:r/>
      <w:r>
        <w:t xml:space="preserve">Lex Croucher's </w:t>
      </w:r>
      <w:r>
        <w:rPr>
          <w:i/>
        </w:rPr>
        <w:t>Gwen &amp; Art Are Not in Love</w:t>
      </w:r>
      <w:r>
        <w:t xml:space="preserve"> brings a lighter, more contemporary energy to Arthurian legend. Gwen and Art are betrothed, but they can barely stand one another. Their arrangement changes when Gwen discovers Art kissing a boy and Art learns about Gwen's feelings for Bridget, the kingdom's female knight.</w:t>
      </w:r>
      <w:r/>
    </w:p>
    <w:p>
      <w:r/>
      <w:r>
        <w:t>Instead of becoming rivals for the same romantic prize, the pair form an alliance. That twist gives the story a warm, comic engine, while the Camelot setting supplies swords, secrets and plenty of opportunities for everything to become spectacularly complicated.</w:t>
      </w:r>
      <w:r/>
    </w:p>
    <w:p>
      <w:r/>
      <w:r>
        <w:t>The book sits comfortably alongside other entries collected by Lighthouse Bookshop and Bookshop.org, where queer retellings often blend romance with friendship, adventure and chosen family. Sometimes the most satisfying rebellion isn't breaking the story apart. It's letting the characters help one another survive it.</w:t>
      </w:r>
      <w:r/>
    </w:p>
    <w:p>
      <w:pPr>
        <w:pStyle w:val="Heading2"/>
      </w:pPr>
      <w:r>
        <w:t>How to choose your next queer classic retelling</w:t>
      </w:r>
      <w:r/>
    </w:p>
    <w:p>
      <w:r/>
      <w:r>
        <w:t xml:space="preserve">Start with the original mood you already enjoy. Fans of high-stakes fantasy may prefer </w:t>
      </w:r>
      <w:r>
        <w:rPr>
          <w:i/>
        </w:rPr>
        <w:t>Peter Darling</w:t>
      </w:r>
      <w:r>
        <w:t xml:space="preserve"> or </w:t>
      </w:r>
      <w:r>
        <w:rPr>
          <w:i/>
        </w:rPr>
        <w:t>The Raven and the Reindeer</w:t>
      </w:r>
      <w:r>
        <w:t xml:space="preserve">, while readers after social tension and romantic restraint could try </w:t>
      </w:r>
      <w:r>
        <w:rPr>
          <w:i/>
        </w:rPr>
        <w:t>Most Ardently</w:t>
      </w:r>
      <w:r>
        <w:t xml:space="preserve"> or </w:t>
      </w:r>
      <w:r>
        <w:rPr>
          <w:i/>
        </w:rPr>
        <w:t>The Chosen and the Beautiful</w:t>
      </w:r>
      <w:r>
        <w:t>.</w:t>
      </w:r>
      <w:r/>
    </w:p>
    <w:p>
      <w:r/>
      <w:r>
        <w:t>It's also worth checking the content notes before settling in, particularly for stories involving dysphoria, racism, coercion, war or social punishment. Retellings can be comforting, but they can also make the pain hidden in classic narratives impossible to ignore.</w:t>
      </w:r>
      <w:r/>
    </w:p>
    <w:p>
      <w:r/>
      <w:r>
        <w:t>Most importantly, don't worry about having read every original first. These novels work as gateways, conversations and alternatives. Your reading list may grow rather quickly, but that's a pleasant problem to have.</w:t>
      </w:r>
      <w:r/>
    </w:p>
    <w:p>
      <w:r/>
      <w:r>
        <w:t>Queer retellings prove that old stories can still surprise us when new voices take the lead.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5">
        <w:r>
          <w:rPr>
            <w:color w:val="0000EE"/>
            <w:u w:val="single"/>
          </w:rPr>
          <w:t>[5]</w:t>
        </w:r>
      </w:hyperlink>
      <w:r>
        <w:t xml:space="preserve">, </w:t>
      </w:r>
      <w:hyperlink r:id="rId11">
        <w:r>
          <w:rPr>
            <w:color w:val="0000EE"/>
            <w:u w:val="single"/>
          </w:rPr>
          <w:t>[7]</w:t>
        </w:r>
      </w:hyperlink>
      <w:r>
        <w:t xml:space="preserve">- Paragraph 6: </w:t>
      </w:r>
      <w:hyperlink r:id="rId12">
        <w:r>
          <w:rPr>
            <w:color w:val="0000EE"/>
            <w:u w:val="single"/>
          </w:rPr>
          <w:t>[3]</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[7]</w:t>
        </w:r>
      </w:hyperlink>
      <w:r>
        <w:t xml:space="preserve">- Paragraph 8: </w:t>
      </w:r>
      <w:hyperlink r:id="rId14">
        <w:r>
          <w:rPr>
            <w:color w:val="0000EE"/>
            <w:u w:val="single"/>
          </w:rPr>
          <w:t>[4]</w:t>
        </w:r>
      </w:hyperlink>
      <w:r>
        <w:t xml:space="preserve">, </w:t>
      </w:r>
      <w:hyperlink r:id="rId15">
        <w:r>
          <w:rPr>
            <w:color w:val="0000EE"/>
            <w:u w:val="single"/>
          </w:rPr>
          <w:t>[5]</w:t>
        </w:r>
      </w:hyperlink>
      <w:r>
        <w:t xml:space="preserve">- Paragraph 9: </w:t>
      </w:r>
      <w:hyperlink r:id="rId12">
        <w:r>
          <w:rPr>
            <w:color w:val="0000EE"/>
            <w:u w:val="single"/>
          </w:rPr>
          <w:t>[3]</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15">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[7]</w:t>
        </w:r>
      </w:hyperlink>
      <w:r>
        <w:t xml:space="preserve">- Paragraph 13: </w:t>
      </w:r>
      <w:hyperlink r:id="rId12">
        <w:r>
          <w:rPr>
            <w:color w:val="0000EE"/>
            <w:u w:val="single"/>
          </w:rPr>
          <w:t>[3]</w:t>
        </w:r>
      </w:hyperlink>
      <w:r>
        <w:t xml:space="preserve">, </w:t>
      </w:r>
      <w:hyperlink r:id="rId14">
        <w:r>
          <w:rPr>
            <w:color w:val="0000EE"/>
            <w:u w:val="single"/>
          </w:rPr>
          <w:t>[4]</w:t>
        </w:r>
      </w:hyperlink>
      <w:r>
        <w:t xml:space="preserve">- Paragraph 14: </w:t>
      </w:r>
      <w:hyperlink r:id="rId15">
        <w:r>
          <w:rPr>
            <w:color w:val="0000EE"/>
            <w:u w:val="single"/>
          </w:rPr>
          <w:t>[5]</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[7]</w:t>
        </w:r>
      </w:hyperlink>
      <w:r>
        <w:t xml:space="preserve">- Paragraph 16: </w:t>
      </w:r>
      <w:hyperlink r:id="rId12">
        <w:r>
          <w:rPr>
            <w:color w:val="0000EE"/>
            <w:u w:val="single"/>
          </w:rPr>
          <w:t>[3]</w:t>
        </w:r>
      </w:hyperlink>
      <w:r>
        <w:t xml:space="preserve">, </w:t>
      </w:r>
      <w:hyperlink r:id="rId14">
        <w:r>
          <w:rPr>
            <w:color w:val="0000EE"/>
            <w:u w:val="single"/>
          </w:rPr>
          <w:t>[4]</w:t>
        </w:r>
      </w:hyperlink>
      <w:r>
        <w:t xml:space="preserve">- Paragraph 17: </w:t>
      </w:r>
      <w:hyperlink r:id="rId15">
        <w:r>
          <w:rPr>
            <w:color w:val="0000EE"/>
            <w:u w:val="single"/>
          </w:rPr>
          <w:t>[5]</w:t>
        </w:r>
      </w:hyperlink>
      <w:r>
        <w:t xml:space="preserve">, </w:t>
      </w:r>
      <w:hyperlink r:id="rId11">
        <w:r>
          <w:rPr>
            <w:color w:val="0000EE"/>
            <w:u w:val="single"/>
          </w:rPr>
          <w:t>[7]</w:t>
        </w:r>
      </w:hyperlink>
      <w:r>
        <w:t xml:space="preserve">- Paragraph 18: </w:t>
      </w:r>
      <w:hyperlink r:id="rId10">
        <w:r>
          <w:rPr>
            <w:color w:val="0000EE"/>
            <w:u w:val="single"/>
          </w:rPr>
          <w:t>[2]</w:t>
        </w:r>
      </w:hyperlink>
      <w:r>
        <w:t xml:space="preserve">, </w:t>
      </w:r>
      <w:hyperlink r:id="rId13">
        <w:r>
          <w:rPr>
            <w:color w:val="0000EE"/>
            <w:u w:val="single"/>
          </w:rPr>
          <w:t>[6]</w:t>
        </w:r>
      </w:hyperlink>
      <w:r>
        <w:t xml:space="preserve">- Paragraph 19: </w:t>
      </w:r>
      <w:hyperlink r:id="rId12">
        <w:r>
          <w:rPr>
            <w:color w:val="0000EE"/>
            <w:u w:val="single"/>
          </w:rPr>
          <w:t>[3]</w:t>
        </w:r>
      </w:hyperlink>
      <w:r>
        <w:t xml:space="preserve">, </w:t>
      </w:r>
      <w:hyperlink r:id="rId15">
        <w:r>
          <w:rPr>
            <w:color w:val="0000EE"/>
            <w:u w:val="single"/>
          </w:rPr>
          <w:t>[5]</w:t>
        </w:r>
      </w:hyperlink>
      <w:r>
        <w:t xml:space="preserve">- Paragraph 20: </w:t>
      </w:r>
      <w:hyperlink r:id="rId14">
        <w:r>
          <w:rPr>
            <w:color w:val="0000EE"/>
            <w:u w:val="single"/>
          </w:rPr>
          <w:t>[4]</w:t>
        </w:r>
      </w:hyperlink>
      <w:r>
        <w:t xml:space="preserve">, </w:t>
      </w:r>
      <w:hyperlink r:id="rId11">
        <w:r>
          <w:rPr>
            <w:color w:val="0000EE"/>
            <w:u w:val="single"/>
          </w:rPr>
          <w:t>[7]</w:t>
        </w:r>
      </w:hyperlink>
      <w:r>
        <w:t xml:space="preserve">- Paragraph 21: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https://bookriot.com/queer-retellings-of-classic-books/</w:t>
        </w:r>
      </w:hyperlink>
      <w:r>
        <w:t xml:space="preserve"> - Please view link - unable to able to access data</w:t>
      </w:r>
      <w:r/>
    </w:p>
    <w:p>
      <w:pPr>
        <w:pStyle w:val="ListNumber"/>
        <w:spacing w:line="240" w:lineRule="auto"/>
        <w:ind w:left="720"/>
      </w:pPr>
      <w:r/>
      <w:hyperlink r:id="rId10">
        <w:r>
          <w:rPr>
            <w:color w:val="0000EE"/>
            <w:u w:val="single"/>
          </w:rPr>
          <w:t>https://bookshop.org/lists/lgbtq-retellings-of-classic-novels-folk-tales</w:t>
        </w:r>
      </w:hyperlink>
      <w:r>
        <w:t xml:space="preserve"> - This curated list on Bookshop.org features LGBTQ+ retellings of classic novels and folk tales, including titles like 'The Song of Achilles' by Madeline Miller and 'Peter Darling' by Austin Chant. Each book offers a unique queer perspective on traditional stories, providing readers with diverse and inclusive narratives that reimagine familiar tales through a contemporary lens.</w:t>
      </w:r>
      <w:r/>
    </w:p>
    <w:p>
      <w:pPr>
        <w:pStyle w:val="ListNumber"/>
        <w:spacing w:line="240" w:lineRule="auto"/>
        <w:ind w:left="720"/>
      </w:pPr>
      <w:r/>
      <w:hyperlink r:id="rId12">
        <w:r>
          <w:rPr>
            <w:color w:val="0000EE"/>
            <w:u w:val="single"/>
          </w:rPr>
          <w:t>https://www.listchallenges.com/queering-the-classics</w:t>
        </w:r>
      </w:hyperlink>
      <w:r>
        <w:t xml:space="preserve"> - List Challenges presents a compilation of 100 queer retellings of classic literature, spanning works from antiquity to the 1950s. The list includes titles such as 'The Song of Achilles' by Madeline Miller and 'Wrath Goddess Sing' by Maya Deane, offering readers a diverse selection of reimagined classics with LGBTQ+ themes.</w:t>
      </w:r>
      <w:r/>
    </w:p>
    <w:p>
      <w:pPr>
        <w:pStyle w:val="ListNumber"/>
        <w:spacing w:line="240" w:lineRule="auto"/>
        <w:ind w:left="720"/>
      </w:pPr>
      <w:r/>
      <w:hyperlink r:id="rId14">
        <w:r>
          <w:rPr>
            <w:color w:val="0000EE"/>
            <w:u w:val="single"/>
          </w:rPr>
          <w:t>https://www.autostraddle.com/18-books-that-are-queer-feminist-or-otherwise-rad-retellings-of-classics/</w:t>
        </w:r>
      </w:hyperlink>
      <w:r>
        <w:t xml:space="preserve"> - Autostraddle highlights 18 queer, feminist, or otherwise radical retellings of classic stories. The article features works like 'Circe' by Madeline Miller and 'Ash' by Malinda Lo, showcasing how authors are reimagining traditional narratives to include queer perspectives and themes.</w:t>
      </w:r>
      <w:r/>
    </w:p>
    <w:p>
      <w:pPr>
        <w:pStyle w:val="ListNumber"/>
        <w:spacing w:line="240" w:lineRule="auto"/>
        <w:ind w:left="720"/>
      </w:pPr>
      <w:r/>
      <w:hyperlink r:id="rId15">
        <w:r>
          <w:rPr>
            <w:color w:val="0000EE"/>
            <w:u w:val="single"/>
          </w:rPr>
          <w:t>https://www.goodreads.com/list/show/92777.LGBT_Retellings_of_classic_Fiction_Fairy_Tale_Myth?page=1</w:t>
        </w:r>
      </w:hyperlink>
      <w:r>
        <w:t xml:space="preserve"> - Goodreads offers a list of 256 LGBTQ+ retellings of classic fiction, fairy tales, and myths. The list includes books like 'The Song of Achilles' by Madeline Miller and 'Peter Darling' by Austin Chant, providing readers with a wide range of queer reinterpretations of traditional stories.</w:t>
      </w:r>
      <w:r/>
    </w:p>
    <w:p>
      <w:pPr>
        <w:pStyle w:val="ListNumber"/>
        <w:spacing w:line="240" w:lineRule="auto"/>
        <w:ind w:left="720"/>
      </w:pPr>
      <w:r/>
      <w:hyperlink r:id="rId13">
        <w:r>
          <w:rPr>
            <w:color w:val="0000EE"/>
            <w:u w:val="single"/>
          </w:rPr>
          <w:t>https://www.listchallenges.com/14-lgbt-retellings-of-classics</w:t>
        </w:r>
      </w:hyperlink>
      <w:r>
        <w:t xml:space="preserve"> - List Challenges presents a compilation of 14 LGBT retellings of classics, featuring works such as 'As I Descended' by Robin Talley and 'Peter Darling' by Austin Chant. This list offers readers a selection of queer reinterpretations of well-known stories.</w:t>
      </w:r>
      <w:r/>
    </w:p>
    <w:p>
      <w:pPr>
        <w:pStyle w:val="ListNumber"/>
        <w:spacing w:line="240" w:lineRule="auto"/>
        <w:ind w:left="720"/>
      </w:pPr>
      <w:r/>
      <w:hyperlink r:id="rId11">
        <w:r>
          <w:rPr>
            <w:color w:val="0000EE"/>
            <w:u w:val="single"/>
          </w:rPr>
          <w:t>https://www.lighthousebookshop.com/posts/the-queer-version-retellings-of-classic-stories</w:t>
        </w:r>
      </w:hyperlink>
      <w:r>
        <w:t xml:space="preserve"> - Lighthouse Bookshop discusses queer retellings of classic stories, featuring events with authors like Elle Machray and Kat Dunn. The article highlights books such as 'Havisham' by Elle Machray and 'Rottenheart' by Kat Dunn, showcasing how classic narratives are being reimagined with queer perspectives.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okriot.com/queer-retellings-of-classic-books/" TargetMode="External"/><Relationship Id="rId10" Type="http://schemas.openxmlformats.org/officeDocument/2006/relationships/hyperlink" Target="https://bookshop.org/lists/lgbtq-retellings-of-classic-novels-folk-tales" TargetMode="External"/><Relationship Id="rId11" Type="http://schemas.openxmlformats.org/officeDocument/2006/relationships/hyperlink" Target="https://www.lighthousebookshop.com/posts/the-queer-version-retellings-of-classic-stories" TargetMode="External"/><Relationship Id="rId12" Type="http://schemas.openxmlformats.org/officeDocument/2006/relationships/hyperlink" Target="https://www.listchallenges.com/queering-the-classics" TargetMode="External"/><Relationship Id="rId13" Type="http://schemas.openxmlformats.org/officeDocument/2006/relationships/hyperlink" Target="https://www.listchallenges.com/14-lgbt-retellings-of-classics" TargetMode="External"/><Relationship Id="rId14" Type="http://schemas.openxmlformats.org/officeDocument/2006/relationships/hyperlink" Target="https://www.autostraddle.com/18-books-that-are-queer-feminist-or-otherwise-rad-retellings-of-classics/" TargetMode="External"/><Relationship Id="rId15" Type="http://schemas.openxmlformats.org/officeDocument/2006/relationships/hyperlink" Target="https://www.goodreads.com/list/show/92777.LGBT_Retellings_of_classic_Fiction_Fairy_Tale_Myth?page=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