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documentary festival picks at QDoc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Cinema 21 in Portland from 23 to 25 October for QDoc 2026, the city’s annual celebration of queer documentary storytelling. With Megan Rapinoe, Carole Pope, drag nuns, rural rodeo culture and intimate family portraits on the programme, it’s a lively weekend of history, identity and beautifully unexpected cinema.</w:t>
      </w:r>
      <w:r/>
    </w:p>
    <w:p>
      <w:pPr>
        <w:pStyle w:val="Heading2"/>
      </w:pPr>
      <w:r>
        <w:t>Essential Takeaways</w:t>
      </w:r>
      <w:r/>
      <w:r/>
    </w:p>
    <w:p>
      <w:pPr>
        <w:pStyle w:val="ListBullet"/>
        <w:spacing w:line="240" w:lineRule="auto"/>
        <w:ind w:left="720"/>
      </w:pPr>
      <w:r/>
      <w:r>
        <w:rPr>
          <w:b/>
        </w:rPr>
        <w:t>A rare focus:</w:t>
      </w:r>
      <w:r>
        <w:t xml:space="preserve"> QDoc is devoted exclusively to queer documentaries, making it a distinctive fixture on Portland’s film calendar.</w:t>
      </w:r>
      <w:r/>
    </w:p>
    <w:p>
      <w:pPr>
        <w:pStyle w:val="ListBullet"/>
        <w:spacing w:line="240" w:lineRule="auto"/>
        <w:ind w:left="720"/>
      </w:pPr>
      <w:r/>
      <w:r>
        <w:rPr>
          <w:b/>
        </w:rPr>
        <w:t>A packed programme:</w:t>
      </w:r>
      <w:r>
        <w:t xml:space="preserve"> Highlights include </w:t>
      </w:r>
      <w:r>
        <w:rPr>
          <w:i/>
        </w:rPr>
        <w:t>Rapinoe</w:t>
      </w:r>
      <w:r>
        <w:t xml:space="preserve">, </w:t>
      </w:r>
      <w:r>
        <w:rPr>
          <w:i/>
        </w:rPr>
        <w:t>Jaripeo</w:t>
      </w:r>
      <w:r>
        <w:t xml:space="preserve">, </w:t>
      </w:r>
      <w:r>
        <w:rPr>
          <w:i/>
        </w:rPr>
        <w:t>Adam’s Apple</w:t>
      </w:r>
      <w:r>
        <w:t xml:space="preserve">, </w:t>
      </w:r>
      <w:r>
        <w:rPr>
          <w:i/>
        </w:rPr>
        <w:t>Mineshaft: The Cruising Murders</w:t>
      </w:r>
      <w:r>
        <w:t xml:space="preserve"> and </w:t>
      </w:r>
      <w:r>
        <w:rPr>
          <w:i/>
        </w:rPr>
        <w:t>Hunky Jesus</w:t>
      </w:r>
      <w:r>
        <w:t>.</w:t>
      </w:r>
      <w:r/>
    </w:p>
    <w:p>
      <w:pPr>
        <w:pStyle w:val="ListBullet"/>
        <w:spacing w:line="240" w:lineRule="auto"/>
        <w:ind w:left="720"/>
      </w:pPr>
      <w:r/>
      <w:r>
        <w:rPr>
          <w:b/>
        </w:rPr>
        <w:t>Familiar faces:</w:t>
      </w:r>
      <w:r>
        <w:t xml:space="preserve"> Megan Rapinoe, Carole Pope and several filmmakers are scheduled to appear for screenings or discussions.</w:t>
      </w:r>
      <w:r/>
    </w:p>
    <w:p>
      <w:pPr>
        <w:pStyle w:val="ListBullet"/>
        <w:spacing w:line="240" w:lineRule="auto"/>
        <w:ind w:left="720"/>
      </w:pPr>
      <w:r/>
      <w:r>
        <w:rPr>
          <w:b/>
        </w:rPr>
        <w:t>A broad emotional range:</w:t>
      </w:r>
      <w:r>
        <w:t xml:space="preserve"> Expect intimate family stories, cultural history, performance art, romance, activism and plenty of camp.</w:t>
      </w:r>
      <w:r/>
    </w:p>
    <w:p>
      <w:pPr>
        <w:pStyle w:val="ListBullet"/>
        <w:spacing w:line="240" w:lineRule="auto"/>
        <w:ind w:left="720"/>
      </w:pPr>
      <w:r/>
      <w:r>
        <w:rPr>
          <w:b/>
        </w:rPr>
        <w:t>Tickets and access:</w:t>
      </w:r>
      <w:r>
        <w:t xml:space="preserve"> Individual screenings cost $12, while under-18s and over-75s can attend free, according to the festival information.</w:t>
      </w:r>
      <w:r/>
      <w:r/>
    </w:p>
    <w:p>
      <w:pPr>
        <w:pStyle w:val="Heading2"/>
      </w:pPr>
      <w:r>
        <w:t>Portland’s QDoc returns with a wonderfully varied line-up</w:t>
      </w:r>
      <w:r/>
    </w:p>
    <w:p>
      <w:r/>
      <w:r>
        <w:t>Queer documentary cinema rarely arrives in just one flavour, and QDoc’s 2026 programme makes that clear from the start. The festival moves from the roar of a rodeo arena to the quiet awkwardness of a parent and teenager filming one another, with plenty of leather, sequins and difficult history in between.</w:t>
      </w:r>
      <w:r/>
    </w:p>
    <w:p>
      <w:r/>
      <w:r>
        <w:t xml:space="preserve">The event takes place at Cinema 21, giving audiences a compact home base for a weekend of discovery. Travel Portland’s event listings also point to the festival’s place within the city’s wider cultural calendar, so it’s an easy choice for visitors planning a film-focused trip. </w:t>
      </w:r>
      <w:hyperlink r:id="rId9">
        <w:r>
          <w:rPr>
            <w:color w:val="0000EE"/>
            <w:u w:val="single"/>
          </w:rPr>
          <w:t>[2]</w:t>
        </w:r>
      </w:hyperlink>
      <w:r>
        <w:t xml:space="preserve">, </w:t>
      </w:r>
      <w:hyperlink r:id="rId10">
        <w:r>
          <w:rPr>
            <w:color w:val="0000EE"/>
            <w:u w:val="single"/>
          </w:rPr>
          <w:t>[3]</w:t>
        </w:r>
      </w:hyperlink>
      <w:r/>
    </w:p>
    <w:p>
      <w:r/>
      <w:r>
        <w:t xml:space="preserve">QDoc was founded by David Weissman and Russ Gage, who brought experience from San Francisco’s Frameline festival. After a decade, leadership passed to Molly King and Deb Kemp in 2017, helping the festival continue its distinctly community-minded identity. </w:t>
      </w:r>
      <w:hyperlink r:id="rId11">
        <w:r>
          <w:rPr>
            <w:color w:val="0000EE"/>
            <w:u w:val="single"/>
          </w:rPr>
          <w:t>[4]</w:t>
        </w:r>
      </w:hyperlink>
      <w:r/>
    </w:p>
    <w:p>
      <w:pPr>
        <w:pStyle w:val="Heading2"/>
      </w:pPr>
      <w:r>
        <w:t>Megan Rapinoe is the headline attraction</w:t>
      </w:r>
      <w:r/>
    </w:p>
    <w:p>
      <w:r/>
      <w:r>
        <w:t xml:space="preserve">The biggest draw is likely to be </w:t>
      </w:r>
      <w:r>
        <w:rPr>
          <w:i/>
        </w:rPr>
        <w:t>Rapinoe</w:t>
      </w:r>
      <w:r>
        <w:t>, a documentary centred on the two-time World Cup winner and outspoken LGBTQ+ advocate Megan Rapinoe. Its QDoc screening follows a debut at the Toronto International Film Festival, adding a touch of major-festival sparkle to the Portland weekend.</w:t>
      </w:r>
      <w:r/>
    </w:p>
    <w:p>
      <w:r/>
      <w:r>
        <w:t>The screening is sold out, which says plenty about Rapinoe’s appeal beyond sport. She’s become a symbol of athletic achievement, activism and unapologetic public confidence, so her appearance gives the festival a high-profile anchor without defining the whole programme.</w:t>
      </w:r>
      <w:r/>
    </w:p>
    <w:p>
      <w:r/>
      <w:r>
        <w:t xml:space="preserve">For anyone hoping to catch the event, it’s worth checking official listings for last-minute returns or related screenings. Travel Portland’s event pages provide useful calendar context, although availability can change quickly around popular festival appearances. </w:t>
      </w:r>
      <w:hyperlink r:id="rId12">
        <w:r>
          <w:rPr>
            <w:color w:val="0000EE"/>
            <w:u w:val="single"/>
          </w:rPr>
          <w:t>[5]</w:t>
        </w:r>
      </w:hyperlink>
      <w:r>
        <w:t xml:space="preserve">, </w:t>
      </w:r>
      <w:hyperlink r:id="rId13">
        <w:r>
          <w:rPr>
            <w:color w:val="0000EE"/>
            <w:u w:val="single"/>
          </w:rPr>
          <w:t>[6]</w:t>
        </w:r>
      </w:hyperlink>
      <w:r/>
    </w:p>
    <w:p>
      <w:pPr>
        <w:pStyle w:val="Heading2"/>
      </w:pPr>
      <w:r>
        <w:t>Rural rodeos and intimate family filmmaking</w:t>
      </w:r>
      <w:r/>
    </w:p>
    <w:p>
      <w:r/>
      <w:r>
        <w:rPr>
          <w:i/>
        </w:rPr>
        <w:t>Jaripeo</w:t>
      </w:r>
      <w:r>
        <w:t xml:space="preserve"> heads somewhere less expected, exploring queer experience within rural rodeo culture in Michoacán, Mexico. Its visual language is lush and lingering, filled with tight jeans, polished belt buckles, dancing and dramatic light, while the personal accounts introduce a more complicated emotional undercurrent.</w:t>
      </w:r>
      <w:r/>
    </w:p>
    <w:p>
      <w:r/>
      <w:r>
        <w:t>That contrast is part of the attraction. The film looks stylish enough to feel like a music video, but its stories deal with love, judgement and the pressure of fitting into a traditional setting. It’s a reminder that queer life doesn’t belong only to cities or familiar nightlife scenes.</w:t>
      </w:r>
      <w:r/>
    </w:p>
    <w:p>
      <w:r/>
      <w:r>
        <w:rPr>
          <w:i/>
        </w:rPr>
        <w:t>Adam’s Apple</w:t>
      </w:r>
      <w:r>
        <w:t xml:space="preserve"> takes a closer, more domestic route. Adam Sieswerda and his mother, filmmaker Amy Jenkins, each recorded his adolescence, creating a layered portrait of growing up, family tension and changing identity. The result sounds both tender and painfully recognisable, especially for anyone who’s ever had a conversation at home that should probably have stayed off camera. </w:t>
      </w:r>
      <w:hyperlink r:id="rId10">
        <w:r>
          <w:rPr>
            <w:color w:val="0000EE"/>
            <w:u w:val="single"/>
          </w:rPr>
          <w:t>[3]</w:t>
        </w:r>
      </w:hyperlink>
      <w:r>
        <w:t xml:space="preserve">, </w:t>
      </w:r>
      <w:hyperlink r:id="rId14">
        <w:r>
          <w:rPr>
            <w:color w:val="0000EE"/>
            <w:u w:val="single"/>
          </w:rPr>
          <w:t>[7]</w:t>
        </w:r>
      </w:hyperlink>
      <w:r/>
    </w:p>
    <w:p>
      <w:pPr>
        <w:pStyle w:val="Heading2"/>
      </w:pPr>
      <w:r>
        <w:t>The programme gets darker, stranger and more theatrical</w:t>
      </w:r>
      <w:r/>
    </w:p>
    <w:p>
      <w:r/>
      <w:r>
        <w:t xml:space="preserve">For viewers after a more troubling piece of queer history, </w:t>
      </w:r>
      <w:r>
        <w:rPr>
          <w:i/>
        </w:rPr>
        <w:t>Mineshaft: The Cruising Murders</w:t>
      </w:r>
      <w:r>
        <w:t xml:space="preserve"> revisits the real murder case that helped inspire the controversial 1980 film </w:t>
      </w:r>
      <w:r>
        <w:rPr>
          <w:i/>
        </w:rPr>
        <w:t>Cruising</w:t>
      </w:r>
      <w:r>
        <w:t>. Director Jeffrey Schwarz builds the story through interviews, examining how a real tragedy was transformed into sensational entertainment and how members of the affected community pushed back.</w:t>
      </w:r>
      <w:r/>
    </w:p>
    <w:p>
      <w:r/>
      <w:r>
        <w:t>It’s a particularly compelling choice for audiences interested in the relationship between cinema, policing and queer memory. The film isn’t simply revisiting an old scandal; it’s asking who gets to control the story when a community’s pain becomes a mainstream thriller.</w:t>
      </w:r>
      <w:r/>
    </w:p>
    <w:p>
      <w:r/>
      <w:r>
        <w:t xml:space="preserve">Then there’s </w:t>
      </w:r>
      <w:r>
        <w:rPr>
          <w:i/>
        </w:rPr>
        <w:t>Hunky Jesus</w:t>
      </w:r>
      <w:r>
        <w:t xml:space="preserve">, a much lighter-looking but no less culturally revealing documentary about San Francisco’s Easter celebration organised by the Sisters of Perpetual Indulgence. The competition is exactly as gloriously camp as its name suggests, while the film also captures the group’s charitable work and long-running role in queer public life. </w:t>
      </w:r>
      <w:hyperlink r:id="rId9">
        <w:r>
          <w:rPr>
            <w:color w:val="0000EE"/>
            <w:u w:val="single"/>
          </w:rPr>
          <w:t>[2]</w:t>
        </w:r>
      </w:hyperlink>
      <w:r>
        <w:t xml:space="preserve">, </w:t>
      </w:r>
      <w:hyperlink r:id="rId11">
        <w:r>
          <w:rPr>
            <w:color w:val="0000EE"/>
            <w:u w:val="single"/>
          </w:rPr>
          <w:t>[4]</w:t>
        </w:r>
      </w:hyperlink>
      <w:r/>
    </w:p>
    <w:p>
      <w:pPr>
        <w:pStyle w:val="Heading2"/>
      </w:pPr>
      <w:r>
        <w:t>From feminist performance art to Carole Pope’s confessions</w:t>
      </w:r>
      <w:r/>
    </w:p>
    <w:p>
      <w:r/>
      <w:r>
        <w:rPr>
          <w:i/>
        </w:rPr>
        <w:t>Acting Like Women</w:t>
      </w:r>
      <w:r>
        <w:t xml:space="preserve"> explores the Women’s Building in Los Angeles, an important space for feminist artists between 1973 and 1991. With archival footage, interviews and a gallery of boundary-pushing performances, the documentary captures a period when women were still fighting for access to cameras, stages and serious artistic recognition.</w:t>
      </w:r>
      <w:r/>
    </w:p>
    <w:p>
      <w:r/>
      <w:r>
        <w:t>The film’s history feels especially vivid because it shows both the exuberance and the frustration of the movement. Artists weren’t simply making provocative work; they were building the infrastructure that allowed them to make it at all. Lily Tomlin and Jane Wagner are executive producers, and director Cheri Gaulke is expected to join a post-screening discussion.</w:t>
      </w:r>
      <w:r/>
    </w:p>
    <w:p>
      <w:r/>
      <w:r>
        <w:t xml:space="preserve">The closing-night choice, </w:t>
      </w:r>
      <w:r>
        <w:rPr>
          <w:i/>
        </w:rPr>
        <w:t>Antidiva: The Carole Pope Confessions</w:t>
      </w:r>
      <w:r>
        <w:t xml:space="preserve">, turns its attention to the Canadian singer and songwriter Carole Pope. Known for leather-clad performances and boldly sexual lyrics, Pope has spent decades making provocation part of her artistic vocabulary. A Q&amp;A with Pope and director Michelle Mama should provide exactly the kind of candid conversation the title promises. </w:t>
      </w:r>
      <w:hyperlink r:id="rId12">
        <w:r>
          <w:rPr>
            <w:color w:val="0000EE"/>
            <w:u w:val="single"/>
          </w:rPr>
          <w:t>[5]</w:t>
        </w:r>
      </w:hyperlink>
      <w:r>
        <w:t xml:space="preserve">, </w:t>
      </w:r>
      <w:hyperlink r:id="rId13">
        <w:r>
          <w:rPr>
            <w:color w:val="0000EE"/>
            <w:u w:val="single"/>
          </w:rPr>
          <w:t>[6]</w:t>
        </w:r>
      </w:hyperlink>
      <w:r/>
    </w:p>
    <w:p>
      <w:pPr>
        <w:pStyle w:val="Heading2"/>
      </w:pPr>
      <w:r>
        <w:t>How to choose your QDoc screenings</w:t>
      </w:r>
      <w:r/>
    </w:p>
    <w:p>
      <w:r/>
      <w:r>
        <w:t xml:space="preserve">If you can only attend one film, start with your strongest interest. Sport and activism point towards </w:t>
      </w:r>
      <w:r>
        <w:rPr>
          <w:i/>
        </w:rPr>
        <w:t>Rapinoe</w:t>
      </w:r>
      <w:r>
        <w:t xml:space="preserve">, while queer rural life makes </w:t>
      </w:r>
      <w:r>
        <w:rPr>
          <w:i/>
        </w:rPr>
        <w:t>Jaripeo</w:t>
      </w:r>
      <w:r>
        <w:t xml:space="preserve"> the more surprising pick. Families, coming-of-age stories and behind-the-scenes filmmaking should look to </w:t>
      </w:r>
      <w:r>
        <w:rPr>
          <w:i/>
        </w:rPr>
        <w:t>Adam’s Apple</w:t>
      </w:r>
      <w:r>
        <w:t>.</w:t>
      </w:r>
      <w:r/>
    </w:p>
    <w:p>
      <w:r/>
      <w:r>
        <w:t xml:space="preserve">For cultural history, </w:t>
      </w:r>
      <w:r>
        <w:rPr>
          <w:i/>
        </w:rPr>
        <w:t>Mineshaft</w:t>
      </w:r>
      <w:r>
        <w:t xml:space="preserve"> and </w:t>
      </w:r>
      <w:r>
        <w:rPr>
          <w:i/>
        </w:rPr>
        <w:t>Acting Like Women</w:t>
      </w:r>
      <w:r>
        <w:t xml:space="preserve"> offer more archival weight. If you’re after camp, colour and a cheering crowd, </w:t>
      </w:r>
      <w:r>
        <w:rPr>
          <w:i/>
        </w:rPr>
        <w:t>Hunky Jesus</w:t>
      </w:r>
      <w:r>
        <w:t xml:space="preserve"> is the obvious choice. And for music, celebrity and deliciously complicated personal history, </w:t>
      </w:r>
      <w:r>
        <w:rPr>
          <w:i/>
        </w:rPr>
        <w:t>Antidiva</w:t>
      </w:r>
      <w:r>
        <w:t xml:space="preserve"> sounds hard to resist.</w:t>
      </w:r>
      <w:r/>
    </w:p>
    <w:p>
      <w:r/>
      <w:r>
        <w:t xml:space="preserve">A little planning will help, particularly for screenings with guest appearances. Check the festival schedule, allow time around Cinema 21 and remember that a documentary Q&amp;A can be the moment when a good film becomes a genuinely memorable night out.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It’s a small festival with a huge range, and QDoc 2026 looks ready to prove that queer documentary cinema can be tender, confrontational, hilarious and stylish all at once.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https://www.portlandmercury.com/movies-and-tv/all-the-confessions-and-cowboys-at-qdoc-2026/</w:t>
        </w:r>
      </w:hyperlink>
      <w:r>
        <w:t xml:space="preserve"> - Please view link - unable to able to access data</w:t>
      </w:r>
      <w:r/>
    </w:p>
    <w:p>
      <w:pPr>
        <w:pStyle w:val="ListNumber"/>
        <w:spacing w:line="240" w:lineRule="auto"/>
        <w:ind w:left="720"/>
      </w:pPr>
      <w:r/>
      <w:hyperlink r:id="rId9">
        <w:r>
          <w:rPr>
            <w:color w:val="0000EE"/>
            <w:u w:val="single"/>
          </w:rPr>
          <w:t>https://www.travelportland.com/event/6ac9a2d578c95aa751fe301c/</w:t>
        </w:r>
      </w:hyperlink>
      <w:r>
        <w:t xml:space="preserve"> - This article provides details about the QDoc Film Festival's screening of 'Rapinoe' on October 24, 2026, at Cinema 21 in Portland. The film offers an intimate portrait of Megan Rapinoe, a two-time World Cup champion and Olympic gold medalist, highlighting her journey as a queer icon and her advocacy for equal pay and racial justice. A Q&amp;A session with Rapinoe is scheduled to follow the screening.</w:t>
      </w:r>
      <w:r/>
    </w:p>
    <w:p>
      <w:pPr>
        <w:pStyle w:val="ListNumber"/>
        <w:spacing w:line="240" w:lineRule="auto"/>
        <w:ind w:left="720"/>
      </w:pPr>
      <w:r/>
      <w:hyperlink r:id="rId10">
        <w:r>
          <w:rPr>
            <w:color w:val="0000EE"/>
            <w:u w:val="single"/>
          </w:rPr>
          <w:t>https://www.travelportland.com/event/6ac9a4b026578e7fe74eb106/</w:t>
        </w:r>
      </w:hyperlink>
      <w:r>
        <w:t xml:space="preserve"> - This piece discusses the QDoc Film Festival's presentation of 'Hunky Jesus' on October 25, 2026, at Cinema 21 in Portland. The documentary delves into the annual Easter Sunday celebration by the Sisters of Perpetual Indulgence in San Francisco, blending performances, interviews, and archival footage to explore four decades of the Sisters' activism and community impact. A post-screening Q&amp;A with director Jennifer M. Kroot and members of the Sisters is planned.</w:t>
      </w:r>
      <w:r/>
    </w:p>
    <w:p>
      <w:pPr>
        <w:pStyle w:val="ListNumber"/>
        <w:spacing w:line="240" w:lineRule="auto"/>
        <w:ind w:left="720"/>
      </w:pPr>
      <w:r/>
      <w:hyperlink r:id="rId11">
        <w:r>
          <w:rPr>
            <w:color w:val="0000EE"/>
            <w:u w:val="single"/>
          </w:rPr>
          <w:t>https://www.travelportland.com/event/6ac9a7e478c95aa751fe319f/</w:t>
        </w:r>
      </w:hyperlink>
      <w:r>
        <w:t xml:space="preserve"> - This article highlights the QDoc Film Festival's 'Q Shorts' program on October 25, 2026, at Cinema 21 in Portland. The event features three short documentaries: 'Rainbow Rider,' focusing on a lesbian trucker advocating for LGBTQIA+ visibility; 'Born Kicking,' exploring the life of queer photographer Jill Posener; and 'And Again I Dream,' examining the life of journalist and organizer Ivy Young through her personal archive. The program includes filmmaker discussions post-screening.</w:t>
      </w:r>
      <w:r/>
    </w:p>
    <w:p>
      <w:pPr>
        <w:pStyle w:val="ListNumber"/>
        <w:spacing w:line="240" w:lineRule="auto"/>
        <w:ind w:left="720"/>
      </w:pPr>
      <w:r/>
      <w:hyperlink r:id="rId12">
        <w:r>
          <w:rPr>
            <w:color w:val="0000EE"/>
            <w:u w:val="single"/>
          </w:rPr>
          <w:t>https://www.travelportland.com/event/6ac9a02026578e7fe74eafd4/</w:t>
        </w:r>
      </w:hyperlink>
      <w:r>
        <w:t xml:space="preserve"> - This piece details the QDoc Film Festival's screening of 'Here I Am' on October 24, 2026, at Cinema 21 in Portland. The documentary follows Rayya Elias, a musician and writer, during her final year as she confronts terminal cancer, with her partner Elizabeth Gilbert by her side. The film offers a raw and moving portrayal of Elias's life, her return to her roots, and her enduring spirit. A Q&amp;A with director Marc J. Francis is scheduled after the screening.</w:t>
      </w:r>
      <w:r/>
    </w:p>
    <w:p>
      <w:pPr>
        <w:pStyle w:val="ListNumber"/>
        <w:spacing w:line="240" w:lineRule="auto"/>
        <w:ind w:left="720"/>
      </w:pPr>
      <w:r/>
      <w:hyperlink r:id="rId13">
        <w:r>
          <w:rPr>
            <w:color w:val="0000EE"/>
            <w:u w:val="single"/>
          </w:rPr>
          <w:t>https://www.travelportland.com/event/6ac9a9c378c95aa751fe3237/</w:t>
        </w:r>
      </w:hyperlink>
      <w:r>
        <w:t xml:space="preserve"> - This article provides information about the QDoc Film Festival's presentation of 'Antidiva: The Carole Pope Confessions' on October 25, 2026, at Cinema 21 in Portland. The documentary explores the life of three-time Juno Award-winning queer rock icon Carole Pope, focusing on her journey as the frontwoman of Rough Trade and her impact on the music industry. The film includes interviews with notable figures and a post-screening Q&amp;A with Pope and director Michelle Mama.</w:t>
      </w:r>
      <w:r/>
    </w:p>
    <w:p>
      <w:pPr>
        <w:pStyle w:val="ListNumber"/>
        <w:spacing w:line="240" w:lineRule="auto"/>
        <w:ind w:left="720"/>
      </w:pPr>
      <w:r/>
      <w:hyperlink r:id="rId14">
        <w:r>
          <w:rPr>
            <w:color w:val="0000EE"/>
            <w:u w:val="single"/>
          </w:rPr>
          <w:t>https://www.travelportland.com/event/6ac99ede26578e7fe74eaee2/</w:t>
        </w:r>
      </w:hyperlink>
      <w:r>
        <w:t xml:space="preserve"> - This piece discusses the QDoc Film Festival's screening of 'Adam's Apple' on October 24, 2026, at Cinema 21 in Portland. The documentary offers an intimate look at the transition of Adam Sieswerda, a trans teenager, as captured by his mother, visual artist Amy Jenkins. The film presents a unique perspective on adolescence and gender identity, with a post-screening Q&amp;A featuring film editor Kristina Motwani.</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avelportland.com/event/6ac9a2d578c95aa751fe301c/" TargetMode="External"/><Relationship Id="rId10" Type="http://schemas.openxmlformats.org/officeDocument/2006/relationships/hyperlink" Target="https://www.travelportland.com/event/6ac9a4b026578e7fe74eb106/" TargetMode="External"/><Relationship Id="rId11" Type="http://schemas.openxmlformats.org/officeDocument/2006/relationships/hyperlink" Target="https://www.travelportland.com/event/6ac9a7e478c95aa751fe319f/" TargetMode="External"/><Relationship Id="rId12" Type="http://schemas.openxmlformats.org/officeDocument/2006/relationships/hyperlink" Target="https://www.travelportland.com/event/6ac9a02026578e7fe74eafd4/" TargetMode="External"/><Relationship Id="rId13" Type="http://schemas.openxmlformats.org/officeDocument/2006/relationships/hyperlink" Target="https://www.travelportland.com/event/6ac9a9c378c95aa751fe3237/" TargetMode="External"/><Relationship Id="rId14" Type="http://schemas.openxmlformats.org/officeDocument/2006/relationships/hyperlink" Target="https://www.travelportland.com/event/6ac99ede26578e7fe74eaee2/" TargetMode="External"/><Relationship Id="rId15" Type="http://schemas.openxmlformats.org/officeDocument/2006/relationships/hyperlink" Target="https://www.portlandmercury.com/movies-and-tv/all-the-confessions-and-cowboys-at-qdoc-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